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7BA17C" w14:textId="71CCB652" w:rsidR="003F3660" w:rsidRDefault="00980CD9" w:rsidP="00980CD9">
      <w:pPr>
        <w:tabs>
          <w:tab w:val="left" w:pos="708"/>
          <w:tab w:val="center" w:pos="7560"/>
        </w:tabs>
        <w:spacing w:after="4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04EA" wp14:editId="238BAB2A">
            <wp:simplePos x="0" y="0"/>
            <wp:positionH relativeFrom="column">
              <wp:posOffset>7620</wp:posOffset>
            </wp:positionH>
            <wp:positionV relativeFrom="paragraph">
              <wp:posOffset>-15240</wp:posOffset>
            </wp:positionV>
            <wp:extent cx="680085" cy="617220"/>
            <wp:effectExtent l="0" t="0" r="5715" b="0"/>
            <wp:wrapSquare wrapText="bothSides"/>
            <wp:docPr id="1400647354" name="Picture 1" descr="Barford Primary School - 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rford Primary School - Home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F1210">
        <w:rPr>
          <w:b/>
          <w:sz w:val="32"/>
          <w:u w:val="single"/>
        </w:rPr>
        <w:t>Y</w:t>
      </w:r>
      <w:r w:rsidR="006C4AB8">
        <w:rPr>
          <w:b/>
          <w:sz w:val="32"/>
          <w:u w:val="single"/>
        </w:rPr>
        <w:t>ear</w:t>
      </w:r>
      <w:r w:rsidR="003F1210">
        <w:rPr>
          <w:b/>
          <w:sz w:val="32"/>
          <w:u w:val="single"/>
        </w:rPr>
        <w:t xml:space="preserve"> </w:t>
      </w:r>
      <w:r w:rsidR="006C4AB8">
        <w:rPr>
          <w:b/>
          <w:sz w:val="32"/>
          <w:u w:val="single"/>
        </w:rPr>
        <w:t>3</w:t>
      </w:r>
      <w:r w:rsidR="00BC4D5F">
        <w:rPr>
          <w:b/>
          <w:sz w:val="32"/>
          <w:u w:val="single"/>
        </w:rPr>
        <w:t xml:space="preserve"> History</w:t>
      </w:r>
    </w:p>
    <w:p w14:paraId="26EEE140" w14:textId="22553848" w:rsidR="003F3660" w:rsidRDefault="003F1210" w:rsidP="001C0978">
      <w:pPr>
        <w:spacing w:after="100"/>
        <w:jc w:val="center"/>
      </w:pPr>
      <w:r>
        <w:rPr>
          <w:sz w:val="18"/>
        </w:rPr>
        <w:t>Curriculum Overview Template – Birmingham 2026/27</w:t>
      </w:r>
    </w:p>
    <w:p w14:paraId="354412F7" w14:textId="2F771420" w:rsidR="003F3660" w:rsidRDefault="003F3660">
      <w:pPr>
        <w:spacing w:before="60" w:after="20"/>
      </w:pPr>
    </w:p>
    <w:p w14:paraId="0F9868D9" w14:textId="77777777" w:rsidR="003F3660" w:rsidRDefault="003F1210">
      <w:pPr>
        <w:spacing w:after="20"/>
      </w:pPr>
      <w:r>
        <w:rPr>
          <w:i/>
          <w:sz w:val="14"/>
        </w:rPr>
        <w:t>Half-term: 26–30 October 2026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993"/>
        <w:gridCol w:w="709"/>
        <w:gridCol w:w="71"/>
        <w:gridCol w:w="925"/>
        <w:gridCol w:w="848"/>
        <w:gridCol w:w="1136"/>
        <w:gridCol w:w="991"/>
        <w:gridCol w:w="1276"/>
        <w:gridCol w:w="284"/>
        <w:gridCol w:w="993"/>
        <w:gridCol w:w="1416"/>
        <w:gridCol w:w="852"/>
        <w:gridCol w:w="992"/>
        <w:gridCol w:w="851"/>
        <w:gridCol w:w="850"/>
        <w:gridCol w:w="806"/>
      </w:tblGrid>
      <w:tr w:rsidR="003F3660" w14:paraId="14D097BA" w14:textId="77777777" w:rsidTr="00B44AC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64FAFB83" w14:textId="77777777" w:rsidR="003F3660" w:rsidRDefault="003F1210">
            <w:pPr>
              <w:jc w:val="center"/>
            </w:pPr>
            <w:r w:rsidRPr="001C0978">
              <w:rPr>
                <w:b/>
                <w:sz w:val="18"/>
                <w:szCs w:val="18"/>
              </w:rPr>
              <w:t>AUTUMN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B8FB0A7" w14:textId="77777777" w:rsidR="003F3660" w:rsidRDefault="003F12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2278A4E7" w14:textId="77777777" w:rsidR="003F3660" w:rsidRDefault="003F12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996" w:type="dxa"/>
            <w:gridSpan w:val="2"/>
            <w:shd w:val="clear" w:color="auto" w:fill="F2F2F2"/>
            <w:vAlign w:val="center"/>
          </w:tcPr>
          <w:p w14:paraId="095AE82B" w14:textId="77777777" w:rsidR="003F3660" w:rsidRDefault="003F121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848" w:type="dxa"/>
            <w:shd w:val="clear" w:color="auto" w:fill="F2F2F2"/>
            <w:vAlign w:val="center"/>
          </w:tcPr>
          <w:p w14:paraId="7F898093" w14:textId="77777777" w:rsidR="003F3660" w:rsidRDefault="003F12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6" w:type="dxa"/>
            <w:shd w:val="clear" w:color="auto" w:fill="F2F2F2"/>
            <w:vAlign w:val="center"/>
          </w:tcPr>
          <w:p w14:paraId="59168821" w14:textId="77777777" w:rsidR="003F3660" w:rsidRDefault="003F12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991" w:type="dxa"/>
            <w:shd w:val="clear" w:color="auto" w:fill="F2F2F2"/>
            <w:vAlign w:val="center"/>
          </w:tcPr>
          <w:p w14:paraId="50713639" w14:textId="77777777" w:rsidR="003F3660" w:rsidRDefault="003F121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23A198D" w14:textId="77777777" w:rsidR="003F3660" w:rsidRDefault="003F12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284" w:type="dxa"/>
            <w:vMerge w:val="restart"/>
            <w:shd w:val="clear" w:color="auto" w:fill="FFF2CC"/>
            <w:vAlign w:val="center"/>
          </w:tcPr>
          <w:p w14:paraId="29F2FED4" w14:textId="77777777" w:rsidR="003F3660" w:rsidRDefault="003F12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6A26E53A" w14:textId="77777777" w:rsidR="003F3660" w:rsidRDefault="003F12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416" w:type="dxa"/>
            <w:shd w:val="clear" w:color="auto" w:fill="F2F2F2"/>
            <w:vAlign w:val="center"/>
          </w:tcPr>
          <w:p w14:paraId="7134D695" w14:textId="77777777" w:rsidR="003F3660" w:rsidRDefault="003F12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852" w:type="dxa"/>
            <w:shd w:val="clear" w:color="auto" w:fill="F2F2F2"/>
            <w:vAlign w:val="center"/>
          </w:tcPr>
          <w:p w14:paraId="1318FD48" w14:textId="77777777" w:rsidR="003F3660" w:rsidRDefault="003F12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40B95D0B" w14:textId="77777777" w:rsidR="003F3660" w:rsidRDefault="003F12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2333714" w14:textId="77777777" w:rsidR="003F3660" w:rsidRDefault="003F12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21D4CA11" w14:textId="77777777" w:rsidR="003F3660" w:rsidRDefault="003F1210">
            <w:pPr>
              <w:jc w:val="center"/>
            </w:pPr>
            <w:r>
              <w:rPr>
                <w:sz w:val="14"/>
              </w:rPr>
              <w:t>Week 13</w:t>
            </w:r>
          </w:p>
        </w:tc>
        <w:tc>
          <w:tcPr>
            <w:tcW w:w="806" w:type="dxa"/>
            <w:shd w:val="clear" w:color="auto" w:fill="F2F2F2"/>
            <w:vAlign w:val="center"/>
          </w:tcPr>
          <w:p w14:paraId="7B58B2CF" w14:textId="77777777" w:rsidR="003F3660" w:rsidRDefault="003F1210">
            <w:pPr>
              <w:jc w:val="center"/>
            </w:pPr>
            <w:r>
              <w:rPr>
                <w:sz w:val="14"/>
              </w:rPr>
              <w:t>Week 14</w:t>
            </w:r>
          </w:p>
        </w:tc>
      </w:tr>
      <w:tr w:rsidR="00CE3692" w14:paraId="6B3BD032" w14:textId="77777777" w:rsidTr="00CD3715">
        <w:trPr>
          <w:jc w:val="center"/>
        </w:trPr>
        <w:tc>
          <w:tcPr>
            <w:tcW w:w="1134" w:type="dxa"/>
            <w:vMerge/>
          </w:tcPr>
          <w:p w14:paraId="21597D09" w14:textId="77777777" w:rsidR="00CE3692" w:rsidRDefault="00CE3692"/>
        </w:tc>
        <w:tc>
          <w:tcPr>
            <w:tcW w:w="6949" w:type="dxa"/>
            <w:gridSpan w:val="8"/>
            <w:shd w:val="clear" w:color="auto" w:fill="E6E6E6"/>
            <w:vAlign w:val="center"/>
          </w:tcPr>
          <w:p w14:paraId="7FBE8811" w14:textId="08F278C4" w:rsidR="00CE3692" w:rsidRPr="00CE3692" w:rsidRDefault="000E33BB">
            <w:pPr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284" w:type="dxa"/>
            <w:vMerge/>
          </w:tcPr>
          <w:p w14:paraId="4B76F99F" w14:textId="77777777" w:rsidR="00CE3692" w:rsidRDefault="00CE3692"/>
        </w:tc>
        <w:tc>
          <w:tcPr>
            <w:tcW w:w="6760" w:type="dxa"/>
            <w:gridSpan w:val="7"/>
            <w:shd w:val="clear" w:color="auto" w:fill="E6E6E6"/>
            <w:vAlign w:val="center"/>
          </w:tcPr>
          <w:p w14:paraId="7AFA3122" w14:textId="47E014B8" w:rsidR="00CE3692" w:rsidRDefault="000E33BB">
            <w:pPr>
              <w:jc w:val="center"/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</w:tr>
      <w:tr w:rsidR="00787E0E" w14:paraId="2F44F560" w14:textId="77777777" w:rsidTr="00B44AC8">
        <w:trPr>
          <w:jc w:val="center"/>
        </w:trPr>
        <w:tc>
          <w:tcPr>
            <w:tcW w:w="1134" w:type="dxa"/>
            <w:vMerge/>
          </w:tcPr>
          <w:p w14:paraId="70AF0F43" w14:textId="77777777" w:rsidR="00787E0E" w:rsidRDefault="00787E0E" w:rsidP="007A1297"/>
        </w:tc>
        <w:tc>
          <w:tcPr>
            <w:tcW w:w="993" w:type="dxa"/>
          </w:tcPr>
          <w:p w14:paraId="047BDF0F" w14:textId="06071343" w:rsidR="00787E0E" w:rsidRPr="006762F1" w:rsidRDefault="00787E0E" w:rsidP="00324151">
            <w:pPr>
              <w:jc w:val="center"/>
              <w:rPr>
                <w:b/>
                <w:bCs/>
                <w:color w:val="000000" w:themeColor="text1"/>
              </w:rPr>
            </w:pPr>
          </w:p>
        </w:tc>
        <w:tc>
          <w:tcPr>
            <w:tcW w:w="780" w:type="dxa"/>
            <w:gridSpan w:val="2"/>
          </w:tcPr>
          <w:p w14:paraId="3DDB4224" w14:textId="13DD32DB" w:rsidR="00787E0E" w:rsidRPr="006762F1" w:rsidRDefault="00343D09" w:rsidP="007A1297">
            <w:pPr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Stone Age – Iron Age </w:t>
            </w:r>
          </w:p>
        </w:tc>
        <w:tc>
          <w:tcPr>
            <w:tcW w:w="925" w:type="dxa"/>
          </w:tcPr>
          <w:p w14:paraId="2228FFA2" w14:textId="3027E849" w:rsidR="00787E0E" w:rsidRPr="006762F1" w:rsidRDefault="00787E0E" w:rsidP="007A1297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848" w:type="dxa"/>
          </w:tcPr>
          <w:p w14:paraId="19E3ADF7" w14:textId="2530B6AD" w:rsidR="00787E0E" w:rsidRPr="00D71CCF" w:rsidRDefault="00E85DB7" w:rsidP="00324151">
            <w:pPr>
              <w:jc w:val="center"/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1136" w:type="dxa"/>
          </w:tcPr>
          <w:p w14:paraId="10CA5FEF" w14:textId="55621E0E" w:rsidR="00787E0E" w:rsidRPr="00FF7FF8" w:rsidRDefault="00787E0E" w:rsidP="007A1297">
            <w:pPr>
              <w:rPr>
                <w:b/>
                <w:bCs/>
              </w:rPr>
            </w:pPr>
          </w:p>
        </w:tc>
        <w:tc>
          <w:tcPr>
            <w:tcW w:w="991" w:type="dxa"/>
          </w:tcPr>
          <w:p w14:paraId="42976C19" w14:textId="3AB9F2CE" w:rsidR="00787E0E" w:rsidRPr="00FF7FF8" w:rsidRDefault="00097687" w:rsidP="007A1297">
            <w:pPr>
              <w:rPr>
                <w:b/>
                <w:bCs/>
              </w:rPr>
            </w:pPr>
            <w:r w:rsidRPr="00F502A4">
              <w:rPr>
                <w:b/>
                <w:bCs/>
                <w:color w:val="EE0000"/>
              </w:rPr>
              <w:t xml:space="preserve">Strong Start: </w:t>
            </w:r>
            <w:r>
              <w:rPr>
                <w:b/>
                <w:bCs/>
                <w:color w:val="EE0000"/>
              </w:rPr>
              <w:t xml:space="preserve">Chronology </w:t>
            </w:r>
          </w:p>
        </w:tc>
        <w:tc>
          <w:tcPr>
            <w:tcW w:w="1276" w:type="dxa"/>
          </w:tcPr>
          <w:p w14:paraId="22F27B42" w14:textId="5A4648C2" w:rsidR="00787E0E" w:rsidRPr="00D71CCF" w:rsidRDefault="00787E0E" w:rsidP="007A1297">
            <w:pPr>
              <w:rPr>
                <w:b/>
                <w:bCs/>
                <w:color w:val="0070C0"/>
              </w:rPr>
            </w:pPr>
          </w:p>
        </w:tc>
        <w:tc>
          <w:tcPr>
            <w:tcW w:w="284" w:type="dxa"/>
            <w:vMerge/>
          </w:tcPr>
          <w:p w14:paraId="4B6F5031" w14:textId="77777777" w:rsidR="00787E0E" w:rsidRDefault="00787E0E" w:rsidP="007A1297"/>
        </w:tc>
        <w:tc>
          <w:tcPr>
            <w:tcW w:w="993" w:type="dxa"/>
          </w:tcPr>
          <w:p w14:paraId="0F5E021D" w14:textId="4E0A7171" w:rsidR="00787E0E" w:rsidRPr="006762F1" w:rsidRDefault="00F408DA" w:rsidP="007A1297">
            <w:pPr>
              <w:rPr>
                <w:b/>
                <w:bCs/>
                <w:color w:val="00B050"/>
              </w:rPr>
            </w:pPr>
            <w:r w:rsidRPr="00CE5480">
              <w:rPr>
                <w:b/>
                <w:bCs/>
                <w:color w:val="EE0000"/>
              </w:rPr>
              <w:t>Topic write</w:t>
            </w:r>
            <w:r w:rsidR="00CE5480" w:rsidRPr="00CE5480">
              <w:rPr>
                <w:b/>
                <w:bCs/>
                <w:color w:val="EE0000"/>
              </w:rPr>
              <w:t xml:space="preserve">: Lapworth Geology Museum trip </w:t>
            </w:r>
          </w:p>
        </w:tc>
        <w:tc>
          <w:tcPr>
            <w:tcW w:w="1416" w:type="dxa"/>
          </w:tcPr>
          <w:p w14:paraId="242EF0AA" w14:textId="64EB932A" w:rsidR="00787E0E" w:rsidRPr="006762F1" w:rsidRDefault="00787E0E" w:rsidP="007A1297">
            <w:pPr>
              <w:rPr>
                <w:b/>
                <w:bCs/>
                <w:color w:val="00B050"/>
              </w:rPr>
            </w:pPr>
          </w:p>
        </w:tc>
        <w:tc>
          <w:tcPr>
            <w:tcW w:w="852" w:type="dxa"/>
          </w:tcPr>
          <w:p w14:paraId="253FB566" w14:textId="056C234A" w:rsidR="00787E0E" w:rsidRPr="00D71CCF" w:rsidRDefault="000E33BB" w:rsidP="00324151">
            <w:pPr>
              <w:jc w:val="center"/>
              <w:rPr>
                <w:b/>
                <w:bCs/>
                <w:color w:val="0070C0"/>
              </w:rPr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992" w:type="dxa"/>
          </w:tcPr>
          <w:p w14:paraId="4E2746B0" w14:textId="22FD0772" w:rsidR="00787E0E" w:rsidRDefault="00787E0E" w:rsidP="004B0D4C"/>
        </w:tc>
        <w:tc>
          <w:tcPr>
            <w:tcW w:w="851" w:type="dxa"/>
          </w:tcPr>
          <w:p w14:paraId="367FDA17" w14:textId="2EEC9E6F" w:rsidR="00787E0E" w:rsidRDefault="000E33BB" w:rsidP="004B0D4C"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850" w:type="dxa"/>
          </w:tcPr>
          <w:p w14:paraId="203D2E4F" w14:textId="601369D8" w:rsidR="00787E0E" w:rsidRDefault="00787E0E" w:rsidP="00793064"/>
        </w:tc>
        <w:tc>
          <w:tcPr>
            <w:tcW w:w="806" w:type="dxa"/>
          </w:tcPr>
          <w:p w14:paraId="3B0AFAD1" w14:textId="3B524876" w:rsidR="00787E0E" w:rsidRDefault="000E33BB" w:rsidP="00793064"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</w:tr>
    </w:tbl>
    <w:p w14:paraId="0386285D" w14:textId="77777777" w:rsidR="003F3660" w:rsidRDefault="003F3660">
      <w:pPr>
        <w:spacing w:after="0"/>
      </w:pPr>
    </w:p>
    <w:p w14:paraId="4CC72C02" w14:textId="3CABDF93" w:rsidR="003F3660" w:rsidRDefault="003F3660">
      <w:pPr>
        <w:spacing w:before="60" w:after="20"/>
      </w:pPr>
    </w:p>
    <w:p w14:paraId="0FF039B9" w14:textId="77777777" w:rsidR="003F3660" w:rsidRDefault="003F1210">
      <w:pPr>
        <w:spacing w:after="20"/>
      </w:pPr>
      <w:r>
        <w:rPr>
          <w:i/>
          <w:sz w:val="14"/>
        </w:rPr>
        <w:t>Half-term: 15–19 February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1247"/>
        <w:gridCol w:w="994"/>
        <w:gridCol w:w="1132"/>
        <w:gridCol w:w="1419"/>
        <w:gridCol w:w="1023"/>
        <w:gridCol w:w="40"/>
        <w:gridCol w:w="1064"/>
        <w:gridCol w:w="298"/>
        <w:gridCol w:w="978"/>
        <w:gridCol w:w="1417"/>
        <w:gridCol w:w="1560"/>
        <w:gridCol w:w="1678"/>
        <w:gridCol w:w="23"/>
        <w:gridCol w:w="1088"/>
      </w:tblGrid>
      <w:tr w:rsidR="003F3660" w14:paraId="2CD360D7" w14:textId="77777777" w:rsidTr="00DE3410">
        <w:trPr>
          <w:jc w:val="center"/>
        </w:trPr>
        <w:tc>
          <w:tcPr>
            <w:tcW w:w="1163" w:type="dxa"/>
            <w:vMerge w:val="restart"/>
            <w:shd w:val="clear" w:color="auto" w:fill="EAF2F8"/>
            <w:vAlign w:val="center"/>
          </w:tcPr>
          <w:p w14:paraId="0DE31E64" w14:textId="77777777" w:rsidR="003F3660" w:rsidRDefault="003F1210">
            <w:pPr>
              <w:jc w:val="center"/>
            </w:pPr>
            <w:r w:rsidRPr="001C0978">
              <w:rPr>
                <w:b/>
                <w:sz w:val="18"/>
                <w:szCs w:val="18"/>
              </w:rPr>
              <w:t>SPRING</w:t>
            </w:r>
          </w:p>
        </w:tc>
        <w:tc>
          <w:tcPr>
            <w:tcW w:w="1247" w:type="dxa"/>
            <w:shd w:val="clear" w:color="auto" w:fill="F2F2F2"/>
            <w:vAlign w:val="center"/>
          </w:tcPr>
          <w:p w14:paraId="5D118DEF" w14:textId="77777777" w:rsidR="003F3660" w:rsidRDefault="003F12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4" w:type="dxa"/>
            <w:shd w:val="clear" w:color="auto" w:fill="F2F2F2"/>
            <w:vAlign w:val="center"/>
          </w:tcPr>
          <w:p w14:paraId="057EFF17" w14:textId="77777777" w:rsidR="003F3660" w:rsidRDefault="003F12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1132" w:type="dxa"/>
            <w:shd w:val="clear" w:color="auto" w:fill="F2F2F2"/>
            <w:vAlign w:val="center"/>
          </w:tcPr>
          <w:p w14:paraId="740CD318" w14:textId="77777777" w:rsidR="003F3660" w:rsidRDefault="003F121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1419" w:type="dxa"/>
            <w:shd w:val="clear" w:color="auto" w:fill="F2F2F2"/>
            <w:vAlign w:val="center"/>
          </w:tcPr>
          <w:p w14:paraId="2B0B3356" w14:textId="77777777" w:rsidR="003F3660" w:rsidRDefault="003F12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023" w:type="dxa"/>
            <w:shd w:val="clear" w:color="auto" w:fill="F2F2F2"/>
            <w:vAlign w:val="center"/>
          </w:tcPr>
          <w:p w14:paraId="67BD2835" w14:textId="77777777" w:rsidR="003F3660" w:rsidRDefault="003F12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1104" w:type="dxa"/>
            <w:gridSpan w:val="2"/>
            <w:shd w:val="clear" w:color="auto" w:fill="F2F2F2"/>
            <w:vAlign w:val="center"/>
          </w:tcPr>
          <w:p w14:paraId="5EBC5B69" w14:textId="77777777" w:rsidR="003F3660" w:rsidRDefault="003F121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298" w:type="dxa"/>
            <w:vMerge w:val="restart"/>
            <w:shd w:val="clear" w:color="auto" w:fill="FFF2CC"/>
            <w:vAlign w:val="center"/>
          </w:tcPr>
          <w:p w14:paraId="7B0BA308" w14:textId="77777777" w:rsidR="003F3660" w:rsidRDefault="003F12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978" w:type="dxa"/>
            <w:shd w:val="clear" w:color="auto" w:fill="F2F2F2"/>
            <w:vAlign w:val="center"/>
          </w:tcPr>
          <w:p w14:paraId="087A6C96" w14:textId="77777777" w:rsidR="003F3660" w:rsidRDefault="003F12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BA46193" w14:textId="77777777" w:rsidR="003F3660" w:rsidRDefault="003F12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4C402F40" w14:textId="77777777" w:rsidR="003F3660" w:rsidRDefault="003F12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701" w:type="dxa"/>
            <w:gridSpan w:val="2"/>
            <w:shd w:val="clear" w:color="auto" w:fill="F2F2F2"/>
            <w:vAlign w:val="center"/>
          </w:tcPr>
          <w:p w14:paraId="556184D6" w14:textId="77777777" w:rsidR="003F3660" w:rsidRDefault="003F12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1088" w:type="dxa"/>
            <w:shd w:val="clear" w:color="auto" w:fill="F2F2F2"/>
            <w:vAlign w:val="center"/>
          </w:tcPr>
          <w:p w14:paraId="1931F6BD" w14:textId="77777777" w:rsidR="003F3660" w:rsidRDefault="003F1210">
            <w:pPr>
              <w:jc w:val="center"/>
            </w:pPr>
            <w:r>
              <w:rPr>
                <w:sz w:val="14"/>
              </w:rPr>
              <w:t>Week 11</w:t>
            </w:r>
          </w:p>
        </w:tc>
      </w:tr>
      <w:tr w:rsidR="00DE3410" w14:paraId="4D722D0E" w14:textId="77777777" w:rsidTr="00DE3410">
        <w:trPr>
          <w:jc w:val="center"/>
        </w:trPr>
        <w:tc>
          <w:tcPr>
            <w:tcW w:w="1163" w:type="dxa"/>
            <w:vMerge/>
          </w:tcPr>
          <w:p w14:paraId="4436EA14" w14:textId="77777777" w:rsidR="00DE3410" w:rsidRDefault="00DE3410"/>
        </w:tc>
        <w:tc>
          <w:tcPr>
            <w:tcW w:w="2241" w:type="dxa"/>
            <w:gridSpan w:val="2"/>
            <w:shd w:val="clear" w:color="auto" w:fill="E6E6E6"/>
            <w:vAlign w:val="center"/>
          </w:tcPr>
          <w:p w14:paraId="574FDBF1" w14:textId="43D8D479" w:rsidR="00DE3410" w:rsidRDefault="00DE3410">
            <w:pPr>
              <w:jc w:val="center"/>
            </w:pPr>
            <w:r>
              <w:rPr>
                <w:b/>
                <w:bCs/>
                <w:color w:val="000000" w:themeColor="text1"/>
              </w:rPr>
              <w:t>London’s Burning</w:t>
            </w:r>
          </w:p>
        </w:tc>
        <w:tc>
          <w:tcPr>
            <w:tcW w:w="4678" w:type="dxa"/>
            <w:gridSpan w:val="5"/>
            <w:shd w:val="clear" w:color="auto" w:fill="E6E6E6"/>
            <w:vAlign w:val="center"/>
          </w:tcPr>
          <w:p w14:paraId="7742EE0D" w14:textId="0F8F9E19" w:rsidR="00DE3410" w:rsidRDefault="00F0625C">
            <w:pPr>
              <w:jc w:val="center"/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298" w:type="dxa"/>
            <w:vMerge/>
          </w:tcPr>
          <w:p w14:paraId="5DB353AE" w14:textId="77777777" w:rsidR="00DE3410" w:rsidRDefault="00DE3410"/>
        </w:tc>
        <w:tc>
          <w:tcPr>
            <w:tcW w:w="6744" w:type="dxa"/>
            <w:gridSpan w:val="6"/>
            <w:shd w:val="clear" w:color="auto" w:fill="E6E6E6"/>
            <w:vAlign w:val="center"/>
          </w:tcPr>
          <w:p w14:paraId="31A97820" w14:textId="3228DA6B" w:rsidR="00DE3410" w:rsidRDefault="00647B5D" w:rsidP="00647B5D">
            <w:pPr>
              <w:jc w:val="center"/>
            </w:pPr>
            <w:r>
              <w:rPr>
                <w:b/>
                <w:bCs/>
                <w:color w:val="000000" w:themeColor="text1"/>
              </w:rPr>
              <w:t xml:space="preserve">Roman Empire </w:t>
            </w:r>
          </w:p>
        </w:tc>
      </w:tr>
      <w:tr w:rsidR="00C3590E" w14:paraId="231874C9" w14:textId="77777777" w:rsidTr="00DE3410">
        <w:trPr>
          <w:jc w:val="center"/>
        </w:trPr>
        <w:tc>
          <w:tcPr>
            <w:tcW w:w="1163" w:type="dxa"/>
            <w:vMerge/>
          </w:tcPr>
          <w:p w14:paraId="30374C3A" w14:textId="77777777" w:rsidR="00C3590E" w:rsidRDefault="00C3590E"/>
        </w:tc>
        <w:tc>
          <w:tcPr>
            <w:tcW w:w="1247" w:type="dxa"/>
          </w:tcPr>
          <w:p w14:paraId="54741440" w14:textId="6FB38712" w:rsidR="00C3590E" w:rsidRPr="00D71CCF" w:rsidRDefault="00C3590E" w:rsidP="003B30F2">
            <w:pPr>
              <w:jc w:val="center"/>
              <w:rPr>
                <w:b/>
                <w:bCs/>
                <w:color w:val="0070C0"/>
              </w:rPr>
            </w:pPr>
          </w:p>
        </w:tc>
        <w:tc>
          <w:tcPr>
            <w:tcW w:w="994" w:type="dxa"/>
          </w:tcPr>
          <w:p w14:paraId="266FD30D" w14:textId="4557FB4D" w:rsidR="00C3590E" w:rsidRPr="000D6C9E" w:rsidRDefault="000E33BB" w:rsidP="009A6A2A">
            <w:pPr>
              <w:ind w:left="122"/>
              <w:rPr>
                <w:b/>
                <w:bCs/>
                <w:lang w:val="en-GB"/>
              </w:rPr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1132" w:type="dxa"/>
          </w:tcPr>
          <w:p w14:paraId="3075E309" w14:textId="0CBF4DEF" w:rsidR="00C3590E" w:rsidRPr="00B4597E" w:rsidRDefault="00C3590E" w:rsidP="009A6A2A">
            <w:pPr>
              <w:ind w:left="122"/>
              <w:rPr>
                <w:b/>
                <w:bCs/>
                <w:u w:val="single"/>
                <w:lang w:val="en-GB"/>
              </w:rPr>
            </w:pPr>
          </w:p>
        </w:tc>
        <w:tc>
          <w:tcPr>
            <w:tcW w:w="1419" w:type="dxa"/>
          </w:tcPr>
          <w:p w14:paraId="03A903AB" w14:textId="2A25351C" w:rsidR="00C3590E" w:rsidRPr="000D6C9E" w:rsidRDefault="00F0625C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1063" w:type="dxa"/>
            <w:gridSpan w:val="2"/>
          </w:tcPr>
          <w:p w14:paraId="49F2C107" w14:textId="72C7344D" w:rsidR="00C3590E" w:rsidRPr="006762F1" w:rsidRDefault="00C3590E" w:rsidP="00720E23">
            <w:pPr>
              <w:rPr>
                <w:b/>
                <w:bCs/>
                <w:color w:val="00B050"/>
              </w:rPr>
            </w:pPr>
          </w:p>
        </w:tc>
        <w:tc>
          <w:tcPr>
            <w:tcW w:w="1064" w:type="dxa"/>
          </w:tcPr>
          <w:p w14:paraId="095E0303" w14:textId="3DFBF912" w:rsidR="00C3590E" w:rsidRPr="006762F1" w:rsidRDefault="00F33CEF" w:rsidP="00720E23">
            <w:pPr>
              <w:rPr>
                <w:b/>
                <w:bCs/>
                <w:color w:val="00B050"/>
              </w:rPr>
            </w:pPr>
            <w:r>
              <w:rPr>
                <w:b/>
                <w:bCs/>
                <w:color w:val="000000" w:themeColor="text1"/>
              </w:rPr>
              <w:t>Stone Age – Iron Age</w:t>
            </w:r>
          </w:p>
        </w:tc>
        <w:tc>
          <w:tcPr>
            <w:tcW w:w="298" w:type="dxa"/>
            <w:vMerge/>
          </w:tcPr>
          <w:p w14:paraId="76A63E89" w14:textId="77777777" w:rsidR="00C3590E" w:rsidRDefault="00C3590E"/>
        </w:tc>
        <w:tc>
          <w:tcPr>
            <w:tcW w:w="978" w:type="dxa"/>
          </w:tcPr>
          <w:p w14:paraId="5B10C9D4" w14:textId="77777777" w:rsidR="00C3590E" w:rsidRPr="006762F1" w:rsidRDefault="00C3590E" w:rsidP="006D5F61">
            <w:pPr>
              <w:rPr>
                <w:b/>
                <w:bCs/>
                <w:color w:val="FFC000"/>
              </w:rPr>
            </w:pPr>
          </w:p>
        </w:tc>
        <w:tc>
          <w:tcPr>
            <w:tcW w:w="1417" w:type="dxa"/>
          </w:tcPr>
          <w:p w14:paraId="33752DD9" w14:textId="6B538422" w:rsidR="00C3590E" w:rsidRPr="006762F1" w:rsidRDefault="00F33CEF" w:rsidP="006D5F61">
            <w:pPr>
              <w:rPr>
                <w:b/>
                <w:bCs/>
                <w:color w:val="FFC000"/>
              </w:rPr>
            </w:pPr>
            <w:r w:rsidRPr="00F33CEF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1560" w:type="dxa"/>
          </w:tcPr>
          <w:p w14:paraId="3CEBA9F0" w14:textId="13EA9EA6" w:rsidR="00C3590E" w:rsidRPr="0076416D" w:rsidRDefault="00C3590E">
            <w:pPr>
              <w:rPr>
                <w:b/>
                <w:bCs/>
              </w:rPr>
            </w:pPr>
          </w:p>
        </w:tc>
        <w:tc>
          <w:tcPr>
            <w:tcW w:w="1678" w:type="dxa"/>
          </w:tcPr>
          <w:p w14:paraId="7D70A268" w14:textId="3D2D4C96" w:rsidR="00C3590E" w:rsidRPr="006762F1" w:rsidRDefault="00F33CEF" w:rsidP="004F3AC4">
            <w:pPr>
              <w:rPr>
                <w:b/>
                <w:bCs/>
                <w:color w:val="FFC000"/>
              </w:rPr>
            </w:pPr>
            <w:r w:rsidRPr="00F33CEF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1111" w:type="dxa"/>
            <w:gridSpan w:val="2"/>
          </w:tcPr>
          <w:p w14:paraId="2485263B" w14:textId="514C76A6" w:rsidR="00C3590E" w:rsidRPr="006762F1" w:rsidRDefault="00C3590E" w:rsidP="004F3AC4">
            <w:pPr>
              <w:rPr>
                <w:b/>
                <w:bCs/>
                <w:color w:val="FFC000"/>
              </w:rPr>
            </w:pPr>
          </w:p>
        </w:tc>
      </w:tr>
    </w:tbl>
    <w:p w14:paraId="7C450434" w14:textId="77777777" w:rsidR="003F3660" w:rsidRDefault="003F3660">
      <w:pPr>
        <w:spacing w:after="0"/>
      </w:pPr>
    </w:p>
    <w:p w14:paraId="7EBF4023" w14:textId="11F2618B" w:rsidR="003F3660" w:rsidRDefault="003F3660">
      <w:pPr>
        <w:spacing w:before="60" w:after="20"/>
      </w:pPr>
    </w:p>
    <w:p w14:paraId="0A0C8BA9" w14:textId="77777777" w:rsidR="003F3660" w:rsidRDefault="003F1210">
      <w:pPr>
        <w:spacing w:after="20"/>
      </w:pPr>
      <w:r>
        <w:rPr>
          <w:i/>
          <w:sz w:val="14"/>
        </w:rPr>
        <w:t>Half-term: 31 May–4 June 2027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276"/>
        <w:gridCol w:w="921"/>
        <w:gridCol w:w="71"/>
        <w:gridCol w:w="851"/>
        <w:gridCol w:w="709"/>
        <w:gridCol w:w="1134"/>
        <w:gridCol w:w="708"/>
        <w:gridCol w:w="1260"/>
        <w:gridCol w:w="300"/>
        <w:gridCol w:w="1275"/>
        <w:gridCol w:w="1560"/>
        <w:gridCol w:w="1134"/>
        <w:gridCol w:w="992"/>
        <w:gridCol w:w="850"/>
        <w:gridCol w:w="945"/>
      </w:tblGrid>
      <w:tr w:rsidR="003F3660" w14:paraId="477937AF" w14:textId="77777777" w:rsidTr="00B44AC8">
        <w:trPr>
          <w:jc w:val="center"/>
        </w:trPr>
        <w:tc>
          <w:tcPr>
            <w:tcW w:w="1134" w:type="dxa"/>
            <w:vMerge w:val="restart"/>
            <w:shd w:val="clear" w:color="auto" w:fill="EAF2F8"/>
            <w:vAlign w:val="center"/>
          </w:tcPr>
          <w:p w14:paraId="1E567923" w14:textId="77777777" w:rsidR="003F3660" w:rsidRDefault="003F1210">
            <w:pPr>
              <w:jc w:val="center"/>
            </w:pPr>
            <w:r w:rsidRPr="001C0978">
              <w:rPr>
                <w:b/>
                <w:szCs w:val="16"/>
              </w:rPr>
              <w:t>SUMMER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671E3AA" w14:textId="77777777" w:rsidR="003F3660" w:rsidRDefault="003F1210">
            <w:pPr>
              <w:jc w:val="center"/>
            </w:pPr>
            <w:r>
              <w:rPr>
                <w:sz w:val="14"/>
              </w:rPr>
              <w:t>Week 1</w:t>
            </w:r>
          </w:p>
        </w:tc>
        <w:tc>
          <w:tcPr>
            <w:tcW w:w="992" w:type="dxa"/>
            <w:gridSpan w:val="2"/>
            <w:shd w:val="clear" w:color="auto" w:fill="F2F2F2"/>
            <w:vAlign w:val="center"/>
          </w:tcPr>
          <w:p w14:paraId="0A37FA8E" w14:textId="77777777" w:rsidR="003F3660" w:rsidRDefault="003F1210">
            <w:pPr>
              <w:jc w:val="center"/>
            </w:pPr>
            <w:r>
              <w:rPr>
                <w:sz w:val="14"/>
              </w:rPr>
              <w:t>Week 2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2093CE90" w14:textId="77777777" w:rsidR="003F3660" w:rsidRDefault="003F1210">
            <w:pPr>
              <w:jc w:val="center"/>
            </w:pPr>
            <w:r>
              <w:rPr>
                <w:sz w:val="14"/>
              </w:rPr>
              <w:t>Week 3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61682DE5" w14:textId="77777777" w:rsidR="003F3660" w:rsidRDefault="003F1210">
            <w:pPr>
              <w:jc w:val="center"/>
            </w:pPr>
            <w:r>
              <w:rPr>
                <w:sz w:val="14"/>
              </w:rPr>
              <w:t>Week 4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4B5A43F" w14:textId="77777777" w:rsidR="003F3660" w:rsidRDefault="003F1210">
            <w:pPr>
              <w:jc w:val="center"/>
            </w:pPr>
            <w:r>
              <w:rPr>
                <w:sz w:val="14"/>
              </w:rPr>
              <w:t>Week 5</w:t>
            </w:r>
          </w:p>
        </w:tc>
        <w:tc>
          <w:tcPr>
            <w:tcW w:w="708" w:type="dxa"/>
            <w:shd w:val="clear" w:color="auto" w:fill="F2F2F2"/>
            <w:vAlign w:val="center"/>
          </w:tcPr>
          <w:p w14:paraId="776B00F7" w14:textId="77777777" w:rsidR="003F3660" w:rsidRDefault="003F1210">
            <w:pPr>
              <w:jc w:val="center"/>
            </w:pPr>
            <w:r>
              <w:rPr>
                <w:sz w:val="14"/>
              </w:rPr>
              <w:t>Week 6</w:t>
            </w:r>
          </w:p>
        </w:tc>
        <w:tc>
          <w:tcPr>
            <w:tcW w:w="1260" w:type="dxa"/>
            <w:shd w:val="clear" w:color="auto" w:fill="F2F2F2"/>
            <w:vAlign w:val="center"/>
          </w:tcPr>
          <w:p w14:paraId="5F10FC23" w14:textId="77777777" w:rsidR="003F3660" w:rsidRDefault="003F1210">
            <w:pPr>
              <w:jc w:val="center"/>
            </w:pPr>
            <w:r>
              <w:rPr>
                <w:sz w:val="14"/>
              </w:rPr>
              <w:t>Week 7</w:t>
            </w:r>
          </w:p>
        </w:tc>
        <w:tc>
          <w:tcPr>
            <w:tcW w:w="300" w:type="dxa"/>
            <w:vMerge w:val="restart"/>
            <w:shd w:val="clear" w:color="auto" w:fill="FFF2CC"/>
            <w:vAlign w:val="center"/>
          </w:tcPr>
          <w:p w14:paraId="29A5C706" w14:textId="77777777" w:rsidR="003F3660" w:rsidRDefault="003F1210">
            <w:pPr>
              <w:jc w:val="center"/>
            </w:pPr>
            <w:r>
              <w:rPr>
                <w:b/>
                <w:sz w:val="14"/>
              </w:rPr>
              <w:t>HALF</w:t>
            </w:r>
            <w:r>
              <w:rPr>
                <w:b/>
                <w:sz w:val="14"/>
              </w:rPr>
              <w:br/>
              <w:t>TERM</w:t>
            </w:r>
            <w:r>
              <w:rPr>
                <w:b/>
                <w:sz w:val="14"/>
              </w:rPr>
              <w:br/>
              <w:t>BREAK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57D0F1C4" w14:textId="77777777" w:rsidR="003F3660" w:rsidRDefault="003F1210">
            <w:pPr>
              <w:jc w:val="center"/>
            </w:pPr>
            <w:r>
              <w:rPr>
                <w:sz w:val="14"/>
              </w:rPr>
              <w:t>Week 8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05D7DC13" w14:textId="77777777" w:rsidR="003F3660" w:rsidRDefault="003F1210">
            <w:pPr>
              <w:jc w:val="center"/>
            </w:pPr>
            <w:r>
              <w:rPr>
                <w:sz w:val="14"/>
              </w:rPr>
              <w:t>Week 9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5227FA5" w14:textId="77777777" w:rsidR="003F3660" w:rsidRDefault="003F1210">
            <w:pPr>
              <w:jc w:val="center"/>
            </w:pPr>
            <w:r>
              <w:rPr>
                <w:sz w:val="14"/>
              </w:rPr>
              <w:t>Week 10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787C65D" w14:textId="77777777" w:rsidR="003F3660" w:rsidRDefault="003F1210">
            <w:pPr>
              <w:jc w:val="center"/>
            </w:pPr>
            <w:r>
              <w:rPr>
                <w:sz w:val="14"/>
              </w:rPr>
              <w:t>Week 11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0ED1CD6E" w14:textId="77777777" w:rsidR="003F3660" w:rsidRDefault="003F1210">
            <w:pPr>
              <w:jc w:val="center"/>
            </w:pPr>
            <w:r>
              <w:rPr>
                <w:sz w:val="14"/>
              </w:rPr>
              <w:t>Week 12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21C2C12A" w14:textId="77777777" w:rsidR="003F3660" w:rsidRDefault="003F1210">
            <w:pPr>
              <w:jc w:val="center"/>
            </w:pPr>
            <w:r>
              <w:rPr>
                <w:sz w:val="14"/>
              </w:rPr>
              <w:t>Week 13</w:t>
            </w:r>
          </w:p>
        </w:tc>
      </w:tr>
      <w:tr w:rsidR="00D316F4" w14:paraId="70F32E35" w14:textId="77777777" w:rsidTr="000959F3">
        <w:trPr>
          <w:jc w:val="center"/>
        </w:trPr>
        <w:tc>
          <w:tcPr>
            <w:tcW w:w="1134" w:type="dxa"/>
            <w:vMerge/>
          </w:tcPr>
          <w:p w14:paraId="1059FCBC" w14:textId="77777777" w:rsidR="00D316F4" w:rsidRDefault="00D316F4"/>
        </w:tc>
        <w:tc>
          <w:tcPr>
            <w:tcW w:w="6930" w:type="dxa"/>
            <w:gridSpan w:val="8"/>
            <w:shd w:val="clear" w:color="auto" w:fill="E6E6E6"/>
            <w:vAlign w:val="center"/>
          </w:tcPr>
          <w:p w14:paraId="7852A83F" w14:textId="13C7DDA5" w:rsidR="00D316F4" w:rsidRPr="00312A51" w:rsidRDefault="00647B5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 w:themeColor="text1"/>
              </w:rPr>
              <w:t>Roman Empire</w:t>
            </w:r>
          </w:p>
        </w:tc>
        <w:tc>
          <w:tcPr>
            <w:tcW w:w="300" w:type="dxa"/>
            <w:vMerge/>
          </w:tcPr>
          <w:p w14:paraId="160D6CCE" w14:textId="77777777" w:rsidR="00D316F4" w:rsidRDefault="00D316F4"/>
        </w:tc>
        <w:tc>
          <w:tcPr>
            <w:tcW w:w="6756" w:type="dxa"/>
            <w:gridSpan w:val="6"/>
            <w:shd w:val="clear" w:color="auto" w:fill="E6E6E6"/>
            <w:vAlign w:val="center"/>
          </w:tcPr>
          <w:p w14:paraId="7194B510" w14:textId="758ECE04" w:rsidR="00D316F4" w:rsidRDefault="00647B5D">
            <w:pPr>
              <w:jc w:val="center"/>
            </w:pPr>
            <w:r>
              <w:rPr>
                <w:b/>
                <w:bCs/>
                <w:color w:val="000000" w:themeColor="text1"/>
              </w:rPr>
              <w:t>Roman Empire</w:t>
            </w:r>
          </w:p>
        </w:tc>
      </w:tr>
      <w:tr w:rsidR="005468AC" w14:paraId="3CD588A6" w14:textId="77777777" w:rsidTr="00B44AC8">
        <w:trPr>
          <w:jc w:val="center"/>
        </w:trPr>
        <w:tc>
          <w:tcPr>
            <w:tcW w:w="1134" w:type="dxa"/>
            <w:vMerge/>
          </w:tcPr>
          <w:p w14:paraId="3C4089C9" w14:textId="77777777" w:rsidR="005468AC" w:rsidRDefault="005468AC"/>
        </w:tc>
        <w:tc>
          <w:tcPr>
            <w:tcW w:w="1276" w:type="dxa"/>
          </w:tcPr>
          <w:p w14:paraId="12F2B877" w14:textId="4595BB51" w:rsidR="005468AC" w:rsidRPr="006762F1" w:rsidRDefault="004D1DAD">
            <w:pPr>
              <w:rPr>
                <w:b/>
                <w:bCs/>
                <w:color w:val="FFC000"/>
              </w:rPr>
            </w:pPr>
            <w:r w:rsidRPr="004D1DAD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921" w:type="dxa"/>
          </w:tcPr>
          <w:p w14:paraId="5A22B3C5" w14:textId="77777777" w:rsidR="005468AC" w:rsidRPr="006762F1" w:rsidRDefault="005468AC" w:rsidP="00E351B3">
            <w:pPr>
              <w:rPr>
                <w:b/>
                <w:bCs/>
                <w:color w:val="FFC000"/>
              </w:rPr>
            </w:pPr>
          </w:p>
        </w:tc>
        <w:tc>
          <w:tcPr>
            <w:tcW w:w="922" w:type="dxa"/>
            <w:gridSpan w:val="2"/>
          </w:tcPr>
          <w:p w14:paraId="5BED427B" w14:textId="72469A8B" w:rsidR="005468AC" w:rsidRPr="00FE1F86" w:rsidRDefault="004D1DAD" w:rsidP="00E351B3">
            <w:pPr>
              <w:rPr>
                <w:b/>
                <w:bCs/>
                <w:color w:val="000000" w:themeColor="text1"/>
              </w:rPr>
            </w:pPr>
            <w:r w:rsidRPr="004D1DAD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709" w:type="dxa"/>
          </w:tcPr>
          <w:p w14:paraId="2AEFAC36" w14:textId="6A5CB7C4" w:rsidR="005468AC" w:rsidRPr="006762F1" w:rsidRDefault="005468AC" w:rsidP="00055AEE">
            <w:pPr>
              <w:jc w:val="center"/>
              <w:rPr>
                <w:b/>
                <w:bCs/>
                <w:color w:val="FFC000"/>
              </w:rPr>
            </w:pPr>
          </w:p>
        </w:tc>
        <w:tc>
          <w:tcPr>
            <w:tcW w:w="1134" w:type="dxa"/>
          </w:tcPr>
          <w:p w14:paraId="53037390" w14:textId="6ABCAD17" w:rsidR="005468AC" w:rsidRPr="006762F1" w:rsidRDefault="004D1DAD">
            <w:pPr>
              <w:rPr>
                <w:b/>
                <w:bCs/>
              </w:rPr>
            </w:pPr>
            <w:r w:rsidRPr="004D1DAD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708" w:type="dxa"/>
          </w:tcPr>
          <w:p w14:paraId="0EBD0F86" w14:textId="4766EF9F" w:rsidR="005468AC" w:rsidRPr="006762F1" w:rsidRDefault="005468AC">
            <w:pPr>
              <w:rPr>
                <w:b/>
                <w:bCs/>
              </w:rPr>
            </w:pPr>
          </w:p>
        </w:tc>
        <w:tc>
          <w:tcPr>
            <w:tcW w:w="1260" w:type="dxa"/>
          </w:tcPr>
          <w:p w14:paraId="1540479D" w14:textId="2214A38E" w:rsidR="005468AC" w:rsidRPr="006762F1" w:rsidRDefault="004D1DAD" w:rsidP="00E24714">
            <w:pPr>
              <w:rPr>
                <w:b/>
                <w:bCs/>
              </w:rPr>
            </w:pPr>
            <w:r w:rsidRPr="004D1DAD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300" w:type="dxa"/>
            <w:vMerge/>
          </w:tcPr>
          <w:p w14:paraId="5E0801FD" w14:textId="77777777" w:rsidR="005468AC" w:rsidRDefault="005468AC"/>
        </w:tc>
        <w:tc>
          <w:tcPr>
            <w:tcW w:w="1275" w:type="dxa"/>
          </w:tcPr>
          <w:p w14:paraId="56140A7F" w14:textId="7511E27F" w:rsidR="005468AC" w:rsidRDefault="005468AC"/>
        </w:tc>
        <w:tc>
          <w:tcPr>
            <w:tcW w:w="1560" w:type="dxa"/>
          </w:tcPr>
          <w:p w14:paraId="36B61A7C" w14:textId="6A3B97BB" w:rsidR="005468AC" w:rsidRPr="006762F1" w:rsidRDefault="004D1DAD">
            <w:pPr>
              <w:rPr>
                <w:b/>
                <w:bCs/>
                <w:color w:val="FFC000"/>
              </w:rPr>
            </w:pPr>
            <w:r w:rsidRPr="004D1DAD">
              <w:rPr>
                <w:b/>
                <w:bCs/>
                <w:color w:val="000000" w:themeColor="text1"/>
              </w:rPr>
              <w:t>Rome and the impact on Britain</w:t>
            </w:r>
          </w:p>
        </w:tc>
        <w:tc>
          <w:tcPr>
            <w:tcW w:w="1134" w:type="dxa"/>
          </w:tcPr>
          <w:p w14:paraId="67A67464" w14:textId="77777777" w:rsidR="005468AC" w:rsidRPr="006762F1" w:rsidRDefault="005468AC">
            <w:pPr>
              <w:rPr>
                <w:b/>
                <w:bCs/>
                <w:color w:val="FFC000"/>
              </w:rPr>
            </w:pPr>
          </w:p>
        </w:tc>
        <w:tc>
          <w:tcPr>
            <w:tcW w:w="992" w:type="dxa"/>
          </w:tcPr>
          <w:p w14:paraId="481EEB75" w14:textId="00F76FE8" w:rsidR="005468AC" w:rsidRPr="006762F1" w:rsidRDefault="008121A6">
            <w:pPr>
              <w:rPr>
                <w:b/>
                <w:bCs/>
                <w:color w:val="FFC000"/>
              </w:rPr>
            </w:pPr>
            <w:r w:rsidRPr="008121A6">
              <w:rPr>
                <w:b/>
                <w:bCs/>
                <w:color w:val="EE0000"/>
              </w:rPr>
              <w:t xml:space="preserve">Reference Lesson: </w:t>
            </w:r>
            <w:r w:rsidRPr="008121A6">
              <w:rPr>
                <w:b/>
                <w:bCs/>
                <w:color w:val="EE0000"/>
              </w:rPr>
              <w:br/>
            </w:r>
            <w:r w:rsidRPr="008121A6">
              <w:rPr>
                <w:b/>
                <w:bCs/>
                <w:color w:val="EE0000"/>
              </w:rPr>
              <w:t>The Roman Empire</w:t>
            </w:r>
          </w:p>
        </w:tc>
        <w:tc>
          <w:tcPr>
            <w:tcW w:w="850" w:type="dxa"/>
          </w:tcPr>
          <w:p w14:paraId="05CA66B7" w14:textId="77777777" w:rsidR="005468AC" w:rsidRDefault="005468AC"/>
        </w:tc>
        <w:tc>
          <w:tcPr>
            <w:tcW w:w="945" w:type="dxa"/>
          </w:tcPr>
          <w:p w14:paraId="11607783" w14:textId="784B6FA1" w:rsidR="005468AC" w:rsidRDefault="008121A6">
            <w:r w:rsidRPr="008121A6">
              <w:rPr>
                <w:b/>
                <w:bCs/>
                <w:color w:val="EE0000"/>
              </w:rPr>
              <w:t xml:space="preserve">Reference Lesson: </w:t>
            </w:r>
            <w:r w:rsidRPr="008121A6">
              <w:rPr>
                <w:b/>
                <w:bCs/>
                <w:color w:val="EE0000"/>
              </w:rPr>
              <w:br/>
            </w:r>
            <w:r w:rsidR="00647B5D" w:rsidRPr="00647B5D">
              <w:rPr>
                <w:b/>
                <w:bCs/>
                <w:color w:val="EE0000"/>
              </w:rPr>
              <w:t>Vikings &amp; Anglo-Saxons</w:t>
            </w:r>
          </w:p>
        </w:tc>
      </w:tr>
    </w:tbl>
    <w:p w14:paraId="66E81AA6" w14:textId="77777777" w:rsidR="003F3660" w:rsidRDefault="003F3660">
      <w:pPr>
        <w:spacing w:after="0"/>
      </w:pPr>
    </w:p>
    <w:p w14:paraId="7153440B" w14:textId="66E79BA8" w:rsidR="003F3660" w:rsidRDefault="003F3660">
      <w:pPr>
        <w:spacing w:before="80" w:after="0"/>
      </w:pPr>
    </w:p>
    <w:sectPr w:rsidR="003F3660" w:rsidSect="00034616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0B085A"/>
    <w:multiLevelType w:val="hybridMultilevel"/>
    <w:tmpl w:val="A21A2DDA"/>
    <w:lvl w:ilvl="0" w:tplc="BCB605D2">
      <w:numFmt w:val="bullet"/>
      <w:lvlText w:val=""/>
      <w:lvlJc w:val="left"/>
      <w:pPr>
        <w:ind w:left="488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8" w:hanging="360"/>
      </w:pPr>
      <w:rPr>
        <w:rFonts w:ascii="Wingdings" w:hAnsi="Wingdings" w:hint="default"/>
      </w:rPr>
    </w:lvl>
  </w:abstractNum>
  <w:abstractNum w:abstractNumId="10" w15:restartNumberingAfterBreak="0">
    <w:nsid w:val="09523310"/>
    <w:multiLevelType w:val="hybridMultilevel"/>
    <w:tmpl w:val="E606F808"/>
    <w:lvl w:ilvl="0" w:tplc="A5927570">
      <w:numFmt w:val="bullet"/>
      <w:lvlText w:val=""/>
      <w:lvlJc w:val="left"/>
      <w:pPr>
        <w:ind w:left="473" w:hanging="360"/>
      </w:pPr>
      <w:rPr>
        <w:rFonts w:ascii="Symbol" w:eastAsiaTheme="minorEastAsia" w:hAnsi="Symbol" w:cstheme="minorBidi" w:hint="default"/>
        <w:u w:val="none"/>
      </w:rPr>
    </w:lvl>
    <w:lvl w:ilvl="1" w:tplc="0809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11" w15:restartNumberingAfterBreak="0">
    <w:nsid w:val="100E234D"/>
    <w:multiLevelType w:val="hybridMultilevel"/>
    <w:tmpl w:val="D32AA5F2"/>
    <w:lvl w:ilvl="0" w:tplc="E65C1A8E">
      <w:start w:val="1"/>
      <w:numFmt w:val="bullet"/>
      <w:lvlText w:val="•"/>
      <w:lvlJc w:val="left"/>
      <w:pPr>
        <w:ind w:left="11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36BE716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8B61A02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014CCDA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5781850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D32163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8EA3F76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96EAE54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908A634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2" w15:restartNumberingAfterBreak="0">
    <w:nsid w:val="1CF16DF0"/>
    <w:multiLevelType w:val="hybridMultilevel"/>
    <w:tmpl w:val="BC42DE78"/>
    <w:lvl w:ilvl="0" w:tplc="2EFC0112">
      <w:start w:val="1"/>
      <w:numFmt w:val="bullet"/>
      <w:lvlText w:val="•"/>
      <w:lvlJc w:val="left"/>
      <w:pPr>
        <w:ind w:left="12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7B251C6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AAE825DA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68305A64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A3CC8FE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C62B664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57CCE9E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58E4F4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C02B790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38444979"/>
    <w:multiLevelType w:val="hybridMultilevel"/>
    <w:tmpl w:val="C9020D92"/>
    <w:lvl w:ilvl="0" w:tplc="12EE76F4">
      <w:start w:val="20"/>
      <w:numFmt w:val="bullet"/>
      <w:lvlText w:val="-"/>
      <w:lvlJc w:val="left"/>
      <w:pPr>
        <w:ind w:left="482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2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42" w:hanging="360"/>
      </w:pPr>
      <w:rPr>
        <w:rFonts w:ascii="Wingdings" w:hAnsi="Wingdings" w:hint="default"/>
      </w:rPr>
    </w:lvl>
  </w:abstractNum>
  <w:abstractNum w:abstractNumId="14" w15:restartNumberingAfterBreak="0">
    <w:nsid w:val="3CCF1874"/>
    <w:multiLevelType w:val="hybridMultilevel"/>
    <w:tmpl w:val="8104EEF6"/>
    <w:lvl w:ilvl="0" w:tplc="E27EA6DC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D0EDB6C">
      <w:start w:val="1"/>
      <w:numFmt w:val="bullet"/>
      <w:lvlText w:val="o"/>
      <w:lvlJc w:val="left"/>
      <w:pPr>
        <w:ind w:left="11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358E802">
      <w:start w:val="1"/>
      <w:numFmt w:val="bullet"/>
      <w:lvlText w:val="▪"/>
      <w:lvlJc w:val="left"/>
      <w:pPr>
        <w:ind w:left="19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9D4246A">
      <w:start w:val="1"/>
      <w:numFmt w:val="bullet"/>
      <w:lvlText w:val="•"/>
      <w:lvlJc w:val="left"/>
      <w:pPr>
        <w:ind w:left="26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A909D40">
      <w:start w:val="1"/>
      <w:numFmt w:val="bullet"/>
      <w:lvlText w:val="o"/>
      <w:lvlJc w:val="left"/>
      <w:pPr>
        <w:ind w:left="33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BA62CDA">
      <w:start w:val="1"/>
      <w:numFmt w:val="bullet"/>
      <w:lvlText w:val="▪"/>
      <w:lvlJc w:val="left"/>
      <w:pPr>
        <w:ind w:left="40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EE329EEC">
      <w:start w:val="1"/>
      <w:numFmt w:val="bullet"/>
      <w:lvlText w:val="•"/>
      <w:lvlJc w:val="left"/>
      <w:pPr>
        <w:ind w:left="47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C78CA5C">
      <w:start w:val="1"/>
      <w:numFmt w:val="bullet"/>
      <w:lvlText w:val="o"/>
      <w:lvlJc w:val="left"/>
      <w:pPr>
        <w:ind w:left="5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B10D46E">
      <w:start w:val="1"/>
      <w:numFmt w:val="bullet"/>
      <w:lvlText w:val="▪"/>
      <w:lvlJc w:val="left"/>
      <w:pPr>
        <w:ind w:left="6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5" w15:restartNumberingAfterBreak="0">
    <w:nsid w:val="41D25289"/>
    <w:multiLevelType w:val="hybridMultilevel"/>
    <w:tmpl w:val="98EC00D4"/>
    <w:lvl w:ilvl="0" w:tplc="D7021E8E">
      <w:start w:val="20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405E95"/>
    <w:multiLevelType w:val="hybridMultilevel"/>
    <w:tmpl w:val="C4BAC4FA"/>
    <w:lvl w:ilvl="0" w:tplc="3340A132">
      <w:start w:val="1"/>
      <w:numFmt w:val="bullet"/>
      <w:lvlText w:val="•"/>
      <w:lvlJc w:val="left"/>
      <w:pPr>
        <w:ind w:left="11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854E940E">
      <w:start w:val="1"/>
      <w:numFmt w:val="bullet"/>
      <w:lvlText w:val="o"/>
      <w:lvlJc w:val="left"/>
      <w:pPr>
        <w:ind w:left="11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861454D0">
      <w:start w:val="1"/>
      <w:numFmt w:val="bullet"/>
      <w:lvlText w:val="▪"/>
      <w:lvlJc w:val="left"/>
      <w:pPr>
        <w:ind w:left="18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24DA3974">
      <w:start w:val="1"/>
      <w:numFmt w:val="bullet"/>
      <w:lvlText w:val="•"/>
      <w:lvlJc w:val="left"/>
      <w:pPr>
        <w:ind w:left="26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ED81B22">
      <w:start w:val="1"/>
      <w:numFmt w:val="bullet"/>
      <w:lvlText w:val="o"/>
      <w:lvlJc w:val="left"/>
      <w:pPr>
        <w:ind w:left="33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596FDA6">
      <w:start w:val="1"/>
      <w:numFmt w:val="bullet"/>
      <w:lvlText w:val="▪"/>
      <w:lvlJc w:val="left"/>
      <w:pPr>
        <w:ind w:left="40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4F8EBF8">
      <w:start w:val="1"/>
      <w:numFmt w:val="bullet"/>
      <w:lvlText w:val="•"/>
      <w:lvlJc w:val="left"/>
      <w:pPr>
        <w:ind w:left="47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F422B38">
      <w:start w:val="1"/>
      <w:numFmt w:val="bullet"/>
      <w:lvlText w:val="o"/>
      <w:lvlJc w:val="left"/>
      <w:pPr>
        <w:ind w:left="54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CA5E26">
      <w:start w:val="1"/>
      <w:numFmt w:val="bullet"/>
      <w:lvlText w:val="▪"/>
      <w:lvlJc w:val="left"/>
      <w:pPr>
        <w:ind w:left="6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7" w15:restartNumberingAfterBreak="0">
    <w:nsid w:val="42FD1B79"/>
    <w:multiLevelType w:val="hybridMultilevel"/>
    <w:tmpl w:val="56DCB1C6"/>
    <w:lvl w:ilvl="0" w:tplc="A30EC4D4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A7BA168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6A88FF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4D6EFD3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A24FBFC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3D60EA4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6DE6D5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3C0F54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3482FB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7033D7"/>
    <w:multiLevelType w:val="hybridMultilevel"/>
    <w:tmpl w:val="F53EF31E"/>
    <w:lvl w:ilvl="0" w:tplc="571C524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FD6ADD0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F621F00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6182408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AEE63A78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CEC3C16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7F76718E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DB18CF26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A62A530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9" w15:restartNumberingAfterBreak="0">
    <w:nsid w:val="550F7572"/>
    <w:multiLevelType w:val="hybridMultilevel"/>
    <w:tmpl w:val="E7FA1ABE"/>
    <w:lvl w:ilvl="0" w:tplc="7526B05A">
      <w:start w:val="1"/>
      <w:numFmt w:val="bullet"/>
      <w:lvlText w:val="•"/>
      <w:lvlJc w:val="left"/>
      <w:pPr>
        <w:ind w:left="12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0308814">
      <w:start w:val="1"/>
      <w:numFmt w:val="bullet"/>
      <w:lvlText w:val="o"/>
      <w:lvlJc w:val="left"/>
      <w:pPr>
        <w:ind w:left="11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05A93BE">
      <w:start w:val="1"/>
      <w:numFmt w:val="bullet"/>
      <w:lvlText w:val="▪"/>
      <w:lvlJc w:val="left"/>
      <w:pPr>
        <w:ind w:left="19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BCB3E4">
      <w:start w:val="1"/>
      <w:numFmt w:val="bullet"/>
      <w:lvlText w:val="•"/>
      <w:lvlJc w:val="left"/>
      <w:pPr>
        <w:ind w:left="26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B368534E">
      <w:start w:val="1"/>
      <w:numFmt w:val="bullet"/>
      <w:lvlText w:val="o"/>
      <w:lvlJc w:val="left"/>
      <w:pPr>
        <w:ind w:left="33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2AD4968A">
      <w:start w:val="1"/>
      <w:numFmt w:val="bullet"/>
      <w:lvlText w:val="▪"/>
      <w:lvlJc w:val="left"/>
      <w:pPr>
        <w:ind w:left="40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94A0232A">
      <w:start w:val="1"/>
      <w:numFmt w:val="bullet"/>
      <w:lvlText w:val="•"/>
      <w:lvlJc w:val="left"/>
      <w:pPr>
        <w:ind w:left="479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7C6A6BBA">
      <w:start w:val="1"/>
      <w:numFmt w:val="bullet"/>
      <w:lvlText w:val="o"/>
      <w:lvlJc w:val="left"/>
      <w:pPr>
        <w:ind w:left="551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24120AEE">
      <w:start w:val="1"/>
      <w:numFmt w:val="bullet"/>
      <w:lvlText w:val="▪"/>
      <w:lvlJc w:val="left"/>
      <w:pPr>
        <w:ind w:left="623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0" w15:restartNumberingAfterBreak="0">
    <w:nsid w:val="5EB17B5B"/>
    <w:multiLevelType w:val="hybridMultilevel"/>
    <w:tmpl w:val="3C8E9E12"/>
    <w:lvl w:ilvl="0" w:tplc="CA4AF0A2">
      <w:start w:val="1"/>
      <w:numFmt w:val="bullet"/>
      <w:lvlText w:val="•"/>
      <w:lvlJc w:val="left"/>
      <w:pPr>
        <w:ind w:left="13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4140B628">
      <w:start w:val="1"/>
      <w:numFmt w:val="bullet"/>
      <w:lvlText w:val="o"/>
      <w:lvlJc w:val="left"/>
      <w:pPr>
        <w:ind w:left="11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9AB4540C">
      <w:start w:val="1"/>
      <w:numFmt w:val="bullet"/>
      <w:lvlText w:val="▪"/>
      <w:lvlJc w:val="left"/>
      <w:pPr>
        <w:ind w:left="19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35ADC70">
      <w:start w:val="1"/>
      <w:numFmt w:val="bullet"/>
      <w:lvlText w:val="•"/>
      <w:lvlJc w:val="left"/>
      <w:pPr>
        <w:ind w:left="26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ED6691A">
      <w:start w:val="1"/>
      <w:numFmt w:val="bullet"/>
      <w:lvlText w:val="o"/>
      <w:lvlJc w:val="left"/>
      <w:pPr>
        <w:ind w:left="334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CAE76F2">
      <w:start w:val="1"/>
      <w:numFmt w:val="bullet"/>
      <w:lvlText w:val="▪"/>
      <w:lvlJc w:val="left"/>
      <w:pPr>
        <w:ind w:left="406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844862E0">
      <w:start w:val="1"/>
      <w:numFmt w:val="bullet"/>
      <w:lvlText w:val="•"/>
      <w:lvlJc w:val="left"/>
      <w:pPr>
        <w:ind w:left="478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EF449A2">
      <w:start w:val="1"/>
      <w:numFmt w:val="bullet"/>
      <w:lvlText w:val="o"/>
      <w:lvlJc w:val="left"/>
      <w:pPr>
        <w:ind w:left="550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19EE483A">
      <w:start w:val="1"/>
      <w:numFmt w:val="bullet"/>
      <w:lvlText w:val="▪"/>
      <w:lvlJc w:val="left"/>
      <w:pPr>
        <w:ind w:left="622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2326EFE"/>
    <w:multiLevelType w:val="hybridMultilevel"/>
    <w:tmpl w:val="A1BC3AE0"/>
    <w:lvl w:ilvl="0" w:tplc="36C81FF8">
      <w:start w:val="1"/>
      <w:numFmt w:val="bullet"/>
      <w:lvlText w:val="•"/>
      <w:lvlJc w:val="left"/>
      <w:pPr>
        <w:ind w:left="11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F40AB72C">
      <w:start w:val="1"/>
      <w:numFmt w:val="bullet"/>
      <w:lvlText w:val="o"/>
      <w:lvlJc w:val="left"/>
      <w:pPr>
        <w:ind w:left="11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EF2BDFC">
      <w:start w:val="1"/>
      <w:numFmt w:val="bullet"/>
      <w:lvlText w:val="▪"/>
      <w:lvlJc w:val="left"/>
      <w:pPr>
        <w:ind w:left="19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4CA090">
      <w:start w:val="1"/>
      <w:numFmt w:val="bullet"/>
      <w:lvlText w:val="•"/>
      <w:lvlJc w:val="left"/>
      <w:pPr>
        <w:ind w:left="26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23BE7A16">
      <w:start w:val="1"/>
      <w:numFmt w:val="bullet"/>
      <w:lvlText w:val="o"/>
      <w:lvlJc w:val="left"/>
      <w:pPr>
        <w:ind w:left="33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389ACCEA">
      <w:start w:val="1"/>
      <w:numFmt w:val="bullet"/>
      <w:lvlText w:val="▪"/>
      <w:lvlJc w:val="left"/>
      <w:pPr>
        <w:ind w:left="40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D6CA084">
      <w:start w:val="1"/>
      <w:numFmt w:val="bullet"/>
      <w:lvlText w:val="•"/>
      <w:lvlJc w:val="left"/>
      <w:pPr>
        <w:ind w:left="47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694BF42">
      <w:start w:val="1"/>
      <w:numFmt w:val="bullet"/>
      <w:lvlText w:val="o"/>
      <w:lvlJc w:val="left"/>
      <w:pPr>
        <w:ind w:left="55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D36C4DA0">
      <w:start w:val="1"/>
      <w:numFmt w:val="bullet"/>
      <w:lvlText w:val="▪"/>
      <w:lvlJc w:val="left"/>
      <w:pPr>
        <w:ind w:left="62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409035845">
    <w:abstractNumId w:val="8"/>
  </w:num>
  <w:num w:numId="2" w16cid:durableId="1928493804">
    <w:abstractNumId w:val="6"/>
  </w:num>
  <w:num w:numId="3" w16cid:durableId="1641421009">
    <w:abstractNumId w:val="5"/>
  </w:num>
  <w:num w:numId="4" w16cid:durableId="1048532524">
    <w:abstractNumId w:val="4"/>
  </w:num>
  <w:num w:numId="5" w16cid:durableId="291249748">
    <w:abstractNumId w:val="7"/>
  </w:num>
  <w:num w:numId="6" w16cid:durableId="1306619768">
    <w:abstractNumId w:val="3"/>
  </w:num>
  <w:num w:numId="7" w16cid:durableId="801580279">
    <w:abstractNumId w:val="2"/>
  </w:num>
  <w:num w:numId="8" w16cid:durableId="813641742">
    <w:abstractNumId w:val="1"/>
  </w:num>
  <w:num w:numId="9" w16cid:durableId="203830652">
    <w:abstractNumId w:val="0"/>
  </w:num>
  <w:num w:numId="10" w16cid:durableId="828714827">
    <w:abstractNumId w:val="16"/>
  </w:num>
  <w:num w:numId="11" w16cid:durableId="721169824">
    <w:abstractNumId w:val="17"/>
  </w:num>
  <w:num w:numId="12" w16cid:durableId="2145929814">
    <w:abstractNumId w:val="12"/>
  </w:num>
  <w:num w:numId="13" w16cid:durableId="1060788038">
    <w:abstractNumId w:val="9"/>
  </w:num>
  <w:num w:numId="14" w16cid:durableId="1764645929">
    <w:abstractNumId w:val="10"/>
  </w:num>
  <w:num w:numId="15" w16cid:durableId="713042250">
    <w:abstractNumId w:val="18"/>
  </w:num>
  <w:num w:numId="16" w16cid:durableId="2095474132">
    <w:abstractNumId w:val="20"/>
  </w:num>
  <w:num w:numId="17" w16cid:durableId="379210471">
    <w:abstractNumId w:val="19"/>
  </w:num>
  <w:num w:numId="18" w16cid:durableId="857696510">
    <w:abstractNumId w:val="21"/>
  </w:num>
  <w:num w:numId="19" w16cid:durableId="1195340920">
    <w:abstractNumId w:val="11"/>
  </w:num>
  <w:num w:numId="20" w16cid:durableId="1774204796">
    <w:abstractNumId w:val="14"/>
  </w:num>
  <w:num w:numId="21" w16cid:durableId="101387234">
    <w:abstractNumId w:val="13"/>
  </w:num>
  <w:num w:numId="22" w16cid:durableId="3184638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06022"/>
    <w:rsid w:val="0003288F"/>
    <w:rsid w:val="00034616"/>
    <w:rsid w:val="0005537B"/>
    <w:rsid w:val="00055AEE"/>
    <w:rsid w:val="0006063C"/>
    <w:rsid w:val="00080A9A"/>
    <w:rsid w:val="00097687"/>
    <w:rsid w:val="00097B2E"/>
    <w:rsid w:val="000A189C"/>
    <w:rsid w:val="000A57B6"/>
    <w:rsid w:val="000C3339"/>
    <w:rsid w:val="000C5AF6"/>
    <w:rsid w:val="000D6B67"/>
    <w:rsid w:val="000D6C9E"/>
    <w:rsid w:val="000E33BB"/>
    <w:rsid w:val="000E7798"/>
    <w:rsid w:val="00106658"/>
    <w:rsid w:val="001177F0"/>
    <w:rsid w:val="0015074B"/>
    <w:rsid w:val="001605EB"/>
    <w:rsid w:val="001618AA"/>
    <w:rsid w:val="001931C2"/>
    <w:rsid w:val="00197B93"/>
    <w:rsid w:val="001B0FAC"/>
    <w:rsid w:val="001C0978"/>
    <w:rsid w:val="001E38BB"/>
    <w:rsid w:val="00206FBF"/>
    <w:rsid w:val="00223D22"/>
    <w:rsid w:val="00256D4A"/>
    <w:rsid w:val="0029639D"/>
    <w:rsid w:val="002A16D4"/>
    <w:rsid w:val="002C7572"/>
    <w:rsid w:val="002F3081"/>
    <w:rsid w:val="00312A51"/>
    <w:rsid w:val="00324151"/>
    <w:rsid w:val="00326F90"/>
    <w:rsid w:val="00343D09"/>
    <w:rsid w:val="00353CF0"/>
    <w:rsid w:val="00364CD7"/>
    <w:rsid w:val="00366437"/>
    <w:rsid w:val="003A3B94"/>
    <w:rsid w:val="003B30F2"/>
    <w:rsid w:val="003C47D2"/>
    <w:rsid w:val="003D0B0F"/>
    <w:rsid w:val="003F3660"/>
    <w:rsid w:val="003F7F71"/>
    <w:rsid w:val="00427445"/>
    <w:rsid w:val="004370AE"/>
    <w:rsid w:val="004372C7"/>
    <w:rsid w:val="00460E21"/>
    <w:rsid w:val="004A58F7"/>
    <w:rsid w:val="004A7987"/>
    <w:rsid w:val="004B0D4C"/>
    <w:rsid w:val="004C238F"/>
    <w:rsid w:val="004D1DAD"/>
    <w:rsid w:val="004D4C6B"/>
    <w:rsid w:val="004D50D3"/>
    <w:rsid w:val="004F3AC4"/>
    <w:rsid w:val="00523D19"/>
    <w:rsid w:val="005468AC"/>
    <w:rsid w:val="005854D2"/>
    <w:rsid w:val="005855E3"/>
    <w:rsid w:val="00590535"/>
    <w:rsid w:val="005912B8"/>
    <w:rsid w:val="005B2FFB"/>
    <w:rsid w:val="005F271F"/>
    <w:rsid w:val="00602974"/>
    <w:rsid w:val="00633EF3"/>
    <w:rsid w:val="00647B5D"/>
    <w:rsid w:val="006762F1"/>
    <w:rsid w:val="006C4AB8"/>
    <w:rsid w:val="006D5F61"/>
    <w:rsid w:val="006F15F8"/>
    <w:rsid w:val="006F7DA6"/>
    <w:rsid w:val="00702B14"/>
    <w:rsid w:val="00720E23"/>
    <w:rsid w:val="0076416D"/>
    <w:rsid w:val="00770848"/>
    <w:rsid w:val="00777DD1"/>
    <w:rsid w:val="00787E0E"/>
    <w:rsid w:val="00793064"/>
    <w:rsid w:val="007A1297"/>
    <w:rsid w:val="007D024C"/>
    <w:rsid w:val="007F2703"/>
    <w:rsid w:val="00811411"/>
    <w:rsid w:val="008121A6"/>
    <w:rsid w:val="00844082"/>
    <w:rsid w:val="00862CC9"/>
    <w:rsid w:val="008738F0"/>
    <w:rsid w:val="00891E37"/>
    <w:rsid w:val="008B0C95"/>
    <w:rsid w:val="008E1EEC"/>
    <w:rsid w:val="00907E6A"/>
    <w:rsid w:val="009460B2"/>
    <w:rsid w:val="00947704"/>
    <w:rsid w:val="00951BBE"/>
    <w:rsid w:val="00970794"/>
    <w:rsid w:val="0098089B"/>
    <w:rsid w:val="00980CD9"/>
    <w:rsid w:val="009813C3"/>
    <w:rsid w:val="009A6A2A"/>
    <w:rsid w:val="009C0900"/>
    <w:rsid w:val="009C32BA"/>
    <w:rsid w:val="009E33D7"/>
    <w:rsid w:val="009F0986"/>
    <w:rsid w:val="00A0663F"/>
    <w:rsid w:val="00A23362"/>
    <w:rsid w:val="00A24E81"/>
    <w:rsid w:val="00A50BC8"/>
    <w:rsid w:val="00AA1D8D"/>
    <w:rsid w:val="00AA6BCF"/>
    <w:rsid w:val="00B12E44"/>
    <w:rsid w:val="00B44AC8"/>
    <w:rsid w:val="00B4597E"/>
    <w:rsid w:val="00B47730"/>
    <w:rsid w:val="00B506A8"/>
    <w:rsid w:val="00B61013"/>
    <w:rsid w:val="00B66B0F"/>
    <w:rsid w:val="00B86C88"/>
    <w:rsid w:val="00BB2116"/>
    <w:rsid w:val="00BC4D5F"/>
    <w:rsid w:val="00BD186A"/>
    <w:rsid w:val="00BD6696"/>
    <w:rsid w:val="00BE0BA1"/>
    <w:rsid w:val="00C3590E"/>
    <w:rsid w:val="00C4101F"/>
    <w:rsid w:val="00C5765A"/>
    <w:rsid w:val="00C67E8E"/>
    <w:rsid w:val="00C92902"/>
    <w:rsid w:val="00CA23B0"/>
    <w:rsid w:val="00CA396F"/>
    <w:rsid w:val="00CB0664"/>
    <w:rsid w:val="00CD478C"/>
    <w:rsid w:val="00CE3692"/>
    <w:rsid w:val="00CE5480"/>
    <w:rsid w:val="00CE5B07"/>
    <w:rsid w:val="00CE7CAB"/>
    <w:rsid w:val="00CF0841"/>
    <w:rsid w:val="00D236FD"/>
    <w:rsid w:val="00D316F4"/>
    <w:rsid w:val="00D44120"/>
    <w:rsid w:val="00D53E09"/>
    <w:rsid w:val="00D71CCF"/>
    <w:rsid w:val="00D86B63"/>
    <w:rsid w:val="00D930AD"/>
    <w:rsid w:val="00D964C2"/>
    <w:rsid w:val="00DA4873"/>
    <w:rsid w:val="00DC50A2"/>
    <w:rsid w:val="00DE0297"/>
    <w:rsid w:val="00DE3410"/>
    <w:rsid w:val="00E24714"/>
    <w:rsid w:val="00E32BE3"/>
    <w:rsid w:val="00E351B3"/>
    <w:rsid w:val="00E6191E"/>
    <w:rsid w:val="00E6552F"/>
    <w:rsid w:val="00E71D0F"/>
    <w:rsid w:val="00E85DB7"/>
    <w:rsid w:val="00F0625C"/>
    <w:rsid w:val="00F33CEF"/>
    <w:rsid w:val="00F35E65"/>
    <w:rsid w:val="00F36B86"/>
    <w:rsid w:val="00F408DA"/>
    <w:rsid w:val="00F43DC7"/>
    <w:rsid w:val="00F44F01"/>
    <w:rsid w:val="00F4720E"/>
    <w:rsid w:val="00F502A4"/>
    <w:rsid w:val="00FA512C"/>
    <w:rsid w:val="00FB1CB7"/>
    <w:rsid w:val="00FB4775"/>
    <w:rsid w:val="00FB6BBD"/>
    <w:rsid w:val="00FC2896"/>
    <w:rsid w:val="00FC693F"/>
    <w:rsid w:val="00FD0775"/>
    <w:rsid w:val="00FD4C1F"/>
    <w:rsid w:val="00FE1F86"/>
    <w:rsid w:val="00FE570D"/>
    <w:rsid w:val="00FF7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D10481"/>
  <w14:defaultImageDpi w14:val="300"/>
  <w15:docId w15:val="{EEE7E7BD-1AAC-4D33-B846-CBE8A3F7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16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800af8-ee0a-4abe-8364-e35e73458089" xsi:nil="true"/>
    <lcf76f155ced4ddcb4097134ff3c332f xmlns="e9db57f6-da48-408a-95df-676a4b354fc8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D848D20BCBFC408AA1F43369968B11" ma:contentTypeVersion="13" ma:contentTypeDescription="Create a new document." ma:contentTypeScope="" ma:versionID="9599587a105cd60efe9dbb8115188075">
  <xsd:schema xmlns:xsd="http://www.w3.org/2001/XMLSchema" xmlns:xs="http://www.w3.org/2001/XMLSchema" xmlns:p="http://schemas.microsoft.com/office/2006/metadata/properties" xmlns:ns2="e9db57f6-da48-408a-95df-676a4b354fc8" xmlns:ns3="7e800af8-ee0a-4abe-8364-e35e73458089" targetNamespace="http://schemas.microsoft.com/office/2006/metadata/properties" ma:root="true" ma:fieldsID="953ed5128d5a19af6ec0f153feb5c3bb" ns2:_="" ns3:_="">
    <xsd:import namespace="e9db57f6-da48-408a-95df-676a4b354fc8"/>
    <xsd:import namespace="7e800af8-ee0a-4abe-8364-e35e734580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db57f6-da48-408a-95df-676a4b354f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c8e7c51-c01d-4467-b224-b5ccf6f506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800af8-ee0a-4abe-8364-e35e7345808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95a19e-4766-4bb1-b44e-325461083b29}" ma:internalName="TaxCatchAll" ma:showField="CatchAllData" ma:web="7e800af8-ee0a-4abe-8364-e35e7345808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EA4B58-8586-44EE-BD92-83FC4E1E67C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12EB8B-365C-4C14-AD9F-56365AD47B48}">
  <ds:schemaRefs>
    <ds:schemaRef ds:uri="http://schemas.microsoft.com/office/2006/metadata/properties"/>
    <ds:schemaRef ds:uri="http://schemas.microsoft.com/office/infopath/2007/PartnerControls"/>
    <ds:schemaRef ds:uri="7e800af8-ee0a-4abe-8364-e35e73458089"/>
    <ds:schemaRef ds:uri="e9db57f6-da48-408a-95df-676a4b354fc8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71666C-0510-45E2-852D-77B3954BFB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db57f6-da48-408a-95df-676a4b354fc8"/>
    <ds:schemaRef ds:uri="7e800af8-ee0a-4abe-8364-e35e734580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1201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Karl Matysik</cp:lastModifiedBy>
  <cp:revision>160</cp:revision>
  <dcterms:created xsi:type="dcterms:W3CDTF">2026-08-18T16:23:00Z</dcterms:created>
  <dcterms:modified xsi:type="dcterms:W3CDTF">2026-09-22T19:01:00Z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0x010100DFD848D20BCBFC408AA1F43369968B11</vt:lpwstr>
  </property>
  <property fmtid="{D5CDD505-2E9C-101B-9397-08002B2CF9AE}" pid="3" name="MediaServiceImageTags">
    <vt:lpwstr/>
  </property>
</Properties>
</file>