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51046821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>Y</w:t>
      </w:r>
      <w:r w:rsidR="004555F8">
        <w:rPr>
          <w:b/>
          <w:sz w:val="32"/>
          <w:u w:val="single"/>
        </w:rPr>
        <w:t xml:space="preserve">ear </w:t>
      </w:r>
      <w:r w:rsidR="007358CA">
        <w:rPr>
          <w:b/>
          <w:sz w:val="32"/>
          <w:u w:val="single"/>
        </w:rPr>
        <w:t>6</w:t>
      </w:r>
      <w:r w:rsidR="004555F8">
        <w:rPr>
          <w:b/>
          <w:sz w:val="32"/>
          <w:u w:val="single"/>
        </w:rPr>
        <w:t xml:space="preserve"> – Art and Design </w:t>
      </w:r>
      <w:r w:rsidR="00334094">
        <w:rPr>
          <w:b/>
          <w:sz w:val="32"/>
          <w:u w:val="single"/>
        </w:rPr>
        <w:t>Autumn 1, Spring 1, Summer 1</w:t>
      </w:r>
      <w:r w:rsidR="00334094">
        <w:rPr>
          <w:b/>
          <w:sz w:val="32"/>
          <w:u w:val="single"/>
        </w:rPr>
        <w:br/>
        <w:t>Design and Technology Autumn 2</w:t>
      </w:r>
      <w:r w:rsidR="006D7E9E">
        <w:rPr>
          <w:b/>
          <w:sz w:val="32"/>
          <w:u w:val="single"/>
        </w:rPr>
        <w:t xml:space="preserve">, Spring 2, Summer 2 </w:t>
      </w:r>
    </w:p>
    <w:p w14:paraId="26EEE140" w14:textId="22553848" w:rsidR="003F3660" w:rsidRDefault="001B5E4A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54D80FFD" w:rsidR="003F3660" w:rsidRDefault="001B5E4A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852"/>
        <w:gridCol w:w="992"/>
        <w:gridCol w:w="991"/>
        <w:gridCol w:w="1136"/>
        <w:gridCol w:w="1276"/>
        <w:gridCol w:w="284"/>
        <w:gridCol w:w="1417"/>
        <w:gridCol w:w="992"/>
        <w:gridCol w:w="852"/>
        <w:gridCol w:w="992"/>
        <w:gridCol w:w="851"/>
        <w:gridCol w:w="850"/>
        <w:gridCol w:w="806"/>
      </w:tblGrid>
      <w:tr w:rsidR="006D7E9E" w14:paraId="4F87C0E3" w14:textId="77777777" w:rsidTr="00202BEF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6F567729" w14:textId="77777777" w:rsidR="006D7E9E" w:rsidRPr="001C0978" w:rsidRDefault="006D7E9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9" w:type="dxa"/>
            <w:gridSpan w:val="7"/>
            <w:shd w:val="clear" w:color="auto" w:fill="F2F2F2"/>
            <w:vAlign w:val="center"/>
          </w:tcPr>
          <w:p w14:paraId="1E106704" w14:textId="4A7CBDD3" w:rsidR="006D7E9E" w:rsidRPr="006D7E9E" w:rsidRDefault="006D7E9E">
            <w:pPr>
              <w:jc w:val="center"/>
              <w:rPr>
                <w:b/>
                <w:bCs/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1 – Art and Design </w:t>
            </w:r>
          </w:p>
        </w:tc>
        <w:tc>
          <w:tcPr>
            <w:tcW w:w="284" w:type="dxa"/>
            <w:shd w:val="clear" w:color="auto" w:fill="FFF2CC"/>
            <w:vAlign w:val="center"/>
          </w:tcPr>
          <w:p w14:paraId="764CD273" w14:textId="77777777" w:rsidR="006D7E9E" w:rsidRDefault="006D7E9E">
            <w:pPr>
              <w:jc w:val="center"/>
              <w:rPr>
                <w:b/>
                <w:sz w:val="14"/>
              </w:rPr>
            </w:pPr>
          </w:p>
        </w:tc>
        <w:tc>
          <w:tcPr>
            <w:tcW w:w="6760" w:type="dxa"/>
            <w:gridSpan w:val="7"/>
            <w:shd w:val="clear" w:color="auto" w:fill="F2F2F2"/>
            <w:vAlign w:val="center"/>
          </w:tcPr>
          <w:p w14:paraId="224BC315" w14:textId="6B1F30BC" w:rsidR="006D7E9E" w:rsidRDefault="006D7E9E">
            <w:pPr>
              <w:jc w:val="center"/>
              <w:rPr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</w:t>
            </w:r>
            <w:r>
              <w:rPr>
                <w:b/>
                <w:bCs/>
                <w:sz w:val="14"/>
              </w:rPr>
              <w:t>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3F3660" w14:paraId="14D097BA" w14:textId="77777777" w:rsidTr="00EE3EF6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5E4EE956" w:rsidR="003F3660" w:rsidRDefault="001B5E4A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1B5E4A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1B5E4A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095AE82B" w14:textId="77777777" w:rsidR="003F3660" w:rsidRDefault="001B5E4A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F898093" w14:textId="77777777" w:rsidR="003F3660" w:rsidRDefault="001B5E4A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9168821" w14:textId="77777777" w:rsidR="003F3660" w:rsidRDefault="001B5E4A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0713639" w14:textId="77777777" w:rsidR="003F3660" w:rsidRDefault="001B5E4A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1B5E4A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1B5E4A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A26E53A" w14:textId="77777777" w:rsidR="003F3660" w:rsidRDefault="001B5E4A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4D695" w14:textId="77777777" w:rsidR="003F3660" w:rsidRDefault="001B5E4A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1B5E4A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1B5E4A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1B5E4A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1B5E4A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1B5E4A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B650F0" w14:paraId="6B3BD032" w14:textId="77777777" w:rsidTr="00EE3EF6">
        <w:trPr>
          <w:jc w:val="center"/>
        </w:trPr>
        <w:tc>
          <w:tcPr>
            <w:tcW w:w="1134" w:type="dxa"/>
            <w:vMerge/>
          </w:tcPr>
          <w:p w14:paraId="21597D09" w14:textId="77777777" w:rsidR="00B650F0" w:rsidRDefault="00B650F0"/>
        </w:tc>
        <w:tc>
          <w:tcPr>
            <w:tcW w:w="3546" w:type="dxa"/>
            <w:gridSpan w:val="4"/>
            <w:shd w:val="clear" w:color="auto" w:fill="E6E6E6"/>
            <w:vAlign w:val="center"/>
          </w:tcPr>
          <w:p w14:paraId="3F727CF4" w14:textId="37DE8093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Drawing</w:t>
            </w:r>
            <w:r w:rsidR="000E76DA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Block A </w:t>
            </w:r>
          </w:p>
        </w:tc>
        <w:tc>
          <w:tcPr>
            <w:tcW w:w="3403" w:type="dxa"/>
            <w:gridSpan w:val="3"/>
            <w:shd w:val="clear" w:color="auto" w:fill="E6E6E6"/>
            <w:vAlign w:val="center"/>
          </w:tcPr>
          <w:p w14:paraId="7FBE8811" w14:textId="1FE4AD82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P</w:t>
            </w:r>
            <w:r w:rsidR="00D1666A">
              <w:rPr>
                <w:color w:val="0070C0"/>
              </w:rPr>
              <w:t>ainting and Collage</w:t>
            </w:r>
            <w:r w:rsidR="001A3E3C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Block B </w:t>
            </w:r>
          </w:p>
        </w:tc>
        <w:tc>
          <w:tcPr>
            <w:tcW w:w="284" w:type="dxa"/>
            <w:vMerge/>
          </w:tcPr>
          <w:p w14:paraId="4B76F99F" w14:textId="77777777" w:rsidR="00B650F0" w:rsidRDefault="00B650F0"/>
        </w:tc>
        <w:tc>
          <w:tcPr>
            <w:tcW w:w="3261" w:type="dxa"/>
            <w:gridSpan w:val="3"/>
            <w:shd w:val="clear" w:color="auto" w:fill="E6E6E6"/>
            <w:vAlign w:val="center"/>
          </w:tcPr>
          <w:p w14:paraId="3CEDDEB6" w14:textId="22D9909F" w:rsidR="00B650F0" w:rsidRPr="00D71CCF" w:rsidRDefault="00EE3EF6">
            <w:pPr>
              <w:jc w:val="center"/>
              <w:rPr>
                <w:color w:val="0070C0"/>
              </w:rPr>
            </w:pPr>
            <w:r>
              <w:t xml:space="preserve">Food and Nutrition </w:t>
            </w:r>
            <w:r w:rsidR="00B650F0">
              <w:t xml:space="preserve">Block A </w:t>
            </w:r>
          </w:p>
        </w:tc>
        <w:tc>
          <w:tcPr>
            <w:tcW w:w="2693" w:type="dxa"/>
            <w:gridSpan w:val="3"/>
            <w:shd w:val="clear" w:color="auto" w:fill="E6E6E6"/>
            <w:vAlign w:val="center"/>
          </w:tcPr>
          <w:p w14:paraId="3114E329" w14:textId="7A3ED650" w:rsidR="00B650F0" w:rsidRDefault="00D705EC">
            <w:pPr>
              <w:jc w:val="center"/>
            </w:pPr>
            <w:r>
              <w:t>Mechanisms</w:t>
            </w:r>
            <w:r w:rsidR="00B650F0">
              <w:t xml:space="preserve"> Block B </w:t>
            </w:r>
          </w:p>
        </w:tc>
        <w:tc>
          <w:tcPr>
            <w:tcW w:w="806" w:type="dxa"/>
            <w:vMerge w:val="restart"/>
            <w:shd w:val="clear" w:color="auto" w:fill="E6E6E6"/>
            <w:vAlign w:val="center"/>
          </w:tcPr>
          <w:p w14:paraId="7AFA3122" w14:textId="1D9AFACD" w:rsidR="00B650F0" w:rsidRDefault="00B650F0">
            <w:pPr>
              <w:jc w:val="center"/>
            </w:pPr>
            <w:r>
              <w:t>Flexible Content</w:t>
            </w:r>
            <w:r w:rsidR="00E10500">
              <w:t xml:space="preserve"> </w:t>
            </w:r>
          </w:p>
        </w:tc>
      </w:tr>
      <w:tr w:rsidR="00B650F0" w14:paraId="2F44F560" w14:textId="77777777" w:rsidTr="00667E5E">
        <w:trPr>
          <w:trHeight w:val="3340"/>
          <w:jc w:val="center"/>
        </w:trPr>
        <w:tc>
          <w:tcPr>
            <w:tcW w:w="1134" w:type="dxa"/>
            <w:vMerge/>
          </w:tcPr>
          <w:p w14:paraId="70AF0F43" w14:textId="77777777" w:rsidR="00B650F0" w:rsidRDefault="00B650F0" w:rsidP="007A1297"/>
        </w:tc>
        <w:tc>
          <w:tcPr>
            <w:tcW w:w="3546" w:type="dxa"/>
            <w:gridSpan w:val="4"/>
          </w:tcPr>
          <w:p w14:paraId="49A98549" w14:textId="3CA06E4C" w:rsidR="00667E5E" w:rsidRPr="00D76DEF" w:rsidRDefault="00F84563" w:rsidP="00667E5E">
            <w:pPr>
              <w:rPr>
                <w:b/>
                <w:bCs/>
                <w:color w:val="0070C0"/>
              </w:rPr>
            </w:pPr>
            <w:r w:rsidRPr="00F84563">
              <w:rPr>
                <w:b/>
                <w:bCs/>
                <w:color w:val="0070C0"/>
              </w:rPr>
              <w:drawing>
                <wp:inline distT="0" distB="0" distL="0" distR="0" wp14:anchorId="71B4279B" wp14:editId="276068E2">
                  <wp:extent cx="2114550" cy="744220"/>
                  <wp:effectExtent l="0" t="0" r="0" b="0"/>
                  <wp:docPr id="423489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4894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1700B" w:rsidRPr="0081700B">
              <w:drawing>
                <wp:anchor distT="0" distB="0" distL="114300" distR="114300" simplePos="0" relativeHeight="251651584" behindDoc="0" locked="0" layoutInCell="1" allowOverlap="1" wp14:anchorId="3FF19531" wp14:editId="61842F3C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8890</wp:posOffset>
                  </wp:positionV>
                  <wp:extent cx="2114550" cy="1860550"/>
                  <wp:effectExtent l="0" t="0" r="0" b="6350"/>
                  <wp:wrapSquare wrapText="bothSides"/>
                  <wp:docPr id="1010349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34919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86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E3ADF7" w14:textId="774D29E3" w:rsidR="00667E5E" w:rsidRPr="00667E5E" w:rsidRDefault="00667E5E" w:rsidP="00667E5E"/>
        </w:tc>
        <w:tc>
          <w:tcPr>
            <w:tcW w:w="3403" w:type="dxa"/>
            <w:gridSpan w:val="3"/>
          </w:tcPr>
          <w:p w14:paraId="5EE113EF" w14:textId="31D00E07" w:rsidR="00B650F0" w:rsidRDefault="00AC589F" w:rsidP="007A1297">
            <w:pPr>
              <w:rPr>
                <w:b/>
                <w:bCs/>
              </w:rPr>
            </w:pPr>
            <w:r w:rsidRPr="00AC589F">
              <w:drawing>
                <wp:anchor distT="0" distB="0" distL="114300" distR="114300" simplePos="0" relativeHeight="251659776" behindDoc="0" locked="0" layoutInCell="1" allowOverlap="1" wp14:anchorId="102D4166" wp14:editId="256BA680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1336675</wp:posOffset>
                  </wp:positionV>
                  <wp:extent cx="2023745" cy="834390"/>
                  <wp:effectExtent l="0" t="0" r="0" b="3810"/>
                  <wp:wrapSquare wrapText="bothSides"/>
                  <wp:docPr id="21140521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0521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4563" w:rsidRPr="00F84563">
              <w:drawing>
                <wp:anchor distT="0" distB="0" distL="114300" distR="114300" simplePos="0" relativeHeight="251655680" behindDoc="0" locked="0" layoutInCell="1" allowOverlap="1" wp14:anchorId="58F7C336" wp14:editId="71242C5F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20320</wp:posOffset>
                  </wp:positionV>
                  <wp:extent cx="2084070" cy="1288415"/>
                  <wp:effectExtent l="0" t="0" r="0" b="6985"/>
                  <wp:wrapSquare wrapText="bothSides"/>
                  <wp:docPr id="42528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2849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070" cy="128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D12" w:rsidRPr="001D439F">
              <w:rPr>
                <w:b/>
                <w:bCs/>
              </w:rPr>
              <w:t xml:space="preserve"> </w:t>
            </w:r>
          </w:p>
          <w:p w14:paraId="10528472" w14:textId="3190B2C1" w:rsidR="00973F1A" w:rsidRPr="00973F1A" w:rsidRDefault="00973F1A" w:rsidP="00973F1A"/>
          <w:p w14:paraId="17CED56F" w14:textId="4A9ADAFE" w:rsidR="00973F1A" w:rsidRPr="00973F1A" w:rsidRDefault="00973F1A" w:rsidP="00973F1A"/>
          <w:p w14:paraId="234AB7C7" w14:textId="7B42C81A" w:rsidR="00973F1A" w:rsidRPr="00973F1A" w:rsidRDefault="00973F1A" w:rsidP="00973F1A"/>
          <w:p w14:paraId="35CB2171" w14:textId="77777777" w:rsidR="00973F1A" w:rsidRPr="00973F1A" w:rsidRDefault="00973F1A" w:rsidP="00973F1A"/>
          <w:p w14:paraId="2F857BCD" w14:textId="77777777" w:rsidR="00973F1A" w:rsidRPr="00973F1A" w:rsidRDefault="00973F1A" w:rsidP="00973F1A"/>
          <w:p w14:paraId="0F051077" w14:textId="6413B252" w:rsidR="00973F1A" w:rsidRDefault="00973F1A" w:rsidP="00973F1A">
            <w:pPr>
              <w:rPr>
                <w:b/>
                <w:bCs/>
              </w:rPr>
            </w:pPr>
          </w:p>
          <w:p w14:paraId="78130893" w14:textId="7208511D" w:rsidR="00973F1A" w:rsidRPr="00973F1A" w:rsidRDefault="00973F1A" w:rsidP="00973F1A"/>
          <w:p w14:paraId="22F27B42" w14:textId="7EE5F9E0" w:rsidR="00973F1A" w:rsidRPr="00973F1A" w:rsidRDefault="00973F1A" w:rsidP="00C827C0"/>
        </w:tc>
        <w:tc>
          <w:tcPr>
            <w:tcW w:w="284" w:type="dxa"/>
            <w:vMerge/>
          </w:tcPr>
          <w:p w14:paraId="4B6F5031" w14:textId="77777777" w:rsidR="00B650F0" w:rsidRDefault="00B650F0" w:rsidP="007A1297"/>
        </w:tc>
        <w:tc>
          <w:tcPr>
            <w:tcW w:w="3261" w:type="dxa"/>
            <w:gridSpan w:val="3"/>
          </w:tcPr>
          <w:p w14:paraId="728EC477" w14:textId="50270B11" w:rsidR="00B650F0" w:rsidRPr="001933C0" w:rsidRDefault="001933C0" w:rsidP="001933C0">
            <w:pPr>
              <w:rPr>
                <w:b/>
                <w:bCs/>
              </w:rPr>
            </w:pPr>
            <w:r w:rsidRPr="001933C0">
              <w:rPr>
                <w:b/>
                <w:bCs/>
              </w:rPr>
              <w:t>Can street foods save us?</w:t>
            </w:r>
            <w:r w:rsidR="00B72B5B" w:rsidRPr="001933C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1933C0">
              <w:rPr>
                <w:b/>
                <w:bCs/>
              </w:rPr>
              <w:drawing>
                <wp:inline distT="0" distB="0" distL="0" distR="0" wp14:anchorId="04E077C0" wp14:editId="325EBBCB">
                  <wp:extent cx="1933575" cy="1268730"/>
                  <wp:effectExtent l="0" t="0" r="9525" b="7620"/>
                  <wp:docPr id="1996727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72766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0BE37E" w14:textId="5EF4A466" w:rsidR="00C42AA2" w:rsidRDefault="00D705EC" w:rsidP="00D705EC">
            <w:pPr>
              <w:rPr>
                <w:b/>
                <w:bCs/>
                <w:color w:val="0070C0"/>
              </w:rPr>
            </w:pPr>
            <w:r w:rsidRPr="00D705EC">
              <w:rPr>
                <w:b/>
                <w:bCs/>
                <w:color w:val="0070C0"/>
              </w:rPr>
              <w:drawing>
                <wp:inline distT="0" distB="0" distL="0" distR="0" wp14:anchorId="6A53C534" wp14:editId="2AC1482A">
                  <wp:extent cx="1933575" cy="688975"/>
                  <wp:effectExtent l="0" t="0" r="9525" b="0"/>
                  <wp:docPr id="1700231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23141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3FB566" w14:textId="52A5C579" w:rsidR="00C42AA2" w:rsidRPr="00D71CCF" w:rsidRDefault="00C42AA2" w:rsidP="00C42AA2">
            <w:pPr>
              <w:rPr>
                <w:b/>
                <w:bCs/>
                <w:color w:val="0070C0"/>
              </w:rPr>
            </w:pPr>
          </w:p>
        </w:tc>
        <w:tc>
          <w:tcPr>
            <w:tcW w:w="2693" w:type="dxa"/>
            <w:gridSpan w:val="3"/>
          </w:tcPr>
          <w:p w14:paraId="3E07C597" w14:textId="112FBE0B" w:rsidR="00B650F0" w:rsidRPr="0043075D" w:rsidRDefault="00A17958" w:rsidP="00793064">
            <w:pPr>
              <w:rPr>
                <w:b/>
                <w:bCs/>
              </w:rPr>
            </w:pPr>
            <w:r w:rsidRPr="00A17958">
              <w:t xml:space="preserve"> </w:t>
            </w:r>
            <w:r w:rsidR="00905F20" w:rsidRPr="00905F20">
              <w:rPr>
                <w:b/>
                <w:bCs/>
              </w:rPr>
              <w:t>How do pulleys and gears let you see the world?</w:t>
            </w:r>
            <w:r w:rsidR="00905F20">
              <w:rPr>
                <w:b/>
                <w:bCs/>
              </w:rPr>
              <w:br/>
            </w:r>
            <w:r w:rsidR="00905F20">
              <w:rPr>
                <w:b/>
                <w:bCs/>
              </w:rPr>
              <w:br/>
            </w:r>
            <w:r w:rsidR="00FD0F8C" w:rsidRPr="00FD0F8C">
              <w:rPr>
                <w:b/>
                <w:bCs/>
              </w:rPr>
              <w:drawing>
                <wp:inline distT="0" distB="0" distL="0" distR="0" wp14:anchorId="7767743D" wp14:editId="56E34B0F">
                  <wp:extent cx="1572895" cy="644525"/>
                  <wp:effectExtent l="0" t="0" r="8255" b="3175"/>
                  <wp:docPr id="263731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73155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64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24DD1" w:rsidRPr="00224DD1">
              <w:rPr>
                <w:b/>
                <w:bCs/>
              </w:rPr>
              <w:drawing>
                <wp:inline distT="0" distB="0" distL="0" distR="0" wp14:anchorId="6F9A58F3" wp14:editId="0F5361E2">
                  <wp:extent cx="1572895" cy="753745"/>
                  <wp:effectExtent l="0" t="0" r="8255" b="8255"/>
                  <wp:docPr id="9518890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88907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75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F6635">
              <w:rPr>
                <w:b/>
                <w:bCs/>
              </w:rPr>
              <w:br/>
            </w:r>
            <w:r w:rsidR="00BF6635">
              <w:rPr>
                <w:b/>
                <w:bCs/>
              </w:rPr>
              <w:br/>
            </w:r>
            <w:r w:rsidR="00E07B2A" w:rsidRPr="0043075D">
              <w:rPr>
                <w:b/>
                <w:bCs/>
              </w:rPr>
              <w:br/>
            </w:r>
            <w:r w:rsidR="00E07B2A" w:rsidRPr="0043075D">
              <w:rPr>
                <w:b/>
                <w:bCs/>
              </w:rPr>
              <w:br/>
            </w:r>
          </w:p>
        </w:tc>
        <w:tc>
          <w:tcPr>
            <w:tcW w:w="806" w:type="dxa"/>
            <w:vMerge/>
          </w:tcPr>
          <w:p w14:paraId="3B0AFAD1" w14:textId="0032F5AE" w:rsidR="00B650F0" w:rsidRDefault="00B650F0" w:rsidP="00793064"/>
        </w:tc>
      </w:tr>
    </w:tbl>
    <w:p w14:paraId="03CEEFB9" w14:textId="77777777" w:rsidR="00AA45AC" w:rsidRDefault="00AA45AC">
      <w:pPr>
        <w:spacing w:before="60" w:after="20"/>
      </w:pPr>
    </w:p>
    <w:p w14:paraId="0FF039B9" w14:textId="4008955C" w:rsidR="003F3660" w:rsidRDefault="001B5E4A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79"/>
        <w:gridCol w:w="1191"/>
        <w:gridCol w:w="1275"/>
        <w:gridCol w:w="1023"/>
        <w:gridCol w:w="1104"/>
        <w:gridCol w:w="298"/>
        <w:gridCol w:w="1687"/>
        <w:gridCol w:w="1560"/>
        <w:gridCol w:w="6"/>
        <w:gridCol w:w="1269"/>
        <w:gridCol w:w="1057"/>
        <w:gridCol w:w="1165"/>
      </w:tblGrid>
      <w:tr w:rsidR="008237AD" w14:paraId="0392322A" w14:textId="77777777" w:rsidTr="00620CE3">
        <w:trPr>
          <w:jc w:val="center"/>
        </w:trPr>
        <w:tc>
          <w:tcPr>
            <w:tcW w:w="1163" w:type="dxa"/>
            <w:shd w:val="clear" w:color="auto" w:fill="EAF2F8"/>
            <w:vAlign w:val="center"/>
          </w:tcPr>
          <w:p w14:paraId="2CD3E275" w14:textId="77777777" w:rsidR="008237AD" w:rsidRPr="001C0978" w:rsidRDefault="008237AD" w:rsidP="008237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19" w:type="dxa"/>
            <w:gridSpan w:val="6"/>
            <w:shd w:val="clear" w:color="auto" w:fill="F2F2F2"/>
            <w:vAlign w:val="center"/>
          </w:tcPr>
          <w:p w14:paraId="161C32D3" w14:textId="065341C4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298" w:type="dxa"/>
            <w:shd w:val="clear" w:color="auto" w:fill="FFF2CC"/>
            <w:vAlign w:val="center"/>
          </w:tcPr>
          <w:p w14:paraId="52D6989A" w14:textId="77777777" w:rsidR="008237AD" w:rsidRDefault="008237AD" w:rsidP="008237AD">
            <w:pPr>
              <w:jc w:val="center"/>
              <w:rPr>
                <w:b/>
                <w:sz w:val="14"/>
              </w:rPr>
            </w:pPr>
          </w:p>
        </w:tc>
        <w:tc>
          <w:tcPr>
            <w:tcW w:w="6744" w:type="dxa"/>
            <w:gridSpan w:val="6"/>
            <w:shd w:val="clear" w:color="auto" w:fill="F2F2F2"/>
            <w:vAlign w:val="center"/>
          </w:tcPr>
          <w:p w14:paraId="484E6C01" w14:textId="5D0BF7BE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8237AD" w14:paraId="2CD360D7" w14:textId="77777777" w:rsidTr="00E1050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8237AD" w:rsidRDefault="008237AD" w:rsidP="008237AD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shd w:val="clear" w:color="auto" w:fill="F2F2F2"/>
            <w:vAlign w:val="center"/>
          </w:tcPr>
          <w:p w14:paraId="057EFF17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91" w:type="dxa"/>
            <w:shd w:val="clear" w:color="auto" w:fill="F2F2F2"/>
            <w:vAlign w:val="center"/>
          </w:tcPr>
          <w:p w14:paraId="740CD318" w14:textId="331B6F86" w:rsidR="008237AD" w:rsidRDefault="008237AD" w:rsidP="008237AD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0B335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shd w:val="clear" w:color="auto" w:fill="F2F2F2"/>
            <w:vAlign w:val="center"/>
          </w:tcPr>
          <w:p w14:paraId="5EBC5B69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8237AD" w:rsidRDefault="008237AD" w:rsidP="008237AD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687" w:type="dxa"/>
            <w:shd w:val="clear" w:color="auto" w:fill="F2F2F2"/>
            <w:vAlign w:val="center"/>
          </w:tcPr>
          <w:p w14:paraId="087A6C9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566" w:type="dxa"/>
            <w:gridSpan w:val="2"/>
            <w:shd w:val="clear" w:color="auto" w:fill="F2F2F2"/>
            <w:vAlign w:val="center"/>
          </w:tcPr>
          <w:p w14:paraId="5BA46193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69" w:type="dxa"/>
            <w:shd w:val="clear" w:color="auto" w:fill="F2F2F2"/>
            <w:vAlign w:val="center"/>
          </w:tcPr>
          <w:p w14:paraId="4C402F40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57" w:type="dxa"/>
            <w:shd w:val="clear" w:color="auto" w:fill="F2F2F2"/>
            <w:vAlign w:val="center"/>
          </w:tcPr>
          <w:p w14:paraId="556184D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5" w:type="dxa"/>
            <w:shd w:val="clear" w:color="auto" w:fill="F2F2F2"/>
            <w:vAlign w:val="center"/>
          </w:tcPr>
          <w:p w14:paraId="1931F6BD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237AD" w14:paraId="4D722D0E" w14:textId="77777777" w:rsidTr="00EA095D">
        <w:trPr>
          <w:jc w:val="center"/>
        </w:trPr>
        <w:tc>
          <w:tcPr>
            <w:tcW w:w="1163" w:type="dxa"/>
            <w:vMerge/>
          </w:tcPr>
          <w:p w14:paraId="4436EA14" w14:textId="77777777" w:rsidR="008237AD" w:rsidRDefault="008237AD" w:rsidP="008237AD"/>
        </w:tc>
        <w:tc>
          <w:tcPr>
            <w:tcW w:w="3517" w:type="dxa"/>
            <w:gridSpan w:val="3"/>
            <w:shd w:val="clear" w:color="auto" w:fill="E6E6E6"/>
            <w:vAlign w:val="center"/>
          </w:tcPr>
          <w:p w14:paraId="1EE1B081" w14:textId="2C0C3E3D" w:rsidR="008237AD" w:rsidRDefault="00343F86" w:rsidP="008237AD">
            <w:pPr>
              <w:jc w:val="center"/>
            </w:pPr>
            <w:r>
              <w:rPr>
                <w:color w:val="0070C0"/>
              </w:rPr>
              <w:t>P</w:t>
            </w:r>
            <w:r w:rsidR="004953CB">
              <w:rPr>
                <w:color w:val="0070C0"/>
              </w:rPr>
              <w:t>rintmaking</w:t>
            </w:r>
            <w:r>
              <w:rPr>
                <w:color w:val="0070C0"/>
              </w:rPr>
              <w:t xml:space="preserve"> and Textiles</w:t>
            </w:r>
            <w:r w:rsidR="008237AD">
              <w:rPr>
                <w:color w:val="0070C0"/>
              </w:rPr>
              <w:t xml:space="preserve"> Block C</w:t>
            </w:r>
          </w:p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7742EE0D" w14:textId="5874537F" w:rsidR="008237AD" w:rsidRDefault="00002617" w:rsidP="008237AD">
            <w:pPr>
              <w:jc w:val="center"/>
            </w:pPr>
            <w:r>
              <w:rPr>
                <w:color w:val="00B0F0"/>
              </w:rPr>
              <w:t>3D</w:t>
            </w:r>
            <w:r w:rsidR="008237AD" w:rsidRPr="002E5110">
              <w:rPr>
                <w:color w:val="00B0F0"/>
              </w:rPr>
              <w:t xml:space="preserve"> Block D </w:t>
            </w:r>
          </w:p>
        </w:tc>
        <w:tc>
          <w:tcPr>
            <w:tcW w:w="298" w:type="dxa"/>
            <w:vMerge/>
          </w:tcPr>
          <w:p w14:paraId="5DB353AE" w14:textId="77777777" w:rsidR="008237AD" w:rsidRDefault="008237AD" w:rsidP="008237AD"/>
        </w:tc>
        <w:tc>
          <w:tcPr>
            <w:tcW w:w="3247" w:type="dxa"/>
            <w:gridSpan w:val="2"/>
            <w:shd w:val="clear" w:color="auto" w:fill="E6E6E6"/>
            <w:vAlign w:val="center"/>
          </w:tcPr>
          <w:p w14:paraId="7357835E" w14:textId="1A87BFCF" w:rsidR="008237AD" w:rsidRDefault="006F4D8E" w:rsidP="008237AD">
            <w:pPr>
              <w:jc w:val="center"/>
            </w:pPr>
            <w:r>
              <w:rPr>
                <w:b/>
                <w:lang w:val="en-GB"/>
              </w:rPr>
              <w:t xml:space="preserve">Food and Nutrition </w:t>
            </w:r>
            <w:r w:rsidR="008237AD">
              <w:rPr>
                <w:b/>
                <w:lang w:val="en-GB"/>
              </w:rPr>
              <w:t>Block C</w:t>
            </w:r>
            <w:r w:rsidR="008237AD" w:rsidRPr="009460B2">
              <w:rPr>
                <w:b/>
                <w:lang w:val="en-GB"/>
              </w:rPr>
              <w:t xml:space="preserve"> </w:t>
            </w:r>
            <w:r w:rsidR="008237AD" w:rsidRPr="009460B2">
              <w:rPr>
                <w:lang w:val="en-GB"/>
              </w:rPr>
              <w:t xml:space="preserve"> </w:t>
            </w:r>
          </w:p>
        </w:tc>
        <w:tc>
          <w:tcPr>
            <w:tcW w:w="3497" w:type="dxa"/>
            <w:gridSpan w:val="4"/>
            <w:shd w:val="clear" w:color="auto" w:fill="E6E6E6"/>
            <w:vAlign w:val="center"/>
          </w:tcPr>
          <w:p w14:paraId="31A97820" w14:textId="0EACEF75" w:rsidR="008237AD" w:rsidRDefault="009F4602" w:rsidP="008237AD">
            <w:pPr>
              <w:jc w:val="center"/>
            </w:pPr>
            <w:r>
              <w:t>Structures Block</w:t>
            </w:r>
            <w:r w:rsidR="008237AD">
              <w:t xml:space="preserve"> D</w:t>
            </w:r>
          </w:p>
        </w:tc>
      </w:tr>
      <w:tr w:rsidR="008237AD" w14:paraId="231874C9" w14:textId="77777777" w:rsidTr="00334F9D">
        <w:trPr>
          <w:trHeight w:val="62"/>
          <w:jc w:val="center"/>
        </w:trPr>
        <w:tc>
          <w:tcPr>
            <w:tcW w:w="1163" w:type="dxa"/>
            <w:vMerge/>
          </w:tcPr>
          <w:p w14:paraId="30374C3A" w14:textId="77777777" w:rsidR="008237AD" w:rsidRDefault="008237AD" w:rsidP="008237AD"/>
        </w:tc>
        <w:tc>
          <w:tcPr>
            <w:tcW w:w="3517" w:type="dxa"/>
            <w:gridSpan w:val="3"/>
          </w:tcPr>
          <w:p w14:paraId="1F69FA6D" w14:textId="6141587A" w:rsidR="00A8141D" w:rsidRDefault="002439CC" w:rsidP="00CD724F">
            <w:pPr>
              <w:rPr>
                <w:b/>
                <w:bCs/>
                <w:u w:val="single"/>
                <w:lang w:val="en-GB"/>
              </w:rPr>
            </w:pPr>
            <w:r w:rsidRPr="002439CC">
              <w:rPr>
                <w:b/>
                <w:bCs/>
                <w:u w:val="single"/>
                <w:lang w:val="en-GB"/>
              </w:rPr>
              <w:t xml:space="preserve"> </w:t>
            </w:r>
            <w:r w:rsidR="008237AD">
              <w:rPr>
                <w:b/>
                <w:bCs/>
                <w:u w:val="single"/>
                <w:lang w:val="en-GB"/>
              </w:rPr>
              <w:br/>
            </w:r>
            <w:r w:rsidR="005D7991" w:rsidRPr="00C444BC">
              <w:rPr>
                <w:b/>
                <w:bCs/>
                <w:u w:val="single"/>
                <w:lang w:val="en-GB"/>
              </w:rPr>
              <w:drawing>
                <wp:anchor distT="0" distB="0" distL="114300" distR="114300" simplePos="0" relativeHeight="251671040" behindDoc="0" locked="0" layoutInCell="1" allowOverlap="1" wp14:anchorId="22EC1D29" wp14:editId="57276364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1170940</wp:posOffset>
                  </wp:positionV>
                  <wp:extent cx="2096135" cy="752475"/>
                  <wp:effectExtent l="0" t="0" r="0" b="9525"/>
                  <wp:wrapSquare wrapText="bothSides"/>
                  <wp:docPr id="529235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23515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53CB" w:rsidRPr="004953CB">
              <w:rPr>
                <w:b/>
                <w:bCs/>
                <w:u w:val="single"/>
                <w:lang w:val="en-GB"/>
              </w:rPr>
              <w:drawing>
                <wp:anchor distT="0" distB="0" distL="114300" distR="114300" simplePos="0" relativeHeight="251672576" behindDoc="0" locked="0" layoutInCell="1" allowOverlap="1" wp14:anchorId="12C6B337" wp14:editId="708E91B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118110</wp:posOffset>
                  </wp:positionV>
                  <wp:extent cx="2096135" cy="928370"/>
                  <wp:effectExtent l="0" t="0" r="0" b="5080"/>
                  <wp:wrapSquare wrapText="bothSides"/>
                  <wp:docPr id="1608254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2540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92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03CAB4" w14:textId="108EDD13" w:rsidR="005572AF" w:rsidRDefault="005572AF" w:rsidP="005572AF">
            <w:pPr>
              <w:rPr>
                <w:b/>
                <w:bCs/>
                <w:u w:val="single"/>
                <w:lang w:val="en-GB"/>
              </w:rPr>
            </w:pPr>
          </w:p>
          <w:p w14:paraId="3075E309" w14:textId="3E2C4A91" w:rsidR="005572AF" w:rsidRPr="005572AF" w:rsidRDefault="005572AF" w:rsidP="005572AF">
            <w:pPr>
              <w:rPr>
                <w:lang w:val="en-GB"/>
              </w:rPr>
            </w:pPr>
          </w:p>
        </w:tc>
        <w:tc>
          <w:tcPr>
            <w:tcW w:w="3402" w:type="dxa"/>
            <w:gridSpan w:val="3"/>
          </w:tcPr>
          <w:p w14:paraId="094B3DAF" w14:textId="4EE94072" w:rsidR="008237AD" w:rsidRDefault="008237AD" w:rsidP="008237AD">
            <w:pPr>
              <w:rPr>
                <w:b/>
                <w:bCs/>
              </w:rPr>
            </w:pPr>
            <w:r w:rsidRPr="007577D3">
              <w:rPr>
                <w:b/>
                <w:bCs/>
                <w:color w:val="00B050"/>
              </w:rPr>
              <w:lastRenderedPageBreak/>
              <w:t xml:space="preserve"> </w:t>
            </w:r>
          </w:p>
          <w:p w14:paraId="69A7E459" w14:textId="0ECE8330" w:rsidR="008931D5" w:rsidRPr="000F443B" w:rsidRDefault="005D7991" w:rsidP="008931D5">
            <w:r w:rsidRPr="005D7991">
              <w:drawing>
                <wp:anchor distT="0" distB="0" distL="114300" distR="114300" simplePos="0" relativeHeight="251668992" behindDoc="0" locked="0" layoutInCell="1" allowOverlap="1" wp14:anchorId="479FCFBC" wp14:editId="5612329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873125</wp:posOffset>
                  </wp:positionV>
                  <wp:extent cx="2023110" cy="723265"/>
                  <wp:effectExtent l="0" t="0" r="0" b="635"/>
                  <wp:wrapSquare wrapText="bothSides"/>
                  <wp:docPr id="14595362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53627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287E" w:rsidRPr="000E287E">
              <w:drawing>
                <wp:inline distT="0" distB="0" distL="0" distR="0" wp14:anchorId="14F9E522" wp14:editId="681C7009">
                  <wp:extent cx="2023110" cy="836930"/>
                  <wp:effectExtent l="0" t="0" r="0" b="1270"/>
                  <wp:docPr id="9684067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40672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83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6D725" w14:textId="139D262F" w:rsidR="008237AD" w:rsidRPr="000F443B" w:rsidRDefault="008237AD" w:rsidP="008237AD"/>
          <w:p w14:paraId="57FAA7E6" w14:textId="02273FB5" w:rsidR="008237AD" w:rsidRPr="000F443B" w:rsidRDefault="008237AD" w:rsidP="008237AD"/>
          <w:p w14:paraId="3DE5C3C8" w14:textId="7CE6943E" w:rsidR="008237AD" w:rsidRPr="000F443B" w:rsidRDefault="008237AD" w:rsidP="008237AD"/>
          <w:p w14:paraId="0DA44E63" w14:textId="0D215BC6" w:rsidR="008237AD" w:rsidRDefault="008237AD" w:rsidP="008237AD">
            <w:pPr>
              <w:rPr>
                <w:b/>
                <w:bCs/>
              </w:rPr>
            </w:pPr>
          </w:p>
          <w:p w14:paraId="095E0303" w14:textId="2EE97B3B" w:rsidR="008237AD" w:rsidRPr="000F443B" w:rsidRDefault="008237AD" w:rsidP="008237AD">
            <w:r>
              <w:rPr>
                <w:b/>
                <w:bCs/>
              </w:rPr>
              <w:br/>
            </w:r>
          </w:p>
        </w:tc>
        <w:tc>
          <w:tcPr>
            <w:tcW w:w="298" w:type="dxa"/>
            <w:vMerge/>
          </w:tcPr>
          <w:p w14:paraId="76A63E89" w14:textId="77777777" w:rsidR="008237AD" w:rsidRDefault="008237AD" w:rsidP="008237AD"/>
        </w:tc>
        <w:tc>
          <w:tcPr>
            <w:tcW w:w="3247" w:type="dxa"/>
            <w:gridSpan w:val="2"/>
          </w:tcPr>
          <w:p w14:paraId="33752DD9" w14:textId="0DFF264C" w:rsidR="008237AD" w:rsidRPr="00165ECB" w:rsidRDefault="000A16CA" w:rsidP="00165ECB">
            <w:pPr>
              <w:rPr>
                <w:b/>
                <w:bCs/>
                <w:lang w:val="en-GB"/>
              </w:rPr>
            </w:pPr>
            <w:r w:rsidRPr="000A16CA">
              <w:rPr>
                <w:b/>
                <w:bCs/>
              </w:rPr>
              <w:t>Does food affect the way you feel?</w:t>
            </w:r>
            <w:r w:rsidR="00165ECB">
              <w:rPr>
                <w:b/>
                <w:bCs/>
                <w:lang w:val="en-GB"/>
              </w:rPr>
              <w:br/>
            </w:r>
            <w:r w:rsidRPr="000A16CA">
              <w:rPr>
                <w:b/>
                <w:bCs/>
                <w:lang w:val="en-GB"/>
              </w:rPr>
              <w:drawing>
                <wp:inline distT="0" distB="0" distL="0" distR="0" wp14:anchorId="5CCD1C55" wp14:editId="43C4CF3B">
                  <wp:extent cx="1924685" cy="850265"/>
                  <wp:effectExtent l="0" t="0" r="0" b="6985"/>
                  <wp:docPr id="12581852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185233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85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br/>
            </w:r>
            <w:r w:rsidR="006F4D8E" w:rsidRPr="006F4D8E">
              <w:rPr>
                <w:b/>
                <w:bCs/>
                <w:lang w:val="en-GB"/>
              </w:rPr>
              <w:drawing>
                <wp:inline distT="0" distB="0" distL="0" distR="0" wp14:anchorId="106CDE32" wp14:editId="3B94DA90">
                  <wp:extent cx="1924685" cy="601345"/>
                  <wp:effectExtent l="0" t="0" r="0" b="8255"/>
                  <wp:docPr id="1757825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82560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85" cy="60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65ECB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lastRenderedPageBreak/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  <w:r w:rsidR="008237AD">
              <w:rPr>
                <w:b/>
                <w:bCs/>
                <w:lang w:val="en-GB"/>
              </w:rPr>
              <w:br/>
            </w:r>
          </w:p>
        </w:tc>
        <w:tc>
          <w:tcPr>
            <w:tcW w:w="3497" w:type="dxa"/>
            <w:gridSpan w:val="4"/>
          </w:tcPr>
          <w:p w14:paraId="2485263B" w14:textId="5BCA7986" w:rsidR="008237AD" w:rsidRPr="006762F1" w:rsidRDefault="00BC6C95" w:rsidP="008237AD">
            <w:pPr>
              <w:rPr>
                <w:b/>
                <w:bCs/>
                <w:color w:val="FFC000"/>
              </w:rPr>
            </w:pPr>
            <w:r w:rsidRPr="00BC6C95">
              <w:rPr>
                <w:b/>
                <w:bCs/>
              </w:rPr>
              <w:lastRenderedPageBreak/>
              <w:t>How strong is a piece of spaghetti?</w:t>
            </w:r>
            <w:r w:rsidR="00C35179">
              <w:rPr>
                <w:b/>
                <w:bCs/>
                <w:lang w:val="en-GB"/>
              </w:rPr>
              <w:br/>
            </w:r>
            <w:r w:rsidRPr="00BC6C95">
              <w:rPr>
                <w:b/>
                <w:bCs/>
                <w:color w:val="FFC000"/>
              </w:rPr>
              <w:drawing>
                <wp:inline distT="0" distB="0" distL="0" distR="0" wp14:anchorId="6C302438" wp14:editId="0DEA7241">
                  <wp:extent cx="2083435" cy="829310"/>
                  <wp:effectExtent l="0" t="0" r="0" b="8890"/>
                  <wp:docPr id="18173449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34499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37AD">
              <w:rPr>
                <w:b/>
                <w:bCs/>
                <w:color w:val="FFC000"/>
              </w:rPr>
              <w:br/>
            </w:r>
            <w:r w:rsidRPr="00BC6C95">
              <w:rPr>
                <w:b/>
                <w:bCs/>
                <w:color w:val="FFC000"/>
              </w:rPr>
              <w:drawing>
                <wp:inline distT="0" distB="0" distL="0" distR="0" wp14:anchorId="01A4E000" wp14:editId="2D321D11">
                  <wp:extent cx="2083435" cy="768350"/>
                  <wp:effectExtent l="0" t="0" r="0" b="0"/>
                  <wp:docPr id="8186440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64403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lastRenderedPageBreak/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</w:p>
        </w:tc>
      </w:tr>
    </w:tbl>
    <w:p w14:paraId="3719F60D" w14:textId="1F3C2417" w:rsidR="00FA136B" w:rsidRDefault="00FA136B">
      <w:pPr>
        <w:spacing w:after="20"/>
        <w:rPr>
          <w:i/>
          <w:sz w:val="14"/>
        </w:rPr>
      </w:pPr>
    </w:p>
    <w:p w14:paraId="15E534DD" w14:textId="77777777" w:rsidR="00FA136B" w:rsidRDefault="00FA136B">
      <w:pPr>
        <w:spacing w:after="20"/>
        <w:rPr>
          <w:i/>
          <w:sz w:val="14"/>
        </w:rPr>
      </w:pPr>
    </w:p>
    <w:p w14:paraId="0A0C8BA9" w14:textId="7A01108F" w:rsidR="003F3660" w:rsidRDefault="001B5E4A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1701"/>
        <w:gridCol w:w="284"/>
        <w:gridCol w:w="779"/>
        <w:gridCol w:w="780"/>
        <w:gridCol w:w="976"/>
        <w:gridCol w:w="300"/>
        <w:gridCol w:w="1559"/>
        <w:gridCol w:w="850"/>
        <w:gridCol w:w="851"/>
        <w:gridCol w:w="1701"/>
        <w:gridCol w:w="787"/>
        <w:gridCol w:w="1008"/>
      </w:tblGrid>
      <w:tr w:rsidR="00656E53" w14:paraId="3AEA2AE7" w14:textId="77777777" w:rsidTr="00996331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1E228216" w14:textId="77777777" w:rsidR="00656E53" w:rsidRPr="001C0978" w:rsidRDefault="00656E53">
            <w:pPr>
              <w:jc w:val="center"/>
              <w:rPr>
                <w:b/>
                <w:szCs w:val="16"/>
              </w:rPr>
            </w:pPr>
          </w:p>
        </w:tc>
        <w:tc>
          <w:tcPr>
            <w:tcW w:w="6930" w:type="dxa"/>
            <w:gridSpan w:val="7"/>
            <w:shd w:val="clear" w:color="auto" w:fill="F2F2F2"/>
            <w:vAlign w:val="center"/>
          </w:tcPr>
          <w:p w14:paraId="6A74A872" w14:textId="383CF0E5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300" w:type="dxa"/>
            <w:shd w:val="clear" w:color="auto" w:fill="FFF2CC"/>
            <w:vAlign w:val="center"/>
          </w:tcPr>
          <w:p w14:paraId="186F0617" w14:textId="77777777" w:rsidR="00656E53" w:rsidRDefault="00656E53">
            <w:pPr>
              <w:jc w:val="center"/>
              <w:rPr>
                <w:b/>
                <w:sz w:val="14"/>
              </w:rPr>
            </w:pPr>
          </w:p>
        </w:tc>
        <w:tc>
          <w:tcPr>
            <w:tcW w:w="6756" w:type="dxa"/>
            <w:gridSpan w:val="6"/>
            <w:shd w:val="clear" w:color="auto" w:fill="F2F2F2"/>
            <w:vAlign w:val="center"/>
          </w:tcPr>
          <w:p w14:paraId="1BF2566C" w14:textId="2FA600C7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2E5110" w14:paraId="477937AF" w14:textId="77777777" w:rsidTr="005A0BCC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2E5110" w:rsidRDefault="002E51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2E5110" w:rsidRDefault="002E51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37FA8E" w14:textId="77777777" w:rsidR="002E5110" w:rsidRDefault="002E51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1682DE5" w14:textId="7E77D720" w:rsidR="002E5110" w:rsidRDefault="002E5110" w:rsidP="002E5110">
            <w:r>
              <w:rPr>
                <w:sz w:val="14"/>
              </w:rPr>
              <w:t>Week 3</w:t>
            </w:r>
          </w:p>
        </w:tc>
        <w:tc>
          <w:tcPr>
            <w:tcW w:w="284" w:type="dxa"/>
            <w:shd w:val="clear" w:color="auto" w:fill="F2F2F2"/>
            <w:vAlign w:val="center"/>
          </w:tcPr>
          <w:p w14:paraId="74B5A43F" w14:textId="44403DF1" w:rsidR="002E5110" w:rsidRDefault="002E51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779" w:type="dxa"/>
            <w:shd w:val="clear" w:color="auto" w:fill="F2F2F2"/>
            <w:vAlign w:val="center"/>
          </w:tcPr>
          <w:p w14:paraId="1CF50BF8" w14:textId="543533CA" w:rsidR="002E5110" w:rsidRDefault="002E51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80" w:type="dxa"/>
            <w:shd w:val="clear" w:color="auto" w:fill="F2F2F2"/>
            <w:vAlign w:val="center"/>
          </w:tcPr>
          <w:p w14:paraId="776B00F7" w14:textId="7692CB41" w:rsidR="002E5110" w:rsidRDefault="002E5110">
            <w:pPr>
              <w:jc w:val="center"/>
            </w:pPr>
            <w:r>
              <w:t>Week 6</w:t>
            </w:r>
          </w:p>
        </w:tc>
        <w:tc>
          <w:tcPr>
            <w:tcW w:w="976" w:type="dxa"/>
            <w:shd w:val="clear" w:color="auto" w:fill="F2F2F2"/>
            <w:vAlign w:val="center"/>
          </w:tcPr>
          <w:p w14:paraId="5F10FC23" w14:textId="77777777" w:rsidR="002E5110" w:rsidRDefault="002E51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2E5110" w:rsidRDefault="002E51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2E5110" w:rsidRDefault="002E51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5D7DC13" w14:textId="77777777" w:rsidR="002E5110" w:rsidRDefault="002E51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227FA5" w14:textId="77777777" w:rsidR="002E5110" w:rsidRDefault="002E51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87C65D" w14:textId="77777777" w:rsidR="002E5110" w:rsidRDefault="002E51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787" w:type="dxa"/>
            <w:shd w:val="clear" w:color="auto" w:fill="F2F2F2"/>
            <w:vAlign w:val="center"/>
          </w:tcPr>
          <w:p w14:paraId="0ED1CD6E" w14:textId="77777777" w:rsidR="002E5110" w:rsidRDefault="002E51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2E5110" w:rsidRDefault="002E51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3E4701" w14:paraId="70F32E35" w14:textId="77777777" w:rsidTr="005A0BCC">
        <w:trPr>
          <w:jc w:val="center"/>
        </w:trPr>
        <w:tc>
          <w:tcPr>
            <w:tcW w:w="1134" w:type="dxa"/>
            <w:vMerge/>
          </w:tcPr>
          <w:p w14:paraId="1059FCBC" w14:textId="77777777" w:rsidR="003E4701" w:rsidRDefault="003E4701"/>
        </w:tc>
        <w:tc>
          <w:tcPr>
            <w:tcW w:w="4111" w:type="dxa"/>
            <w:gridSpan w:val="3"/>
            <w:shd w:val="clear" w:color="auto" w:fill="E6E6E6"/>
            <w:vAlign w:val="center"/>
          </w:tcPr>
          <w:p w14:paraId="06135785" w14:textId="36B75A5F" w:rsidR="003E4701" w:rsidRDefault="00002617">
            <w:pPr>
              <w:jc w:val="center"/>
            </w:pPr>
            <w:r>
              <w:t>Painting</w:t>
            </w:r>
            <w:r w:rsidR="003E4701">
              <w:t xml:space="preserve"> Block E </w:t>
            </w:r>
          </w:p>
        </w:tc>
        <w:tc>
          <w:tcPr>
            <w:tcW w:w="1843" w:type="dxa"/>
            <w:gridSpan w:val="3"/>
            <w:vMerge w:val="restart"/>
            <w:shd w:val="clear" w:color="auto" w:fill="E6E6E6"/>
            <w:vAlign w:val="center"/>
          </w:tcPr>
          <w:p w14:paraId="2F114051" w14:textId="012CFF5E" w:rsidR="003E4701" w:rsidRDefault="003E4701">
            <w:pPr>
              <w:jc w:val="center"/>
            </w:pPr>
            <w:r>
              <w:t xml:space="preserve">Creative Response Block F </w:t>
            </w:r>
          </w:p>
        </w:tc>
        <w:tc>
          <w:tcPr>
            <w:tcW w:w="976" w:type="dxa"/>
            <w:vMerge w:val="restart"/>
            <w:shd w:val="clear" w:color="auto" w:fill="E6E6E6"/>
            <w:vAlign w:val="center"/>
          </w:tcPr>
          <w:p w14:paraId="7852A83F" w14:textId="0DB7F544" w:rsidR="003E4701" w:rsidRDefault="003E4701">
            <w:pPr>
              <w:jc w:val="center"/>
            </w:pPr>
            <w:r>
              <w:t>Flexible Content</w:t>
            </w:r>
          </w:p>
        </w:tc>
        <w:tc>
          <w:tcPr>
            <w:tcW w:w="300" w:type="dxa"/>
            <w:vMerge/>
          </w:tcPr>
          <w:p w14:paraId="160D6CCE" w14:textId="77777777" w:rsidR="003E4701" w:rsidRDefault="003E4701"/>
        </w:tc>
        <w:tc>
          <w:tcPr>
            <w:tcW w:w="3260" w:type="dxa"/>
            <w:gridSpan w:val="3"/>
            <w:shd w:val="clear" w:color="auto" w:fill="E6E6E6"/>
            <w:vAlign w:val="center"/>
          </w:tcPr>
          <w:p w14:paraId="0F42D4BD" w14:textId="51EB4602" w:rsidR="003E4701" w:rsidRDefault="009F4602">
            <w:pPr>
              <w:jc w:val="center"/>
            </w:pPr>
            <w:r>
              <w:t>Electrical Systems</w:t>
            </w:r>
            <w:r w:rsidR="00774E02">
              <w:t xml:space="preserve"> </w:t>
            </w:r>
            <w:r w:rsidR="003E4701">
              <w:t xml:space="preserve">Block E </w:t>
            </w:r>
          </w:p>
        </w:tc>
        <w:tc>
          <w:tcPr>
            <w:tcW w:w="3496" w:type="dxa"/>
            <w:gridSpan w:val="3"/>
            <w:shd w:val="clear" w:color="auto" w:fill="E6E6E6"/>
            <w:vAlign w:val="center"/>
          </w:tcPr>
          <w:p w14:paraId="7194B510" w14:textId="59EE8428" w:rsidR="003E4701" w:rsidRDefault="009F4602">
            <w:pPr>
              <w:jc w:val="center"/>
            </w:pPr>
            <w:r>
              <w:t xml:space="preserve">Textiles </w:t>
            </w:r>
            <w:r w:rsidR="003E4701">
              <w:t>Block F</w:t>
            </w:r>
          </w:p>
        </w:tc>
      </w:tr>
      <w:tr w:rsidR="003E4701" w14:paraId="3CD588A6" w14:textId="77777777" w:rsidTr="005A0BCC">
        <w:trPr>
          <w:trHeight w:val="4342"/>
          <w:jc w:val="center"/>
        </w:trPr>
        <w:tc>
          <w:tcPr>
            <w:tcW w:w="1134" w:type="dxa"/>
            <w:vMerge/>
          </w:tcPr>
          <w:p w14:paraId="3C4089C9" w14:textId="77777777" w:rsidR="003E4701" w:rsidRDefault="003E4701" w:rsidP="00FA136B"/>
        </w:tc>
        <w:tc>
          <w:tcPr>
            <w:tcW w:w="4111" w:type="dxa"/>
            <w:gridSpan w:val="3"/>
          </w:tcPr>
          <w:p w14:paraId="3C81E77A" w14:textId="357556C1" w:rsidR="003E4701" w:rsidRDefault="00EA77E4" w:rsidP="00FA136B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4B2F38">
              <w:rPr>
                <w:noProof/>
              </w:rPr>
              <w:t xml:space="preserve"> </w:t>
            </w:r>
            <w:r w:rsidR="004B2F38" w:rsidRPr="004B2F38">
              <w:rPr>
                <w:b/>
                <w:bCs/>
              </w:rPr>
              <w:t xml:space="preserve"> </w:t>
            </w:r>
          </w:p>
          <w:p w14:paraId="3395ADDE" w14:textId="6D5F6601" w:rsidR="001B5EE0" w:rsidRDefault="005A0BCC" w:rsidP="001B5EE0">
            <w:pPr>
              <w:rPr>
                <w:noProof/>
              </w:rPr>
            </w:pPr>
            <w:r w:rsidRPr="005A0BCC">
              <w:drawing>
                <wp:anchor distT="0" distB="0" distL="114300" distR="114300" simplePos="0" relativeHeight="251673088" behindDoc="0" locked="0" layoutInCell="1" allowOverlap="1" wp14:anchorId="5CF6C68B" wp14:editId="5DBFEF93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1045210</wp:posOffset>
                  </wp:positionV>
                  <wp:extent cx="2465705" cy="1365885"/>
                  <wp:effectExtent l="0" t="0" r="0" b="5715"/>
                  <wp:wrapSquare wrapText="bothSides"/>
                  <wp:docPr id="7851542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15421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705" cy="136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3CD" w:rsidRPr="005053CD">
              <w:rPr>
                <w:noProof/>
              </w:rPr>
              <w:drawing>
                <wp:inline distT="0" distB="0" distL="0" distR="0" wp14:anchorId="7E73EB31" wp14:editId="4012B594">
                  <wp:extent cx="2023110" cy="1011555"/>
                  <wp:effectExtent l="0" t="0" r="0" b="0"/>
                  <wp:docPr id="689790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979081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01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D6C77" w14:textId="77777777" w:rsidR="001B5EE0" w:rsidRDefault="001B5EE0" w:rsidP="001B5EE0">
            <w:pPr>
              <w:ind w:firstLine="720"/>
            </w:pPr>
          </w:p>
          <w:p w14:paraId="2AEFAC36" w14:textId="6A19730B" w:rsidR="005A0BCC" w:rsidRPr="005A0BCC" w:rsidRDefault="005A0BCC" w:rsidP="005A0BCC"/>
        </w:tc>
        <w:tc>
          <w:tcPr>
            <w:tcW w:w="1843" w:type="dxa"/>
            <w:gridSpan w:val="3"/>
            <w:vMerge/>
          </w:tcPr>
          <w:p w14:paraId="0EBD0F86" w14:textId="3E332B67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976" w:type="dxa"/>
            <w:vMerge/>
          </w:tcPr>
          <w:p w14:paraId="1540479D" w14:textId="364D6715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300" w:type="dxa"/>
            <w:vMerge/>
          </w:tcPr>
          <w:p w14:paraId="5E0801FD" w14:textId="77777777" w:rsidR="003E4701" w:rsidRDefault="003E4701" w:rsidP="00FA136B"/>
        </w:tc>
        <w:tc>
          <w:tcPr>
            <w:tcW w:w="3260" w:type="dxa"/>
            <w:gridSpan w:val="3"/>
          </w:tcPr>
          <w:p w14:paraId="7EDF95D9" w14:textId="5C3320AC" w:rsidR="007322EB" w:rsidRPr="00A946EC" w:rsidRDefault="00A946EC" w:rsidP="007322EB">
            <w:pPr>
              <w:rPr>
                <w:b/>
                <w:bCs/>
              </w:rPr>
            </w:pPr>
            <w:r w:rsidRPr="00A946EC">
              <w:rPr>
                <w:b/>
                <w:bCs/>
              </w:rPr>
              <w:t>Can switches perform more than one function?</w:t>
            </w:r>
          </w:p>
          <w:p w14:paraId="54E6AD69" w14:textId="77777777" w:rsidR="0082170B" w:rsidRDefault="004C76C8" w:rsidP="0082170B">
            <w:pPr>
              <w:rPr>
                <w:b/>
                <w:bCs/>
              </w:rPr>
            </w:pPr>
            <w:r w:rsidRPr="004C76C8">
              <w:rPr>
                <w:b/>
                <w:bCs/>
              </w:rPr>
              <w:drawing>
                <wp:inline distT="0" distB="0" distL="0" distR="0" wp14:anchorId="37F7DDB1" wp14:editId="3B00AA90">
                  <wp:extent cx="1932940" cy="1130300"/>
                  <wp:effectExtent l="0" t="0" r="0" b="0"/>
                  <wp:docPr id="789116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116697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B1C969" w14:textId="77777777" w:rsidR="00661F93" w:rsidRDefault="00661F93" w:rsidP="00661F93">
            <w:pPr>
              <w:rPr>
                <w:b/>
                <w:bCs/>
              </w:rPr>
            </w:pPr>
          </w:p>
          <w:p w14:paraId="60FCEBF2" w14:textId="47DA897B" w:rsidR="00661F93" w:rsidRPr="00661F93" w:rsidRDefault="00661F93" w:rsidP="00661F93">
            <w:r w:rsidRPr="00661F93">
              <w:drawing>
                <wp:inline distT="0" distB="0" distL="0" distR="0" wp14:anchorId="25D91252" wp14:editId="13A09714">
                  <wp:extent cx="1932940" cy="848360"/>
                  <wp:effectExtent l="0" t="0" r="0" b="8890"/>
                  <wp:docPr id="15507649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764994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6" w:type="dxa"/>
            <w:gridSpan w:val="3"/>
          </w:tcPr>
          <w:p w14:paraId="11607783" w14:textId="1572C662" w:rsidR="003E4701" w:rsidRDefault="00080E16" w:rsidP="00FA136B">
            <w:r>
              <w:rPr>
                <w:b/>
                <w:bCs/>
              </w:rPr>
              <w:br/>
            </w:r>
            <w:r w:rsidR="006D73F4" w:rsidRPr="006D73F4">
              <w:rPr>
                <w:b/>
                <w:bCs/>
              </w:rPr>
              <w:t>How can we reduce, recycle and</w:t>
            </w:r>
            <w:r w:rsidR="006D73F4">
              <w:rPr>
                <w:b/>
                <w:bCs/>
              </w:rPr>
              <w:t xml:space="preserve"> </w:t>
            </w:r>
            <w:r w:rsidR="006D73F4" w:rsidRPr="006D73F4">
              <w:rPr>
                <w:b/>
                <w:bCs/>
              </w:rPr>
              <w:t>repurpose?</w:t>
            </w:r>
            <w:r w:rsidR="006D73F4">
              <w:rPr>
                <w:b/>
                <w:bCs/>
              </w:rPr>
              <w:br/>
            </w:r>
            <w:r w:rsidR="00A946EC" w:rsidRPr="00A946EC">
              <w:rPr>
                <w:b/>
                <w:bCs/>
              </w:rPr>
              <w:drawing>
                <wp:inline distT="0" distB="0" distL="0" distR="0" wp14:anchorId="6E450B7F" wp14:editId="69D6F342">
                  <wp:extent cx="2082800" cy="915670"/>
                  <wp:effectExtent l="0" t="0" r="0" b="0"/>
                  <wp:docPr id="15033191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319187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A946EC" w:rsidRPr="006D73F4">
              <w:rPr>
                <w:b/>
                <w:bCs/>
                <w:lang w:val="en-GB"/>
              </w:rPr>
              <w:drawing>
                <wp:inline distT="0" distB="0" distL="0" distR="0" wp14:anchorId="6F3148AF" wp14:editId="50BE4C6C">
                  <wp:extent cx="2082800" cy="742315"/>
                  <wp:effectExtent l="0" t="0" r="0" b="635"/>
                  <wp:docPr id="342956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956677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74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6D73F4">
              <w:rPr>
                <w:b/>
                <w:bCs/>
              </w:rPr>
              <w:br/>
            </w:r>
            <w:r w:rsidR="006A68BD">
              <w:rPr>
                <w:b/>
                <w:bCs/>
                <w:lang w:val="en-GB"/>
              </w:rPr>
              <w:br/>
            </w:r>
            <w:r w:rsidR="006A68BD">
              <w:rPr>
                <w:b/>
                <w:bCs/>
                <w:lang w:val="en-GB"/>
              </w:rPr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617"/>
    <w:rsid w:val="00006022"/>
    <w:rsid w:val="000143E4"/>
    <w:rsid w:val="00026AAA"/>
    <w:rsid w:val="0003288F"/>
    <w:rsid w:val="00034616"/>
    <w:rsid w:val="00055AEE"/>
    <w:rsid w:val="0006063C"/>
    <w:rsid w:val="00071EDF"/>
    <w:rsid w:val="00075C2E"/>
    <w:rsid w:val="00080A9A"/>
    <w:rsid w:val="00080E16"/>
    <w:rsid w:val="00082C16"/>
    <w:rsid w:val="00086E2E"/>
    <w:rsid w:val="000A16CA"/>
    <w:rsid w:val="000A189C"/>
    <w:rsid w:val="000C4284"/>
    <w:rsid w:val="000E287E"/>
    <w:rsid w:val="000E76DA"/>
    <w:rsid w:val="000E7798"/>
    <w:rsid w:val="000F0937"/>
    <w:rsid w:val="000F1FD8"/>
    <w:rsid w:val="000F443B"/>
    <w:rsid w:val="00106658"/>
    <w:rsid w:val="001160CA"/>
    <w:rsid w:val="0013661E"/>
    <w:rsid w:val="00144847"/>
    <w:rsid w:val="0015074B"/>
    <w:rsid w:val="001618AA"/>
    <w:rsid w:val="00165ECB"/>
    <w:rsid w:val="001931C2"/>
    <w:rsid w:val="001933C0"/>
    <w:rsid w:val="00197B93"/>
    <w:rsid w:val="001A3E3C"/>
    <w:rsid w:val="001A5036"/>
    <w:rsid w:val="001B0FAC"/>
    <w:rsid w:val="001B5EE0"/>
    <w:rsid w:val="001B7A96"/>
    <w:rsid w:val="001C0978"/>
    <w:rsid w:val="001C0F10"/>
    <w:rsid w:val="001C677D"/>
    <w:rsid w:val="001D439F"/>
    <w:rsid w:val="001E5C8A"/>
    <w:rsid w:val="002121C7"/>
    <w:rsid w:val="00224DD1"/>
    <w:rsid w:val="002439CC"/>
    <w:rsid w:val="00256D4A"/>
    <w:rsid w:val="0026215F"/>
    <w:rsid w:val="0029639D"/>
    <w:rsid w:val="002A16D4"/>
    <w:rsid w:val="002B520E"/>
    <w:rsid w:val="002C7572"/>
    <w:rsid w:val="002D6587"/>
    <w:rsid w:val="002E5110"/>
    <w:rsid w:val="00307EDB"/>
    <w:rsid w:val="00324151"/>
    <w:rsid w:val="00326F90"/>
    <w:rsid w:val="00334094"/>
    <w:rsid w:val="00334F9D"/>
    <w:rsid w:val="00343F86"/>
    <w:rsid w:val="00364CD7"/>
    <w:rsid w:val="00366437"/>
    <w:rsid w:val="00372BAD"/>
    <w:rsid w:val="0038346D"/>
    <w:rsid w:val="003A3B94"/>
    <w:rsid w:val="003B30F2"/>
    <w:rsid w:val="003C47D2"/>
    <w:rsid w:val="003D0B0F"/>
    <w:rsid w:val="003D3AF2"/>
    <w:rsid w:val="003E4701"/>
    <w:rsid w:val="003F1178"/>
    <w:rsid w:val="003F3660"/>
    <w:rsid w:val="00427445"/>
    <w:rsid w:val="0043075D"/>
    <w:rsid w:val="00432F69"/>
    <w:rsid w:val="004370AE"/>
    <w:rsid w:val="004372C7"/>
    <w:rsid w:val="004555F8"/>
    <w:rsid w:val="00460E21"/>
    <w:rsid w:val="004953CB"/>
    <w:rsid w:val="004A0B7F"/>
    <w:rsid w:val="004A58F7"/>
    <w:rsid w:val="004A7987"/>
    <w:rsid w:val="004B0D4C"/>
    <w:rsid w:val="004B2F38"/>
    <w:rsid w:val="004C238F"/>
    <w:rsid w:val="004C76C8"/>
    <w:rsid w:val="004D4BA1"/>
    <w:rsid w:val="004D50D3"/>
    <w:rsid w:val="004E4C3C"/>
    <w:rsid w:val="004F3AC4"/>
    <w:rsid w:val="004F6365"/>
    <w:rsid w:val="005053CD"/>
    <w:rsid w:val="005473AD"/>
    <w:rsid w:val="0055262D"/>
    <w:rsid w:val="005572AF"/>
    <w:rsid w:val="0057175B"/>
    <w:rsid w:val="005854D2"/>
    <w:rsid w:val="005855E3"/>
    <w:rsid w:val="0058645D"/>
    <w:rsid w:val="00590535"/>
    <w:rsid w:val="005A0BCC"/>
    <w:rsid w:val="005A10F7"/>
    <w:rsid w:val="005A1206"/>
    <w:rsid w:val="005B2FFB"/>
    <w:rsid w:val="005B735B"/>
    <w:rsid w:val="005C4521"/>
    <w:rsid w:val="005D7991"/>
    <w:rsid w:val="005F271F"/>
    <w:rsid w:val="00622C3A"/>
    <w:rsid w:val="00633EF3"/>
    <w:rsid w:val="0065078B"/>
    <w:rsid w:val="00656E53"/>
    <w:rsid w:val="00661F93"/>
    <w:rsid w:val="00667E5E"/>
    <w:rsid w:val="006762F1"/>
    <w:rsid w:val="00683B07"/>
    <w:rsid w:val="00683D27"/>
    <w:rsid w:val="006A68BD"/>
    <w:rsid w:val="006D5F61"/>
    <w:rsid w:val="006D73F4"/>
    <w:rsid w:val="006D7E9E"/>
    <w:rsid w:val="006E508A"/>
    <w:rsid w:val="006F15F8"/>
    <w:rsid w:val="006F1B54"/>
    <w:rsid w:val="006F4D8E"/>
    <w:rsid w:val="006F7DA6"/>
    <w:rsid w:val="00702B14"/>
    <w:rsid w:val="00720E23"/>
    <w:rsid w:val="007317D9"/>
    <w:rsid w:val="007322EB"/>
    <w:rsid w:val="00733F4C"/>
    <w:rsid w:val="007358CA"/>
    <w:rsid w:val="00750F8C"/>
    <w:rsid w:val="007577D3"/>
    <w:rsid w:val="0076416D"/>
    <w:rsid w:val="00770848"/>
    <w:rsid w:val="00774E02"/>
    <w:rsid w:val="00777407"/>
    <w:rsid w:val="00777DD1"/>
    <w:rsid w:val="00793064"/>
    <w:rsid w:val="007A1297"/>
    <w:rsid w:val="007A6CB4"/>
    <w:rsid w:val="007B5D5C"/>
    <w:rsid w:val="007E3BB3"/>
    <w:rsid w:val="007F0315"/>
    <w:rsid w:val="007F2703"/>
    <w:rsid w:val="007F46FC"/>
    <w:rsid w:val="007F546B"/>
    <w:rsid w:val="007F7D26"/>
    <w:rsid w:val="00811411"/>
    <w:rsid w:val="0081700B"/>
    <w:rsid w:val="0082170B"/>
    <w:rsid w:val="008237AD"/>
    <w:rsid w:val="00844082"/>
    <w:rsid w:val="00872DC3"/>
    <w:rsid w:val="008738F0"/>
    <w:rsid w:val="00891E37"/>
    <w:rsid w:val="008931D5"/>
    <w:rsid w:val="00896534"/>
    <w:rsid w:val="008B0C95"/>
    <w:rsid w:val="008E1D12"/>
    <w:rsid w:val="008E1EEC"/>
    <w:rsid w:val="008F4908"/>
    <w:rsid w:val="008F7555"/>
    <w:rsid w:val="00905F20"/>
    <w:rsid w:val="00907E6A"/>
    <w:rsid w:val="0093424D"/>
    <w:rsid w:val="009460B2"/>
    <w:rsid w:val="00947704"/>
    <w:rsid w:val="00951BBE"/>
    <w:rsid w:val="00964B29"/>
    <w:rsid w:val="00970794"/>
    <w:rsid w:val="00971DB9"/>
    <w:rsid w:val="00973F1A"/>
    <w:rsid w:val="00975D4B"/>
    <w:rsid w:val="0098089B"/>
    <w:rsid w:val="00980CD9"/>
    <w:rsid w:val="009813C3"/>
    <w:rsid w:val="009A6A2A"/>
    <w:rsid w:val="009B06F7"/>
    <w:rsid w:val="009C0900"/>
    <w:rsid w:val="009E33D7"/>
    <w:rsid w:val="009E6B74"/>
    <w:rsid w:val="009F4602"/>
    <w:rsid w:val="00A0663F"/>
    <w:rsid w:val="00A17958"/>
    <w:rsid w:val="00A23362"/>
    <w:rsid w:val="00A24E81"/>
    <w:rsid w:val="00A30916"/>
    <w:rsid w:val="00A4422E"/>
    <w:rsid w:val="00A50BC8"/>
    <w:rsid w:val="00A8141D"/>
    <w:rsid w:val="00A837E3"/>
    <w:rsid w:val="00A946EC"/>
    <w:rsid w:val="00AA1D8D"/>
    <w:rsid w:val="00AA2260"/>
    <w:rsid w:val="00AA45AC"/>
    <w:rsid w:val="00AA6BCF"/>
    <w:rsid w:val="00AC589F"/>
    <w:rsid w:val="00AD7FAA"/>
    <w:rsid w:val="00AE32CA"/>
    <w:rsid w:val="00B12E44"/>
    <w:rsid w:val="00B342EB"/>
    <w:rsid w:val="00B4597E"/>
    <w:rsid w:val="00B47730"/>
    <w:rsid w:val="00B506A8"/>
    <w:rsid w:val="00B61013"/>
    <w:rsid w:val="00B650F0"/>
    <w:rsid w:val="00B72B5B"/>
    <w:rsid w:val="00B924B6"/>
    <w:rsid w:val="00BA45BC"/>
    <w:rsid w:val="00BB05FF"/>
    <w:rsid w:val="00BB2116"/>
    <w:rsid w:val="00BB7C2E"/>
    <w:rsid w:val="00BC57D8"/>
    <w:rsid w:val="00BC6C95"/>
    <w:rsid w:val="00BD3A7B"/>
    <w:rsid w:val="00BD6164"/>
    <w:rsid w:val="00BD6696"/>
    <w:rsid w:val="00BE0BA1"/>
    <w:rsid w:val="00BF6635"/>
    <w:rsid w:val="00C22A81"/>
    <w:rsid w:val="00C35179"/>
    <w:rsid w:val="00C4101F"/>
    <w:rsid w:val="00C42AA2"/>
    <w:rsid w:val="00C444BC"/>
    <w:rsid w:val="00C5765A"/>
    <w:rsid w:val="00C67E8E"/>
    <w:rsid w:val="00C72EF2"/>
    <w:rsid w:val="00C827C0"/>
    <w:rsid w:val="00C92902"/>
    <w:rsid w:val="00CA396F"/>
    <w:rsid w:val="00CA3E90"/>
    <w:rsid w:val="00CA5D2C"/>
    <w:rsid w:val="00CB0664"/>
    <w:rsid w:val="00CD478C"/>
    <w:rsid w:val="00CD724F"/>
    <w:rsid w:val="00CE5B07"/>
    <w:rsid w:val="00CE7AF1"/>
    <w:rsid w:val="00CF0841"/>
    <w:rsid w:val="00D038AC"/>
    <w:rsid w:val="00D1666A"/>
    <w:rsid w:val="00D16698"/>
    <w:rsid w:val="00D236FD"/>
    <w:rsid w:val="00D4218E"/>
    <w:rsid w:val="00D44120"/>
    <w:rsid w:val="00D539E7"/>
    <w:rsid w:val="00D53E09"/>
    <w:rsid w:val="00D705EC"/>
    <w:rsid w:val="00D71CCF"/>
    <w:rsid w:val="00D729B8"/>
    <w:rsid w:val="00D76DEF"/>
    <w:rsid w:val="00D832F0"/>
    <w:rsid w:val="00D86B63"/>
    <w:rsid w:val="00D930AD"/>
    <w:rsid w:val="00D964C2"/>
    <w:rsid w:val="00DC50A2"/>
    <w:rsid w:val="00DE0297"/>
    <w:rsid w:val="00DE370F"/>
    <w:rsid w:val="00DF6C4F"/>
    <w:rsid w:val="00E05911"/>
    <w:rsid w:val="00E07B2A"/>
    <w:rsid w:val="00E10500"/>
    <w:rsid w:val="00E23730"/>
    <w:rsid w:val="00E23D8A"/>
    <w:rsid w:val="00E24714"/>
    <w:rsid w:val="00E27FB3"/>
    <w:rsid w:val="00E32BE3"/>
    <w:rsid w:val="00E351B3"/>
    <w:rsid w:val="00E45C8F"/>
    <w:rsid w:val="00E51C88"/>
    <w:rsid w:val="00E6191E"/>
    <w:rsid w:val="00E62039"/>
    <w:rsid w:val="00E6552F"/>
    <w:rsid w:val="00E6669C"/>
    <w:rsid w:val="00E71D0F"/>
    <w:rsid w:val="00EA095D"/>
    <w:rsid w:val="00EA77E4"/>
    <w:rsid w:val="00EE3EF6"/>
    <w:rsid w:val="00F044B5"/>
    <w:rsid w:val="00F075E3"/>
    <w:rsid w:val="00F12F7C"/>
    <w:rsid w:val="00F22946"/>
    <w:rsid w:val="00F3275E"/>
    <w:rsid w:val="00F35E65"/>
    <w:rsid w:val="00F36B86"/>
    <w:rsid w:val="00F43DC7"/>
    <w:rsid w:val="00F43FFB"/>
    <w:rsid w:val="00F44F01"/>
    <w:rsid w:val="00F4720E"/>
    <w:rsid w:val="00F678A5"/>
    <w:rsid w:val="00F809C8"/>
    <w:rsid w:val="00F81CF1"/>
    <w:rsid w:val="00F84563"/>
    <w:rsid w:val="00F860DF"/>
    <w:rsid w:val="00FA136B"/>
    <w:rsid w:val="00FA512C"/>
    <w:rsid w:val="00FA730D"/>
    <w:rsid w:val="00FB1CB7"/>
    <w:rsid w:val="00FB4775"/>
    <w:rsid w:val="00FB6BBD"/>
    <w:rsid w:val="00FC2896"/>
    <w:rsid w:val="00FC693F"/>
    <w:rsid w:val="00FD003D"/>
    <w:rsid w:val="00FD0775"/>
    <w:rsid w:val="00FD0F8C"/>
    <w:rsid w:val="00FD4C1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288</cp:revision>
  <dcterms:created xsi:type="dcterms:W3CDTF">2026-08-18T16:23:00Z</dcterms:created>
  <dcterms:modified xsi:type="dcterms:W3CDTF">2026-09-21T19:57:00Z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