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7BA17C" w14:textId="415EC023" w:rsidR="003F3660" w:rsidRDefault="00980CD9" w:rsidP="00980CD9">
      <w:pPr>
        <w:tabs>
          <w:tab w:val="left" w:pos="708"/>
          <w:tab w:val="center" w:pos="7560"/>
        </w:tabs>
        <w:spacing w:after="40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8F004EA" wp14:editId="238BAB2A">
            <wp:simplePos x="0" y="0"/>
            <wp:positionH relativeFrom="column">
              <wp:posOffset>7620</wp:posOffset>
            </wp:positionH>
            <wp:positionV relativeFrom="paragraph">
              <wp:posOffset>-15240</wp:posOffset>
            </wp:positionV>
            <wp:extent cx="680085" cy="617220"/>
            <wp:effectExtent l="0" t="0" r="5715" b="0"/>
            <wp:wrapSquare wrapText="bothSides"/>
            <wp:docPr id="1400647354" name="Picture 1" descr="Barford Primary School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rford Primary School - Hom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085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32"/>
          <w:u w:val="single"/>
        </w:rPr>
        <w:t>Y</w:t>
      </w:r>
      <w:r w:rsidR="004555F8">
        <w:rPr>
          <w:b/>
          <w:sz w:val="32"/>
          <w:u w:val="single"/>
        </w:rPr>
        <w:t xml:space="preserve">ear </w:t>
      </w:r>
      <w:r w:rsidR="00BD6164">
        <w:rPr>
          <w:b/>
          <w:sz w:val="32"/>
          <w:u w:val="single"/>
        </w:rPr>
        <w:t>5</w:t>
      </w:r>
      <w:r w:rsidR="004555F8">
        <w:rPr>
          <w:b/>
          <w:sz w:val="32"/>
          <w:u w:val="single"/>
        </w:rPr>
        <w:t xml:space="preserve"> – Art and Design </w:t>
      </w:r>
      <w:r w:rsidR="00334094">
        <w:rPr>
          <w:b/>
          <w:sz w:val="32"/>
          <w:u w:val="single"/>
        </w:rPr>
        <w:t>Autumn 1, Spring 1, Summer 1</w:t>
      </w:r>
      <w:r w:rsidR="00334094">
        <w:rPr>
          <w:b/>
          <w:sz w:val="32"/>
          <w:u w:val="single"/>
        </w:rPr>
        <w:br/>
        <w:t>Design and Technology Autumn 2</w:t>
      </w:r>
      <w:r w:rsidR="006D7E9E">
        <w:rPr>
          <w:b/>
          <w:sz w:val="32"/>
          <w:u w:val="single"/>
        </w:rPr>
        <w:t xml:space="preserve">, Spring 2, Summer 2 </w:t>
      </w:r>
    </w:p>
    <w:p w14:paraId="26EEE140" w14:textId="22553848" w:rsidR="003F3660" w:rsidRDefault="00000000" w:rsidP="001C0978">
      <w:pPr>
        <w:spacing w:after="100"/>
        <w:jc w:val="center"/>
      </w:pPr>
      <w:r>
        <w:rPr>
          <w:sz w:val="18"/>
        </w:rPr>
        <w:t>Curriculum Overview Template – Birmingham 2026/27</w:t>
      </w:r>
    </w:p>
    <w:p w14:paraId="354412F7" w14:textId="2F771420" w:rsidR="003F3660" w:rsidRDefault="003F3660">
      <w:pPr>
        <w:spacing w:before="60" w:after="20"/>
      </w:pPr>
    </w:p>
    <w:p w14:paraId="0F9868D9" w14:textId="54D80FFD" w:rsidR="003F3660" w:rsidRDefault="00000000">
      <w:pPr>
        <w:spacing w:after="20"/>
      </w:pPr>
      <w:r>
        <w:rPr>
          <w:i/>
          <w:sz w:val="14"/>
        </w:rPr>
        <w:t>Half-term: 26–30 October 2026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134"/>
        <w:gridCol w:w="993"/>
        <w:gridCol w:w="709"/>
        <w:gridCol w:w="852"/>
        <w:gridCol w:w="992"/>
        <w:gridCol w:w="991"/>
        <w:gridCol w:w="1136"/>
        <w:gridCol w:w="1276"/>
        <w:gridCol w:w="284"/>
        <w:gridCol w:w="1417"/>
        <w:gridCol w:w="992"/>
        <w:gridCol w:w="852"/>
        <w:gridCol w:w="992"/>
        <w:gridCol w:w="851"/>
        <w:gridCol w:w="850"/>
        <w:gridCol w:w="806"/>
      </w:tblGrid>
      <w:tr w:rsidR="006D7E9E" w14:paraId="4F87C0E3" w14:textId="77777777" w:rsidTr="00202BEF">
        <w:trPr>
          <w:jc w:val="center"/>
        </w:trPr>
        <w:tc>
          <w:tcPr>
            <w:tcW w:w="1134" w:type="dxa"/>
            <w:shd w:val="clear" w:color="auto" w:fill="EAF2F8"/>
            <w:vAlign w:val="center"/>
          </w:tcPr>
          <w:p w14:paraId="6F567729" w14:textId="77777777" w:rsidR="006D7E9E" w:rsidRPr="001C0978" w:rsidRDefault="006D7E9E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949" w:type="dxa"/>
            <w:gridSpan w:val="7"/>
            <w:shd w:val="clear" w:color="auto" w:fill="F2F2F2"/>
            <w:vAlign w:val="center"/>
          </w:tcPr>
          <w:p w14:paraId="1E106704" w14:textId="4A7CBDD3" w:rsidR="006D7E9E" w:rsidRPr="006D7E9E" w:rsidRDefault="006D7E9E">
            <w:pPr>
              <w:jc w:val="center"/>
              <w:rPr>
                <w:b/>
                <w:bCs/>
                <w:sz w:val="14"/>
              </w:rPr>
            </w:pPr>
            <w:r w:rsidRPr="006D7E9E">
              <w:rPr>
                <w:b/>
                <w:bCs/>
                <w:sz w:val="14"/>
              </w:rPr>
              <w:t xml:space="preserve">Autumn 1 – Art and Design </w:t>
            </w:r>
          </w:p>
        </w:tc>
        <w:tc>
          <w:tcPr>
            <w:tcW w:w="284" w:type="dxa"/>
            <w:shd w:val="clear" w:color="auto" w:fill="FFF2CC"/>
            <w:vAlign w:val="center"/>
          </w:tcPr>
          <w:p w14:paraId="764CD273" w14:textId="77777777" w:rsidR="006D7E9E" w:rsidRDefault="006D7E9E">
            <w:pPr>
              <w:jc w:val="center"/>
              <w:rPr>
                <w:b/>
                <w:sz w:val="14"/>
              </w:rPr>
            </w:pPr>
          </w:p>
        </w:tc>
        <w:tc>
          <w:tcPr>
            <w:tcW w:w="6760" w:type="dxa"/>
            <w:gridSpan w:val="7"/>
            <w:shd w:val="clear" w:color="auto" w:fill="F2F2F2"/>
            <w:vAlign w:val="center"/>
          </w:tcPr>
          <w:p w14:paraId="224BC315" w14:textId="6B1F30BC" w:rsidR="006D7E9E" w:rsidRDefault="006D7E9E">
            <w:pPr>
              <w:jc w:val="center"/>
              <w:rPr>
                <w:sz w:val="14"/>
              </w:rPr>
            </w:pPr>
            <w:r w:rsidRPr="006D7E9E">
              <w:rPr>
                <w:b/>
                <w:bCs/>
                <w:sz w:val="14"/>
              </w:rPr>
              <w:t xml:space="preserve">Autumn </w:t>
            </w:r>
            <w:r>
              <w:rPr>
                <w:b/>
                <w:bCs/>
                <w:sz w:val="14"/>
              </w:rPr>
              <w:t>2</w:t>
            </w:r>
            <w:r w:rsidRPr="006D7E9E">
              <w:rPr>
                <w:b/>
                <w:bCs/>
                <w:sz w:val="14"/>
              </w:rPr>
              <w:t xml:space="preserve"> – </w:t>
            </w:r>
            <w:r>
              <w:rPr>
                <w:b/>
                <w:bCs/>
                <w:sz w:val="14"/>
              </w:rPr>
              <w:t>Design and Technology</w:t>
            </w:r>
          </w:p>
        </w:tc>
      </w:tr>
      <w:tr w:rsidR="003F3660" w14:paraId="14D097BA" w14:textId="77777777" w:rsidTr="00EE3EF6">
        <w:trPr>
          <w:jc w:val="center"/>
        </w:trPr>
        <w:tc>
          <w:tcPr>
            <w:tcW w:w="1134" w:type="dxa"/>
            <w:vMerge w:val="restart"/>
            <w:shd w:val="clear" w:color="auto" w:fill="EAF2F8"/>
            <w:vAlign w:val="center"/>
          </w:tcPr>
          <w:p w14:paraId="64FAFB83" w14:textId="5E4EE956" w:rsidR="003F3660" w:rsidRDefault="00000000">
            <w:pPr>
              <w:jc w:val="center"/>
            </w:pPr>
            <w:r w:rsidRPr="001C0978">
              <w:rPr>
                <w:b/>
                <w:sz w:val="18"/>
                <w:szCs w:val="18"/>
              </w:rPr>
              <w:t>AUTUMN</w:t>
            </w:r>
          </w:p>
        </w:tc>
        <w:tc>
          <w:tcPr>
            <w:tcW w:w="993" w:type="dxa"/>
            <w:shd w:val="clear" w:color="auto" w:fill="F2F2F2"/>
            <w:vAlign w:val="center"/>
          </w:tcPr>
          <w:p w14:paraId="0B8FB0A7" w14:textId="77777777" w:rsidR="003F3660" w:rsidRDefault="00000000">
            <w:pPr>
              <w:jc w:val="center"/>
            </w:pPr>
            <w:r>
              <w:rPr>
                <w:sz w:val="14"/>
              </w:rPr>
              <w:t>Week 1</w:t>
            </w:r>
          </w:p>
        </w:tc>
        <w:tc>
          <w:tcPr>
            <w:tcW w:w="709" w:type="dxa"/>
            <w:shd w:val="clear" w:color="auto" w:fill="F2F2F2"/>
            <w:vAlign w:val="center"/>
          </w:tcPr>
          <w:p w14:paraId="2278A4E7" w14:textId="77777777" w:rsidR="003F3660" w:rsidRDefault="00000000">
            <w:pPr>
              <w:jc w:val="center"/>
            </w:pPr>
            <w:r>
              <w:rPr>
                <w:sz w:val="14"/>
              </w:rPr>
              <w:t>Week 2</w:t>
            </w:r>
          </w:p>
        </w:tc>
        <w:tc>
          <w:tcPr>
            <w:tcW w:w="852" w:type="dxa"/>
            <w:shd w:val="clear" w:color="auto" w:fill="F2F2F2"/>
            <w:vAlign w:val="center"/>
          </w:tcPr>
          <w:p w14:paraId="095AE82B" w14:textId="77777777" w:rsidR="003F3660" w:rsidRDefault="00000000">
            <w:pPr>
              <w:jc w:val="center"/>
            </w:pPr>
            <w:r>
              <w:rPr>
                <w:sz w:val="14"/>
              </w:rPr>
              <w:t>Week 3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7F898093" w14:textId="77777777" w:rsidR="003F3660" w:rsidRDefault="00000000">
            <w:pPr>
              <w:jc w:val="center"/>
            </w:pPr>
            <w:r>
              <w:rPr>
                <w:sz w:val="14"/>
              </w:rPr>
              <w:t>Week 4</w:t>
            </w:r>
          </w:p>
        </w:tc>
        <w:tc>
          <w:tcPr>
            <w:tcW w:w="991" w:type="dxa"/>
            <w:shd w:val="clear" w:color="auto" w:fill="F2F2F2"/>
            <w:vAlign w:val="center"/>
          </w:tcPr>
          <w:p w14:paraId="59168821" w14:textId="77777777" w:rsidR="003F3660" w:rsidRDefault="00000000">
            <w:pPr>
              <w:jc w:val="center"/>
            </w:pPr>
            <w:r>
              <w:rPr>
                <w:sz w:val="14"/>
              </w:rPr>
              <w:t>Week 5</w:t>
            </w:r>
          </w:p>
        </w:tc>
        <w:tc>
          <w:tcPr>
            <w:tcW w:w="1136" w:type="dxa"/>
            <w:shd w:val="clear" w:color="auto" w:fill="F2F2F2"/>
            <w:vAlign w:val="center"/>
          </w:tcPr>
          <w:p w14:paraId="50713639" w14:textId="77777777" w:rsidR="003F3660" w:rsidRDefault="00000000">
            <w:pPr>
              <w:jc w:val="center"/>
            </w:pPr>
            <w:r>
              <w:rPr>
                <w:sz w:val="14"/>
              </w:rPr>
              <w:t>Week 6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223A198D" w14:textId="77777777" w:rsidR="003F3660" w:rsidRDefault="00000000">
            <w:pPr>
              <w:jc w:val="center"/>
            </w:pPr>
            <w:r>
              <w:rPr>
                <w:sz w:val="14"/>
              </w:rPr>
              <w:t>Week 7</w:t>
            </w:r>
          </w:p>
        </w:tc>
        <w:tc>
          <w:tcPr>
            <w:tcW w:w="284" w:type="dxa"/>
            <w:vMerge w:val="restart"/>
            <w:shd w:val="clear" w:color="auto" w:fill="FFF2CC"/>
            <w:vAlign w:val="center"/>
          </w:tcPr>
          <w:p w14:paraId="29F2FED4" w14:textId="77777777" w:rsidR="003F3660" w:rsidRDefault="00000000">
            <w:pPr>
              <w:jc w:val="center"/>
            </w:pPr>
            <w:r>
              <w:rPr>
                <w:b/>
                <w:sz w:val="14"/>
              </w:rPr>
              <w:t>HALF</w:t>
            </w:r>
            <w:r>
              <w:rPr>
                <w:b/>
                <w:sz w:val="14"/>
              </w:rPr>
              <w:br/>
              <w:t>TERM</w:t>
            </w:r>
            <w:r>
              <w:rPr>
                <w:b/>
                <w:sz w:val="14"/>
              </w:rPr>
              <w:br/>
              <w:t>BREAK</w:t>
            </w:r>
          </w:p>
        </w:tc>
        <w:tc>
          <w:tcPr>
            <w:tcW w:w="1417" w:type="dxa"/>
            <w:shd w:val="clear" w:color="auto" w:fill="F2F2F2"/>
            <w:vAlign w:val="center"/>
          </w:tcPr>
          <w:p w14:paraId="6A26E53A" w14:textId="77777777" w:rsidR="003F3660" w:rsidRDefault="00000000">
            <w:pPr>
              <w:jc w:val="center"/>
            </w:pPr>
            <w:r>
              <w:rPr>
                <w:sz w:val="14"/>
              </w:rPr>
              <w:t>Week 8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7134D695" w14:textId="77777777" w:rsidR="003F3660" w:rsidRDefault="00000000">
            <w:pPr>
              <w:jc w:val="center"/>
            </w:pPr>
            <w:r>
              <w:rPr>
                <w:sz w:val="14"/>
              </w:rPr>
              <w:t>Week 9</w:t>
            </w:r>
          </w:p>
        </w:tc>
        <w:tc>
          <w:tcPr>
            <w:tcW w:w="852" w:type="dxa"/>
            <w:shd w:val="clear" w:color="auto" w:fill="F2F2F2"/>
            <w:vAlign w:val="center"/>
          </w:tcPr>
          <w:p w14:paraId="1318FD48" w14:textId="77777777" w:rsidR="003F3660" w:rsidRDefault="00000000">
            <w:pPr>
              <w:jc w:val="center"/>
            </w:pPr>
            <w:r>
              <w:rPr>
                <w:sz w:val="14"/>
              </w:rPr>
              <w:t>Week 10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40B95D0B" w14:textId="77777777" w:rsidR="003F3660" w:rsidRDefault="00000000">
            <w:pPr>
              <w:jc w:val="center"/>
            </w:pPr>
            <w:r>
              <w:rPr>
                <w:sz w:val="14"/>
              </w:rPr>
              <w:t>Week 11</w:t>
            </w:r>
          </w:p>
        </w:tc>
        <w:tc>
          <w:tcPr>
            <w:tcW w:w="851" w:type="dxa"/>
            <w:shd w:val="clear" w:color="auto" w:fill="F2F2F2"/>
            <w:vAlign w:val="center"/>
          </w:tcPr>
          <w:p w14:paraId="22333714" w14:textId="77777777" w:rsidR="003F3660" w:rsidRDefault="00000000">
            <w:pPr>
              <w:jc w:val="center"/>
            </w:pPr>
            <w:r>
              <w:rPr>
                <w:sz w:val="14"/>
              </w:rPr>
              <w:t>Week 12</w:t>
            </w:r>
          </w:p>
        </w:tc>
        <w:tc>
          <w:tcPr>
            <w:tcW w:w="850" w:type="dxa"/>
            <w:shd w:val="clear" w:color="auto" w:fill="F2F2F2"/>
            <w:vAlign w:val="center"/>
          </w:tcPr>
          <w:p w14:paraId="21D4CA11" w14:textId="77777777" w:rsidR="003F3660" w:rsidRDefault="00000000">
            <w:pPr>
              <w:jc w:val="center"/>
            </w:pPr>
            <w:r>
              <w:rPr>
                <w:sz w:val="14"/>
              </w:rPr>
              <w:t>Week 13</w:t>
            </w:r>
          </w:p>
        </w:tc>
        <w:tc>
          <w:tcPr>
            <w:tcW w:w="806" w:type="dxa"/>
            <w:shd w:val="clear" w:color="auto" w:fill="F2F2F2"/>
            <w:vAlign w:val="center"/>
          </w:tcPr>
          <w:p w14:paraId="7B58B2CF" w14:textId="77777777" w:rsidR="003F3660" w:rsidRDefault="00000000">
            <w:pPr>
              <w:jc w:val="center"/>
            </w:pPr>
            <w:r>
              <w:rPr>
                <w:sz w:val="14"/>
              </w:rPr>
              <w:t>Week 14</w:t>
            </w:r>
          </w:p>
        </w:tc>
      </w:tr>
      <w:tr w:rsidR="00B650F0" w14:paraId="6B3BD032" w14:textId="77777777" w:rsidTr="00EE3EF6">
        <w:trPr>
          <w:jc w:val="center"/>
        </w:trPr>
        <w:tc>
          <w:tcPr>
            <w:tcW w:w="1134" w:type="dxa"/>
            <w:vMerge/>
          </w:tcPr>
          <w:p w14:paraId="21597D09" w14:textId="77777777" w:rsidR="00B650F0" w:rsidRDefault="00B650F0"/>
        </w:tc>
        <w:tc>
          <w:tcPr>
            <w:tcW w:w="3546" w:type="dxa"/>
            <w:gridSpan w:val="4"/>
            <w:shd w:val="clear" w:color="auto" w:fill="E6E6E6"/>
            <w:vAlign w:val="center"/>
          </w:tcPr>
          <w:p w14:paraId="3F727CF4" w14:textId="504DF4D6" w:rsidR="00B650F0" w:rsidRPr="00D71CCF" w:rsidRDefault="00B650F0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Drawing</w:t>
            </w:r>
            <w:r w:rsidR="000E76DA">
              <w:rPr>
                <w:color w:val="0070C0"/>
              </w:rPr>
              <w:t xml:space="preserve"> and Painting</w:t>
            </w:r>
            <w:r w:rsidR="007B5D5C">
              <w:rPr>
                <w:color w:val="0070C0"/>
              </w:rPr>
              <w:t xml:space="preserve"> </w:t>
            </w:r>
            <w:r>
              <w:rPr>
                <w:color w:val="0070C0"/>
              </w:rPr>
              <w:t xml:space="preserve">Block A </w:t>
            </w:r>
          </w:p>
        </w:tc>
        <w:tc>
          <w:tcPr>
            <w:tcW w:w="3403" w:type="dxa"/>
            <w:gridSpan w:val="3"/>
            <w:shd w:val="clear" w:color="auto" w:fill="E6E6E6"/>
            <w:vAlign w:val="center"/>
          </w:tcPr>
          <w:p w14:paraId="7FBE8811" w14:textId="1DFFBA32" w:rsidR="00B650F0" w:rsidRPr="00D71CCF" w:rsidRDefault="00B650F0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P</w:t>
            </w:r>
            <w:r w:rsidR="00F3275E">
              <w:rPr>
                <w:color w:val="0070C0"/>
              </w:rPr>
              <w:t>rintmaking</w:t>
            </w:r>
            <w:r w:rsidR="001A3E3C">
              <w:rPr>
                <w:color w:val="0070C0"/>
              </w:rPr>
              <w:t xml:space="preserve"> </w:t>
            </w:r>
            <w:r>
              <w:rPr>
                <w:color w:val="0070C0"/>
              </w:rPr>
              <w:t xml:space="preserve">Block B </w:t>
            </w:r>
          </w:p>
        </w:tc>
        <w:tc>
          <w:tcPr>
            <w:tcW w:w="284" w:type="dxa"/>
            <w:vMerge/>
          </w:tcPr>
          <w:p w14:paraId="4B76F99F" w14:textId="77777777" w:rsidR="00B650F0" w:rsidRDefault="00B650F0"/>
        </w:tc>
        <w:tc>
          <w:tcPr>
            <w:tcW w:w="3261" w:type="dxa"/>
            <w:gridSpan w:val="3"/>
            <w:shd w:val="clear" w:color="auto" w:fill="E6E6E6"/>
            <w:vAlign w:val="center"/>
          </w:tcPr>
          <w:p w14:paraId="3CEDDEB6" w14:textId="22D9909F" w:rsidR="00B650F0" w:rsidRPr="00D71CCF" w:rsidRDefault="00EE3EF6">
            <w:pPr>
              <w:jc w:val="center"/>
              <w:rPr>
                <w:color w:val="0070C0"/>
              </w:rPr>
            </w:pPr>
            <w:r>
              <w:t xml:space="preserve">Food and Nutrition </w:t>
            </w:r>
            <w:r w:rsidR="00B650F0">
              <w:t xml:space="preserve">Block A </w:t>
            </w:r>
          </w:p>
        </w:tc>
        <w:tc>
          <w:tcPr>
            <w:tcW w:w="2693" w:type="dxa"/>
            <w:gridSpan w:val="3"/>
            <w:shd w:val="clear" w:color="auto" w:fill="E6E6E6"/>
            <w:vAlign w:val="center"/>
          </w:tcPr>
          <w:p w14:paraId="3114E329" w14:textId="5279D65C" w:rsidR="00B650F0" w:rsidRDefault="00086E2E">
            <w:pPr>
              <w:jc w:val="center"/>
            </w:pPr>
            <w:r>
              <w:t>Systems</w:t>
            </w:r>
            <w:r w:rsidR="00B650F0">
              <w:t xml:space="preserve"> Block B </w:t>
            </w:r>
          </w:p>
        </w:tc>
        <w:tc>
          <w:tcPr>
            <w:tcW w:w="806" w:type="dxa"/>
            <w:vMerge w:val="restart"/>
            <w:shd w:val="clear" w:color="auto" w:fill="E6E6E6"/>
            <w:vAlign w:val="center"/>
          </w:tcPr>
          <w:p w14:paraId="7AFA3122" w14:textId="1D9AFACD" w:rsidR="00B650F0" w:rsidRDefault="00B650F0">
            <w:pPr>
              <w:jc w:val="center"/>
            </w:pPr>
            <w:r>
              <w:t>Flexible Content</w:t>
            </w:r>
            <w:r w:rsidR="00E10500">
              <w:t xml:space="preserve"> </w:t>
            </w:r>
          </w:p>
        </w:tc>
      </w:tr>
      <w:tr w:rsidR="00B650F0" w14:paraId="2F44F560" w14:textId="77777777" w:rsidTr="00667E5E">
        <w:trPr>
          <w:trHeight w:val="3340"/>
          <w:jc w:val="center"/>
        </w:trPr>
        <w:tc>
          <w:tcPr>
            <w:tcW w:w="1134" w:type="dxa"/>
            <w:vMerge/>
          </w:tcPr>
          <w:p w14:paraId="70AF0F43" w14:textId="77777777" w:rsidR="00B650F0" w:rsidRDefault="00B650F0" w:rsidP="007A1297"/>
        </w:tc>
        <w:tc>
          <w:tcPr>
            <w:tcW w:w="3546" w:type="dxa"/>
            <w:gridSpan w:val="4"/>
          </w:tcPr>
          <w:p w14:paraId="49A98549" w14:textId="7D9A90C6" w:rsidR="00667E5E" w:rsidRPr="00D76DEF" w:rsidRDefault="00E27FB3" w:rsidP="00667E5E">
            <w:pPr>
              <w:rPr>
                <w:b/>
                <w:bCs/>
                <w:color w:val="0070C0"/>
              </w:rPr>
            </w:pPr>
            <w:r w:rsidRPr="00E27FB3">
              <w:drawing>
                <wp:anchor distT="0" distB="0" distL="114300" distR="114300" simplePos="0" relativeHeight="251670528" behindDoc="0" locked="0" layoutInCell="1" allowOverlap="1" wp14:anchorId="6EF00C2E" wp14:editId="240F666A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1162685</wp:posOffset>
                  </wp:positionV>
                  <wp:extent cx="2114550" cy="762000"/>
                  <wp:effectExtent l="0" t="0" r="0" b="0"/>
                  <wp:wrapSquare wrapText="bothSides"/>
                  <wp:docPr id="50646503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6465038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4550" cy="7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E76DA" w:rsidRPr="000E76DA">
              <w:rPr>
                <w:b/>
                <w:bCs/>
                <w:color w:val="0070C0"/>
              </w:rPr>
              <w:drawing>
                <wp:anchor distT="0" distB="0" distL="114300" distR="114300" simplePos="0" relativeHeight="251669504" behindDoc="0" locked="0" layoutInCell="1" allowOverlap="1" wp14:anchorId="12D5A0FF" wp14:editId="18AC2B8A">
                  <wp:simplePos x="0" y="0"/>
                  <wp:positionH relativeFrom="column">
                    <wp:posOffset>35560</wp:posOffset>
                  </wp:positionH>
                  <wp:positionV relativeFrom="paragraph">
                    <wp:posOffset>21590</wp:posOffset>
                  </wp:positionV>
                  <wp:extent cx="2114550" cy="1137285"/>
                  <wp:effectExtent l="0" t="0" r="0" b="5715"/>
                  <wp:wrapSquare wrapText="bothSides"/>
                  <wp:docPr id="18318873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1887332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4550" cy="1137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9E3ADF7" w14:textId="45D453AB" w:rsidR="00667E5E" w:rsidRPr="00667E5E" w:rsidRDefault="00667E5E" w:rsidP="00667E5E"/>
        </w:tc>
        <w:tc>
          <w:tcPr>
            <w:tcW w:w="3403" w:type="dxa"/>
            <w:gridSpan w:val="3"/>
          </w:tcPr>
          <w:p w14:paraId="5EE113EF" w14:textId="74859D61" w:rsidR="00B650F0" w:rsidRDefault="00F3275E" w:rsidP="007A1297">
            <w:pPr>
              <w:rPr>
                <w:b/>
                <w:bCs/>
              </w:rPr>
            </w:pPr>
            <w:r w:rsidRPr="00F3275E">
              <w:rPr>
                <w:b/>
                <w:bCs/>
              </w:rPr>
              <w:drawing>
                <wp:anchor distT="0" distB="0" distL="114300" distR="114300" simplePos="0" relativeHeight="251671552" behindDoc="0" locked="0" layoutInCell="1" allowOverlap="1" wp14:anchorId="052B13D5" wp14:editId="5BB479F1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14605</wp:posOffset>
                  </wp:positionV>
                  <wp:extent cx="2023745" cy="861060"/>
                  <wp:effectExtent l="0" t="0" r="0" b="0"/>
                  <wp:wrapSquare wrapText="bothSides"/>
                  <wp:docPr id="6790464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04644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745" cy="861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E1D12" w:rsidRPr="001D439F">
              <w:rPr>
                <w:b/>
                <w:bCs/>
              </w:rPr>
              <w:t xml:space="preserve"> </w:t>
            </w:r>
          </w:p>
          <w:p w14:paraId="10528472" w14:textId="310A0EB3" w:rsidR="00973F1A" w:rsidRPr="00973F1A" w:rsidRDefault="002D6587" w:rsidP="00973F1A">
            <w:r w:rsidRPr="002D6587">
              <w:drawing>
                <wp:inline distT="0" distB="0" distL="0" distR="0" wp14:anchorId="69E2C6AF" wp14:editId="3BED29BA">
                  <wp:extent cx="2023745" cy="714375"/>
                  <wp:effectExtent l="0" t="0" r="0" b="9525"/>
                  <wp:docPr id="2886501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865016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745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7CED56F" w14:textId="77777777" w:rsidR="00973F1A" w:rsidRPr="00973F1A" w:rsidRDefault="00973F1A" w:rsidP="00973F1A"/>
          <w:p w14:paraId="234AB7C7" w14:textId="7B42C81A" w:rsidR="00973F1A" w:rsidRPr="00973F1A" w:rsidRDefault="00973F1A" w:rsidP="00973F1A"/>
          <w:p w14:paraId="35CB2171" w14:textId="77777777" w:rsidR="00973F1A" w:rsidRPr="00973F1A" w:rsidRDefault="00973F1A" w:rsidP="00973F1A"/>
          <w:p w14:paraId="2F857BCD" w14:textId="77777777" w:rsidR="00973F1A" w:rsidRPr="00973F1A" w:rsidRDefault="00973F1A" w:rsidP="00973F1A"/>
          <w:p w14:paraId="0F051077" w14:textId="6413B252" w:rsidR="00973F1A" w:rsidRDefault="00973F1A" w:rsidP="00973F1A">
            <w:pPr>
              <w:rPr>
                <w:b/>
                <w:bCs/>
              </w:rPr>
            </w:pPr>
          </w:p>
          <w:p w14:paraId="78130893" w14:textId="7208511D" w:rsidR="00973F1A" w:rsidRPr="00973F1A" w:rsidRDefault="00973F1A" w:rsidP="00973F1A"/>
          <w:p w14:paraId="22F27B42" w14:textId="7EE5F9E0" w:rsidR="00973F1A" w:rsidRPr="00973F1A" w:rsidRDefault="00973F1A" w:rsidP="00C827C0"/>
        </w:tc>
        <w:tc>
          <w:tcPr>
            <w:tcW w:w="284" w:type="dxa"/>
            <w:vMerge/>
          </w:tcPr>
          <w:p w14:paraId="4B6F5031" w14:textId="77777777" w:rsidR="00B650F0" w:rsidRDefault="00B650F0" w:rsidP="007A1297"/>
        </w:tc>
        <w:tc>
          <w:tcPr>
            <w:tcW w:w="3261" w:type="dxa"/>
            <w:gridSpan w:val="3"/>
          </w:tcPr>
          <w:p w14:paraId="728EC477" w14:textId="3C958EAB" w:rsidR="00B650F0" w:rsidRDefault="00086E2E" w:rsidP="00324151">
            <w:pPr>
              <w:jc w:val="center"/>
              <w:rPr>
                <w:b/>
                <w:bCs/>
                <w:color w:val="0070C0"/>
              </w:rPr>
            </w:pPr>
            <w:r w:rsidRPr="00086E2E">
              <w:rPr>
                <w:b/>
                <w:bCs/>
                <w:color w:val="0070C0"/>
              </w:rPr>
              <w:drawing>
                <wp:anchor distT="0" distB="0" distL="114300" distR="114300" simplePos="0" relativeHeight="251660288" behindDoc="0" locked="0" layoutInCell="1" allowOverlap="1" wp14:anchorId="0B9486F1" wp14:editId="20F82C2C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1320165</wp:posOffset>
                  </wp:positionV>
                  <wp:extent cx="1933575" cy="691515"/>
                  <wp:effectExtent l="0" t="0" r="9525" b="0"/>
                  <wp:wrapSquare wrapText="bothSides"/>
                  <wp:docPr id="89701400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7014004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3575" cy="691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42AA2" w:rsidRPr="00C42AA2">
              <w:rPr>
                <w:b/>
                <w:bCs/>
                <w:color w:val="0070C0"/>
              </w:rPr>
              <w:drawing>
                <wp:anchor distT="0" distB="0" distL="114300" distR="114300" simplePos="0" relativeHeight="251659264" behindDoc="0" locked="0" layoutInCell="1" allowOverlap="1" wp14:anchorId="6E29FD41" wp14:editId="7394D8A1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128905</wp:posOffset>
                  </wp:positionV>
                  <wp:extent cx="1933575" cy="1174115"/>
                  <wp:effectExtent l="0" t="0" r="9525" b="6985"/>
                  <wp:wrapSquare wrapText="bothSides"/>
                  <wp:docPr id="206589190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5891907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3575" cy="1174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3661E">
              <w:rPr>
                <w:b/>
                <w:bCs/>
              </w:rPr>
              <w:t>Why are our diets so different</w:t>
            </w:r>
            <w:r w:rsidR="00AD7FAA" w:rsidRPr="0043075D">
              <w:rPr>
                <w:b/>
                <w:bCs/>
              </w:rPr>
              <w:t xml:space="preserve">? </w:t>
            </w:r>
            <w:r w:rsidR="00B72B5B" w:rsidRPr="00B72B5B">
              <w:rPr>
                <w:b/>
                <w:bCs/>
                <w:color w:val="0070C0"/>
              </w:rPr>
              <w:t xml:space="preserve"> </w:t>
            </w:r>
          </w:p>
          <w:p w14:paraId="1A0BE37E" w14:textId="77777777" w:rsidR="00C42AA2" w:rsidRDefault="00C42AA2" w:rsidP="00324151">
            <w:pPr>
              <w:jc w:val="center"/>
              <w:rPr>
                <w:b/>
                <w:bCs/>
                <w:color w:val="0070C0"/>
              </w:rPr>
            </w:pPr>
          </w:p>
          <w:p w14:paraId="253FB566" w14:textId="52A5C579" w:rsidR="00C42AA2" w:rsidRPr="00D71CCF" w:rsidRDefault="00C42AA2" w:rsidP="00C42AA2">
            <w:pPr>
              <w:rPr>
                <w:b/>
                <w:bCs/>
                <w:color w:val="0070C0"/>
              </w:rPr>
            </w:pPr>
          </w:p>
        </w:tc>
        <w:tc>
          <w:tcPr>
            <w:tcW w:w="2693" w:type="dxa"/>
            <w:gridSpan w:val="3"/>
          </w:tcPr>
          <w:p w14:paraId="3E07C597" w14:textId="2924EDF3" w:rsidR="00B650F0" w:rsidRPr="0043075D" w:rsidRDefault="00683D27" w:rsidP="00793064">
            <w:pPr>
              <w:rPr>
                <w:b/>
                <w:bCs/>
              </w:rPr>
            </w:pPr>
            <w:r w:rsidRPr="00683D27">
              <w:rPr>
                <w:b/>
                <w:bCs/>
              </w:rPr>
              <w:drawing>
                <wp:anchor distT="0" distB="0" distL="114300" distR="114300" simplePos="0" relativeHeight="251662336" behindDoc="0" locked="0" layoutInCell="1" allowOverlap="1" wp14:anchorId="00FB8D26" wp14:editId="22E3A656">
                  <wp:simplePos x="0" y="0"/>
                  <wp:positionH relativeFrom="column">
                    <wp:posOffset>-15240</wp:posOffset>
                  </wp:positionH>
                  <wp:positionV relativeFrom="paragraph">
                    <wp:posOffset>1255395</wp:posOffset>
                  </wp:positionV>
                  <wp:extent cx="1572895" cy="835660"/>
                  <wp:effectExtent l="0" t="0" r="8255" b="2540"/>
                  <wp:wrapSquare wrapText="bothSides"/>
                  <wp:docPr id="18327098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2709899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2895" cy="835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83D27">
              <w:rPr>
                <w:b/>
                <w:bCs/>
              </w:rPr>
              <w:drawing>
                <wp:anchor distT="0" distB="0" distL="114300" distR="114300" simplePos="0" relativeHeight="251661312" behindDoc="0" locked="0" layoutInCell="1" allowOverlap="1" wp14:anchorId="0AF42A96" wp14:editId="70CDF3BA">
                  <wp:simplePos x="0" y="0"/>
                  <wp:positionH relativeFrom="column">
                    <wp:posOffset>-31750</wp:posOffset>
                  </wp:positionH>
                  <wp:positionV relativeFrom="paragraph">
                    <wp:posOffset>248920</wp:posOffset>
                  </wp:positionV>
                  <wp:extent cx="1572895" cy="986155"/>
                  <wp:effectExtent l="0" t="0" r="8255" b="4445"/>
                  <wp:wrapSquare wrapText="bothSides"/>
                  <wp:docPr id="204494858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4948586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2895" cy="986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17958" w:rsidRPr="00A17958">
              <w:t xml:space="preserve"> </w:t>
            </w:r>
            <w:r w:rsidR="00E07B2A" w:rsidRPr="0043075D">
              <w:rPr>
                <w:b/>
                <w:bCs/>
              </w:rPr>
              <w:t xml:space="preserve">How </w:t>
            </w:r>
            <w:r w:rsidR="00BF6635">
              <w:rPr>
                <w:b/>
                <w:bCs/>
              </w:rPr>
              <w:t xml:space="preserve">can we keep ourselves safe on the road? </w:t>
            </w:r>
            <w:r w:rsidR="00E07B2A" w:rsidRPr="0043075D">
              <w:rPr>
                <w:b/>
                <w:bCs/>
              </w:rPr>
              <w:t xml:space="preserve"> </w:t>
            </w:r>
            <w:r w:rsidR="00BF6635">
              <w:rPr>
                <w:b/>
                <w:bCs/>
              </w:rPr>
              <w:br/>
            </w:r>
            <w:r w:rsidR="00BF6635">
              <w:rPr>
                <w:b/>
                <w:bCs/>
              </w:rPr>
              <w:br/>
            </w:r>
            <w:r w:rsidR="00E07B2A" w:rsidRPr="0043075D">
              <w:rPr>
                <w:b/>
                <w:bCs/>
              </w:rPr>
              <w:br/>
            </w:r>
            <w:r w:rsidR="00E07B2A" w:rsidRPr="0043075D">
              <w:rPr>
                <w:b/>
                <w:bCs/>
              </w:rPr>
              <w:br/>
            </w:r>
          </w:p>
        </w:tc>
        <w:tc>
          <w:tcPr>
            <w:tcW w:w="806" w:type="dxa"/>
            <w:vMerge/>
          </w:tcPr>
          <w:p w14:paraId="3B0AFAD1" w14:textId="0032F5AE" w:rsidR="00B650F0" w:rsidRDefault="00B650F0" w:rsidP="00793064"/>
        </w:tc>
      </w:tr>
    </w:tbl>
    <w:p w14:paraId="03CEEFB9" w14:textId="77777777" w:rsidR="00AA45AC" w:rsidRDefault="00AA45AC">
      <w:pPr>
        <w:spacing w:before="60" w:after="20"/>
      </w:pPr>
    </w:p>
    <w:p w14:paraId="0FF039B9" w14:textId="77777777" w:rsidR="003F3660" w:rsidRDefault="00000000">
      <w:pPr>
        <w:spacing w:after="20"/>
      </w:pPr>
      <w:r>
        <w:rPr>
          <w:i/>
          <w:sz w:val="14"/>
        </w:rPr>
        <w:t>Half-term: 15–19 February 2027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163"/>
        <w:gridCol w:w="1247"/>
        <w:gridCol w:w="1079"/>
        <w:gridCol w:w="1191"/>
        <w:gridCol w:w="1275"/>
        <w:gridCol w:w="1023"/>
        <w:gridCol w:w="1104"/>
        <w:gridCol w:w="298"/>
        <w:gridCol w:w="1687"/>
        <w:gridCol w:w="1560"/>
        <w:gridCol w:w="6"/>
        <w:gridCol w:w="1269"/>
        <w:gridCol w:w="1057"/>
        <w:gridCol w:w="1165"/>
      </w:tblGrid>
      <w:tr w:rsidR="008237AD" w14:paraId="0392322A" w14:textId="77777777" w:rsidTr="00620CE3">
        <w:trPr>
          <w:jc w:val="center"/>
        </w:trPr>
        <w:tc>
          <w:tcPr>
            <w:tcW w:w="1163" w:type="dxa"/>
            <w:shd w:val="clear" w:color="auto" w:fill="EAF2F8"/>
            <w:vAlign w:val="center"/>
          </w:tcPr>
          <w:p w14:paraId="2CD3E275" w14:textId="77777777" w:rsidR="008237AD" w:rsidRPr="001C0978" w:rsidRDefault="008237AD" w:rsidP="008237A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919" w:type="dxa"/>
            <w:gridSpan w:val="6"/>
            <w:shd w:val="clear" w:color="auto" w:fill="F2F2F2"/>
            <w:vAlign w:val="center"/>
          </w:tcPr>
          <w:p w14:paraId="161C32D3" w14:textId="065341C4" w:rsidR="008237AD" w:rsidRDefault="008237AD" w:rsidP="008237AD">
            <w:pPr>
              <w:jc w:val="center"/>
              <w:rPr>
                <w:sz w:val="14"/>
              </w:rPr>
            </w:pPr>
            <w:r>
              <w:rPr>
                <w:b/>
                <w:bCs/>
                <w:sz w:val="14"/>
              </w:rPr>
              <w:t>Spring 1</w:t>
            </w:r>
            <w:r w:rsidRPr="006D7E9E">
              <w:rPr>
                <w:b/>
                <w:bCs/>
                <w:sz w:val="14"/>
              </w:rPr>
              <w:t xml:space="preserve"> – Art and Design</w:t>
            </w:r>
          </w:p>
        </w:tc>
        <w:tc>
          <w:tcPr>
            <w:tcW w:w="298" w:type="dxa"/>
            <w:shd w:val="clear" w:color="auto" w:fill="FFF2CC"/>
            <w:vAlign w:val="center"/>
          </w:tcPr>
          <w:p w14:paraId="52D6989A" w14:textId="77777777" w:rsidR="008237AD" w:rsidRDefault="008237AD" w:rsidP="008237AD">
            <w:pPr>
              <w:jc w:val="center"/>
              <w:rPr>
                <w:b/>
                <w:sz w:val="14"/>
              </w:rPr>
            </w:pPr>
          </w:p>
        </w:tc>
        <w:tc>
          <w:tcPr>
            <w:tcW w:w="6744" w:type="dxa"/>
            <w:gridSpan w:val="6"/>
            <w:shd w:val="clear" w:color="auto" w:fill="F2F2F2"/>
            <w:vAlign w:val="center"/>
          </w:tcPr>
          <w:p w14:paraId="484E6C01" w14:textId="5D0BF7BE" w:rsidR="008237AD" w:rsidRDefault="008237AD" w:rsidP="008237AD">
            <w:pPr>
              <w:jc w:val="center"/>
              <w:rPr>
                <w:sz w:val="14"/>
              </w:rPr>
            </w:pPr>
            <w:r>
              <w:rPr>
                <w:b/>
                <w:bCs/>
                <w:sz w:val="14"/>
              </w:rPr>
              <w:t>Spring 2</w:t>
            </w:r>
            <w:r w:rsidRPr="006D7E9E">
              <w:rPr>
                <w:b/>
                <w:bCs/>
                <w:sz w:val="14"/>
              </w:rPr>
              <w:t xml:space="preserve"> – </w:t>
            </w:r>
            <w:r>
              <w:rPr>
                <w:b/>
                <w:bCs/>
                <w:sz w:val="14"/>
              </w:rPr>
              <w:t>Design and Technology</w:t>
            </w:r>
          </w:p>
        </w:tc>
      </w:tr>
      <w:tr w:rsidR="008237AD" w14:paraId="2CD360D7" w14:textId="77777777" w:rsidTr="00E10500">
        <w:trPr>
          <w:jc w:val="center"/>
        </w:trPr>
        <w:tc>
          <w:tcPr>
            <w:tcW w:w="1163" w:type="dxa"/>
            <w:vMerge w:val="restart"/>
            <w:shd w:val="clear" w:color="auto" w:fill="EAF2F8"/>
            <w:vAlign w:val="center"/>
          </w:tcPr>
          <w:p w14:paraId="0DE31E64" w14:textId="77777777" w:rsidR="008237AD" w:rsidRDefault="008237AD" w:rsidP="008237AD">
            <w:pPr>
              <w:jc w:val="center"/>
            </w:pPr>
            <w:r w:rsidRPr="001C0978">
              <w:rPr>
                <w:b/>
                <w:sz w:val="18"/>
                <w:szCs w:val="18"/>
              </w:rPr>
              <w:t>SPRING</w:t>
            </w:r>
          </w:p>
        </w:tc>
        <w:tc>
          <w:tcPr>
            <w:tcW w:w="1247" w:type="dxa"/>
            <w:shd w:val="clear" w:color="auto" w:fill="F2F2F2"/>
            <w:vAlign w:val="center"/>
          </w:tcPr>
          <w:p w14:paraId="5D118DEF" w14:textId="77777777" w:rsidR="008237AD" w:rsidRDefault="008237AD" w:rsidP="008237AD">
            <w:pPr>
              <w:jc w:val="center"/>
            </w:pPr>
            <w:r>
              <w:rPr>
                <w:sz w:val="14"/>
              </w:rPr>
              <w:t>Week 1</w:t>
            </w:r>
          </w:p>
        </w:tc>
        <w:tc>
          <w:tcPr>
            <w:tcW w:w="1079" w:type="dxa"/>
            <w:shd w:val="clear" w:color="auto" w:fill="F2F2F2"/>
            <w:vAlign w:val="center"/>
          </w:tcPr>
          <w:p w14:paraId="057EFF17" w14:textId="77777777" w:rsidR="008237AD" w:rsidRDefault="008237AD" w:rsidP="008237AD">
            <w:pPr>
              <w:jc w:val="center"/>
            </w:pPr>
            <w:r>
              <w:rPr>
                <w:sz w:val="14"/>
              </w:rPr>
              <w:t>Week 2</w:t>
            </w:r>
          </w:p>
        </w:tc>
        <w:tc>
          <w:tcPr>
            <w:tcW w:w="1191" w:type="dxa"/>
            <w:shd w:val="clear" w:color="auto" w:fill="F2F2F2"/>
            <w:vAlign w:val="center"/>
          </w:tcPr>
          <w:p w14:paraId="740CD318" w14:textId="331B6F86" w:rsidR="008237AD" w:rsidRDefault="008237AD" w:rsidP="008237AD">
            <w:pPr>
              <w:jc w:val="center"/>
            </w:pPr>
            <w:r>
              <w:rPr>
                <w:sz w:val="14"/>
              </w:rPr>
              <w:t>Week 3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2B0B3356" w14:textId="77777777" w:rsidR="008237AD" w:rsidRDefault="008237AD" w:rsidP="008237AD">
            <w:pPr>
              <w:jc w:val="center"/>
            </w:pPr>
            <w:r>
              <w:rPr>
                <w:sz w:val="14"/>
              </w:rPr>
              <w:t>Week 4</w:t>
            </w:r>
          </w:p>
        </w:tc>
        <w:tc>
          <w:tcPr>
            <w:tcW w:w="1023" w:type="dxa"/>
            <w:shd w:val="clear" w:color="auto" w:fill="F2F2F2"/>
            <w:vAlign w:val="center"/>
          </w:tcPr>
          <w:p w14:paraId="67BD2835" w14:textId="77777777" w:rsidR="008237AD" w:rsidRDefault="008237AD" w:rsidP="008237AD">
            <w:pPr>
              <w:jc w:val="center"/>
            </w:pPr>
            <w:r>
              <w:rPr>
                <w:sz w:val="14"/>
              </w:rPr>
              <w:t>Week 5</w:t>
            </w:r>
          </w:p>
        </w:tc>
        <w:tc>
          <w:tcPr>
            <w:tcW w:w="1104" w:type="dxa"/>
            <w:shd w:val="clear" w:color="auto" w:fill="F2F2F2"/>
            <w:vAlign w:val="center"/>
          </w:tcPr>
          <w:p w14:paraId="5EBC5B69" w14:textId="77777777" w:rsidR="008237AD" w:rsidRDefault="008237AD" w:rsidP="008237AD">
            <w:pPr>
              <w:jc w:val="center"/>
            </w:pPr>
            <w:r>
              <w:rPr>
                <w:sz w:val="14"/>
              </w:rPr>
              <w:t>Week 6</w:t>
            </w:r>
          </w:p>
        </w:tc>
        <w:tc>
          <w:tcPr>
            <w:tcW w:w="298" w:type="dxa"/>
            <w:vMerge w:val="restart"/>
            <w:shd w:val="clear" w:color="auto" w:fill="FFF2CC"/>
            <w:vAlign w:val="center"/>
          </w:tcPr>
          <w:p w14:paraId="7B0BA308" w14:textId="77777777" w:rsidR="008237AD" w:rsidRDefault="008237AD" w:rsidP="008237AD">
            <w:pPr>
              <w:jc w:val="center"/>
            </w:pPr>
            <w:r>
              <w:rPr>
                <w:b/>
                <w:sz w:val="14"/>
              </w:rPr>
              <w:t>HALF</w:t>
            </w:r>
            <w:r>
              <w:rPr>
                <w:b/>
                <w:sz w:val="14"/>
              </w:rPr>
              <w:br/>
              <w:t>TERM</w:t>
            </w:r>
            <w:r>
              <w:rPr>
                <w:b/>
                <w:sz w:val="14"/>
              </w:rPr>
              <w:br/>
              <w:t>BREAK</w:t>
            </w:r>
          </w:p>
        </w:tc>
        <w:tc>
          <w:tcPr>
            <w:tcW w:w="1687" w:type="dxa"/>
            <w:shd w:val="clear" w:color="auto" w:fill="F2F2F2"/>
            <w:vAlign w:val="center"/>
          </w:tcPr>
          <w:p w14:paraId="087A6C96" w14:textId="77777777" w:rsidR="008237AD" w:rsidRDefault="008237AD" w:rsidP="008237AD">
            <w:pPr>
              <w:jc w:val="center"/>
            </w:pPr>
            <w:r>
              <w:rPr>
                <w:sz w:val="14"/>
              </w:rPr>
              <w:t>Week 7</w:t>
            </w:r>
          </w:p>
        </w:tc>
        <w:tc>
          <w:tcPr>
            <w:tcW w:w="1566" w:type="dxa"/>
            <w:gridSpan w:val="2"/>
            <w:shd w:val="clear" w:color="auto" w:fill="F2F2F2"/>
            <w:vAlign w:val="center"/>
          </w:tcPr>
          <w:p w14:paraId="5BA46193" w14:textId="77777777" w:rsidR="008237AD" w:rsidRDefault="008237AD" w:rsidP="008237AD">
            <w:pPr>
              <w:jc w:val="center"/>
            </w:pPr>
            <w:r>
              <w:rPr>
                <w:sz w:val="14"/>
              </w:rPr>
              <w:t>Week 8</w:t>
            </w:r>
          </w:p>
        </w:tc>
        <w:tc>
          <w:tcPr>
            <w:tcW w:w="1269" w:type="dxa"/>
            <w:shd w:val="clear" w:color="auto" w:fill="F2F2F2"/>
            <w:vAlign w:val="center"/>
          </w:tcPr>
          <w:p w14:paraId="4C402F40" w14:textId="77777777" w:rsidR="008237AD" w:rsidRDefault="008237AD" w:rsidP="008237AD">
            <w:pPr>
              <w:jc w:val="center"/>
            </w:pPr>
            <w:r>
              <w:rPr>
                <w:sz w:val="14"/>
              </w:rPr>
              <w:t>Week 9</w:t>
            </w:r>
          </w:p>
        </w:tc>
        <w:tc>
          <w:tcPr>
            <w:tcW w:w="1057" w:type="dxa"/>
            <w:shd w:val="clear" w:color="auto" w:fill="F2F2F2"/>
            <w:vAlign w:val="center"/>
          </w:tcPr>
          <w:p w14:paraId="556184D6" w14:textId="77777777" w:rsidR="008237AD" w:rsidRDefault="008237AD" w:rsidP="008237AD">
            <w:pPr>
              <w:jc w:val="center"/>
            </w:pPr>
            <w:r>
              <w:rPr>
                <w:sz w:val="14"/>
              </w:rPr>
              <w:t>Week 10</w:t>
            </w:r>
          </w:p>
        </w:tc>
        <w:tc>
          <w:tcPr>
            <w:tcW w:w="1165" w:type="dxa"/>
            <w:shd w:val="clear" w:color="auto" w:fill="F2F2F2"/>
            <w:vAlign w:val="center"/>
          </w:tcPr>
          <w:p w14:paraId="1931F6BD" w14:textId="77777777" w:rsidR="008237AD" w:rsidRDefault="008237AD" w:rsidP="008237AD">
            <w:pPr>
              <w:jc w:val="center"/>
            </w:pPr>
            <w:r>
              <w:rPr>
                <w:sz w:val="14"/>
              </w:rPr>
              <w:t>Week 11</w:t>
            </w:r>
          </w:p>
        </w:tc>
      </w:tr>
      <w:tr w:rsidR="008237AD" w14:paraId="4D722D0E" w14:textId="77777777" w:rsidTr="00EA095D">
        <w:trPr>
          <w:jc w:val="center"/>
        </w:trPr>
        <w:tc>
          <w:tcPr>
            <w:tcW w:w="1163" w:type="dxa"/>
            <w:vMerge/>
          </w:tcPr>
          <w:p w14:paraId="4436EA14" w14:textId="77777777" w:rsidR="008237AD" w:rsidRDefault="008237AD" w:rsidP="008237AD"/>
        </w:tc>
        <w:tc>
          <w:tcPr>
            <w:tcW w:w="3517" w:type="dxa"/>
            <w:gridSpan w:val="3"/>
            <w:shd w:val="clear" w:color="auto" w:fill="E6E6E6"/>
            <w:vAlign w:val="center"/>
          </w:tcPr>
          <w:p w14:paraId="1EE1B081" w14:textId="20DD6629" w:rsidR="008237AD" w:rsidRDefault="002D6587" w:rsidP="008237AD">
            <w:pPr>
              <w:jc w:val="center"/>
            </w:pPr>
            <w:r>
              <w:rPr>
                <w:color w:val="0070C0"/>
              </w:rPr>
              <w:t>Textiles and Collage</w:t>
            </w:r>
            <w:r w:rsidR="008237AD">
              <w:rPr>
                <w:color w:val="0070C0"/>
              </w:rPr>
              <w:t xml:space="preserve"> Block C</w:t>
            </w:r>
          </w:p>
        </w:tc>
        <w:tc>
          <w:tcPr>
            <w:tcW w:w="3402" w:type="dxa"/>
            <w:gridSpan w:val="3"/>
            <w:shd w:val="clear" w:color="auto" w:fill="E6E6E6"/>
            <w:vAlign w:val="center"/>
          </w:tcPr>
          <w:p w14:paraId="7742EE0D" w14:textId="5874537F" w:rsidR="008237AD" w:rsidRDefault="00002617" w:rsidP="008237AD">
            <w:pPr>
              <w:jc w:val="center"/>
            </w:pPr>
            <w:r>
              <w:rPr>
                <w:color w:val="00B0F0"/>
              </w:rPr>
              <w:t>3D</w:t>
            </w:r>
            <w:r w:rsidR="008237AD" w:rsidRPr="002E5110">
              <w:rPr>
                <w:color w:val="00B0F0"/>
              </w:rPr>
              <w:t xml:space="preserve"> Block D </w:t>
            </w:r>
          </w:p>
        </w:tc>
        <w:tc>
          <w:tcPr>
            <w:tcW w:w="298" w:type="dxa"/>
            <w:vMerge/>
          </w:tcPr>
          <w:p w14:paraId="5DB353AE" w14:textId="77777777" w:rsidR="008237AD" w:rsidRDefault="008237AD" w:rsidP="008237AD"/>
        </w:tc>
        <w:tc>
          <w:tcPr>
            <w:tcW w:w="3247" w:type="dxa"/>
            <w:gridSpan w:val="2"/>
            <w:shd w:val="clear" w:color="auto" w:fill="E6E6E6"/>
            <w:vAlign w:val="center"/>
          </w:tcPr>
          <w:p w14:paraId="7357835E" w14:textId="71F916E2" w:rsidR="008237AD" w:rsidRDefault="0043075D" w:rsidP="008237AD">
            <w:pPr>
              <w:jc w:val="center"/>
            </w:pPr>
            <w:r>
              <w:rPr>
                <w:b/>
                <w:lang w:val="en-GB"/>
              </w:rPr>
              <w:t>Textiles</w:t>
            </w:r>
            <w:r w:rsidR="008237AD">
              <w:rPr>
                <w:b/>
                <w:lang w:val="en-GB"/>
              </w:rPr>
              <w:t xml:space="preserve"> Block C</w:t>
            </w:r>
            <w:r w:rsidR="008237AD" w:rsidRPr="009460B2">
              <w:rPr>
                <w:b/>
                <w:lang w:val="en-GB"/>
              </w:rPr>
              <w:t xml:space="preserve"> </w:t>
            </w:r>
            <w:r w:rsidR="008237AD" w:rsidRPr="009460B2">
              <w:rPr>
                <w:lang w:val="en-GB"/>
              </w:rPr>
              <w:t xml:space="preserve"> </w:t>
            </w:r>
          </w:p>
        </w:tc>
        <w:tc>
          <w:tcPr>
            <w:tcW w:w="3497" w:type="dxa"/>
            <w:gridSpan w:val="4"/>
            <w:shd w:val="clear" w:color="auto" w:fill="E6E6E6"/>
            <w:vAlign w:val="center"/>
          </w:tcPr>
          <w:p w14:paraId="31A97820" w14:textId="318519E6" w:rsidR="008237AD" w:rsidRDefault="003D3AF2" w:rsidP="008237AD">
            <w:pPr>
              <w:jc w:val="center"/>
            </w:pPr>
            <w:r>
              <w:t>Food and Nutrition</w:t>
            </w:r>
            <w:r w:rsidR="008237AD">
              <w:t xml:space="preserve"> D</w:t>
            </w:r>
          </w:p>
        </w:tc>
      </w:tr>
      <w:tr w:rsidR="008237AD" w14:paraId="231874C9" w14:textId="77777777" w:rsidTr="00334F9D">
        <w:trPr>
          <w:trHeight w:val="62"/>
          <w:jc w:val="center"/>
        </w:trPr>
        <w:tc>
          <w:tcPr>
            <w:tcW w:w="1163" w:type="dxa"/>
            <w:vMerge/>
          </w:tcPr>
          <w:p w14:paraId="30374C3A" w14:textId="77777777" w:rsidR="008237AD" w:rsidRDefault="008237AD" w:rsidP="008237AD"/>
        </w:tc>
        <w:tc>
          <w:tcPr>
            <w:tcW w:w="3517" w:type="dxa"/>
            <w:gridSpan w:val="3"/>
          </w:tcPr>
          <w:p w14:paraId="1F69FA6D" w14:textId="224DC2E6" w:rsidR="00A8141D" w:rsidRDefault="005572AF" w:rsidP="00CD724F">
            <w:pPr>
              <w:rPr>
                <w:b/>
                <w:bCs/>
                <w:u w:val="single"/>
                <w:lang w:val="en-GB"/>
              </w:rPr>
            </w:pPr>
            <w:r w:rsidRPr="005572AF">
              <w:rPr>
                <w:lang w:val="en-GB"/>
              </w:rPr>
              <w:drawing>
                <wp:anchor distT="0" distB="0" distL="114300" distR="114300" simplePos="0" relativeHeight="251672576" behindDoc="0" locked="0" layoutInCell="1" allowOverlap="1" wp14:anchorId="72AB7DE4" wp14:editId="0E686D16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1268095</wp:posOffset>
                  </wp:positionV>
                  <wp:extent cx="2096135" cy="816610"/>
                  <wp:effectExtent l="0" t="0" r="0" b="2540"/>
                  <wp:wrapSquare wrapText="bothSides"/>
                  <wp:docPr id="10632431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3243113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6135" cy="816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439CC" w:rsidRPr="002439CC">
              <w:rPr>
                <w:b/>
                <w:bCs/>
                <w:u w:val="single"/>
                <w:lang w:val="en-GB"/>
              </w:rPr>
              <w:t xml:space="preserve"> </w:t>
            </w:r>
            <w:r w:rsidR="008237AD">
              <w:rPr>
                <w:b/>
                <w:bCs/>
                <w:u w:val="single"/>
                <w:lang w:val="en-GB"/>
              </w:rPr>
              <w:br/>
            </w:r>
            <w:r w:rsidRPr="005572AF">
              <w:rPr>
                <w:b/>
                <w:bCs/>
                <w:u w:val="single"/>
                <w:lang w:val="en-GB"/>
              </w:rPr>
              <w:drawing>
                <wp:inline distT="0" distB="0" distL="0" distR="0" wp14:anchorId="42675540" wp14:editId="113E58FC">
                  <wp:extent cx="2096135" cy="1102360"/>
                  <wp:effectExtent l="0" t="0" r="0" b="2540"/>
                  <wp:docPr id="14419341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193418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6135" cy="1102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303CAB4" w14:textId="6613791B" w:rsidR="005572AF" w:rsidRDefault="005572AF" w:rsidP="005572AF">
            <w:pPr>
              <w:rPr>
                <w:b/>
                <w:bCs/>
                <w:u w:val="single"/>
                <w:lang w:val="en-GB"/>
              </w:rPr>
            </w:pPr>
          </w:p>
          <w:p w14:paraId="3075E309" w14:textId="211E4BC7" w:rsidR="005572AF" w:rsidRPr="005572AF" w:rsidRDefault="005572AF" w:rsidP="005572AF">
            <w:pPr>
              <w:rPr>
                <w:lang w:val="en-GB"/>
              </w:rPr>
            </w:pPr>
          </w:p>
        </w:tc>
        <w:tc>
          <w:tcPr>
            <w:tcW w:w="3402" w:type="dxa"/>
            <w:gridSpan w:val="3"/>
          </w:tcPr>
          <w:p w14:paraId="094B3DAF" w14:textId="4EE94072" w:rsidR="008237AD" w:rsidRDefault="008237AD" w:rsidP="008237AD">
            <w:pPr>
              <w:rPr>
                <w:b/>
                <w:bCs/>
              </w:rPr>
            </w:pPr>
            <w:r w:rsidRPr="007577D3">
              <w:rPr>
                <w:b/>
                <w:bCs/>
                <w:color w:val="00B050"/>
              </w:rPr>
              <w:t xml:space="preserve"> </w:t>
            </w:r>
          </w:p>
          <w:p w14:paraId="69A7E459" w14:textId="74024C05" w:rsidR="008931D5" w:rsidRPr="000F443B" w:rsidRDefault="00622C3A" w:rsidP="008931D5">
            <w:r w:rsidRPr="00622C3A">
              <w:drawing>
                <wp:inline distT="0" distB="0" distL="0" distR="0" wp14:anchorId="172B45FE" wp14:editId="7228E395">
                  <wp:extent cx="2023110" cy="1105535"/>
                  <wp:effectExtent l="0" t="0" r="0" b="0"/>
                  <wp:docPr id="65379284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3792847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110" cy="1105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76D725" w14:textId="1FE4FA47" w:rsidR="008237AD" w:rsidRPr="000F443B" w:rsidRDefault="00F22946" w:rsidP="008237AD">
            <w:r w:rsidRPr="00F22946">
              <w:drawing>
                <wp:inline distT="0" distB="0" distL="0" distR="0" wp14:anchorId="2E623A0E" wp14:editId="0959F0C6">
                  <wp:extent cx="2023110" cy="713105"/>
                  <wp:effectExtent l="0" t="0" r="0" b="0"/>
                  <wp:docPr id="14313004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130040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110" cy="713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7FAA7E6" w14:textId="3AA5B004" w:rsidR="008237AD" w:rsidRPr="000F443B" w:rsidRDefault="008237AD" w:rsidP="008237AD"/>
          <w:p w14:paraId="3DE5C3C8" w14:textId="7CE6943E" w:rsidR="008237AD" w:rsidRPr="000F443B" w:rsidRDefault="008237AD" w:rsidP="008237AD"/>
          <w:p w14:paraId="0DA44E63" w14:textId="0D215BC6" w:rsidR="008237AD" w:rsidRDefault="008237AD" w:rsidP="008237AD">
            <w:pPr>
              <w:rPr>
                <w:b/>
                <w:bCs/>
              </w:rPr>
            </w:pPr>
          </w:p>
          <w:p w14:paraId="095E0303" w14:textId="2EE97B3B" w:rsidR="008237AD" w:rsidRPr="000F443B" w:rsidRDefault="008237AD" w:rsidP="008237AD">
            <w:r>
              <w:rPr>
                <w:b/>
                <w:bCs/>
              </w:rPr>
              <w:br/>
            </w:r>
          </w:p>
        </w:tc>
        <w:tc>
          <w:tcPr>
            <w:tcW w:w="298" w:type="dxa"/>
            <w:vMerge/>
          </w:tcPr>
          <w:p w14:paraId="76A63E89" w14:textId="77777777" w:rsidR="008237AD" w:rsidRDefault="008237AD" w:rsidP="008237AD"/>
        </w:tc>
        <w:tc>
          <w:tcPr>
            <w:tcW w:w="3247" w:type="dxa"/>
            <w:gridSpan w:val="2"/>
          </w:tcPr>
          <w:p w14:paraId="33752DD9" w14:textId="58DCCD91" w:rsidR="008237AD" w:rsidRPr="00165ECB" w:rsidRDefault="00E6669C" w:rsidP="00165ECB">
            <w:pPr>
              <w:rPr>
                <w:b/>
                <w:bCs/>
                <w:lang w:val="en-GB"/>
              </w:rPr>
            </w:pPr>
            <w:r w:rsidRPr="00E6669C">
              <w:rPr>
                <w:b/>
                <w:bCs/>
                <w:lang w:val="en-GB"/>
              </w:rPr>
              <w:drawing>
                <wp:anchor distT="0" distB="0" distL="114300" distR="114300" simplePos="0" relativeHeight="251664384" behindDoc="0" locked="0" layoutInCell="1" allowOverlap="1" wp14:anchorId="707F83E5" wp14:editId="4A18A063">
                  <wp:simplePos x="0" y="0"/>
                  <wp:positionH relativeFrom="column">
                    <wp:posOffset>8255</wp:posOffset>
                  </wp:positionH>
                  <wp:positionV relativeFrom="paragraph">
                    <wp:posOffset>1333500</wp:posOffset>
                  </wp:positionV>
                  <wp:extent cx="1924685" cy="687070"/>
                  <wp:effectExtent l="0" t="0" r="0" b="0"/>
                  <wp:wrapSquare wrapText="bothSides"/>
                  <wp:docPr id="3062234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6223413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4685" cy="687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65ECB" w:rsidRPr="00165ECB">
              <w:rPr>
                <w:b/>
                <w:bCs/>
                <w:lang w:val="en-GB"/>
              </w:rPr>
              <w:drawing>
                <wp:anchor distT="0" distB="0" distL="114300" distR="114300" simplePos="0" relativeHeight="251663360" behindDoc="0" locked="0" layoutInCell="1" allowOverlap="1" wp14:anchorId="0DBD2691" wp14:editId="6B1AD112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233680</wp:posOffset>
                  </wp:positionV>
                  <wp:extent cx="1924685" cy="1099820"/>
                  <wp:effectExtent l="0" t="0" r="0" b="5080"/>
                  <wp:wrapSquare wrapText="bothSides"/>
                  <wp:docPr id="119415534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4155344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4685" cy="1099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6669C">
              <w:rPr>
                <w:b/>
                <w:bCs/>
              </w:rPr>
              <w:t>Which fabric is ideal for creating a functional and hardwearing lunch bag?</w:t>
            </w:r>
            <w:r w:rsidR="00A4422E">
              <w:rPr>
                <w:b/>
                <w:bCs/>
                <w:lang w:val="en-GB"/>
              </w:rPr>
              <w:t xml:space="preserve"> </w:t>
            </w:r>
            <w:r w:rsidR="00165ECB">
              <w:rPr>
                <w:b/>
                <w:bCs/>
                <w:lang w:val="en-GB"/>
              </w:rPr>
              <w:br/>
            </w:r>
            <w:r w:rsidR="00165ECB">
              <w:rPr>
                <w:b/>
                <w:bCs/>
                <w:lang w:val="en-GB"/>
              </w:rPr>
              <w:br/>
            </w:r>
            <w:r w:rsidR="008237AD">
              <w:rPr>
                <w:b/>
                <w:bCs/>
                <w:lang w:val="en-GB"/>
              </w:rPr>
              <w:br/>
            </w:r>
            <w:r w:rsidR="008237AD">
              <w:rPr>
                <w:b/>
                <w:bCs/>
                <w:lang w:val="en-GB"/>
              </w:rPr>
              <w:br/>
            </w:r>
            <w:r w:rsidR="008237AD">
              <w:rPr>
                <w:b/>
                <w:bCs/>
                <w:lang w:val="en-GB"/>
              </w:rPr>
              <w:br/>
            </w:r>
            <w:r w:rsidR="008237AD">
              <w:rPr>
                <w:b/>
                <w:bCs/>
                <w:lang w:val="en-GB"/>
              </w:rPr>
              <w:br/>
            </w:r>
            <w:r w:rsidR="008237AD">
              <w:rPr>
                <w:b/>
                <w:bCs/>
                <w:lang w:val="en-GB"/>
              </w:rPr>
              <w:lastRenderedPageBreak/>
              <w:br/>
            </w:r>
            <w:r w:rsidR="008237AD">
              <w:rPr>
                <w:b/>
                <w:bCs/>
                <w:lang w:val="en-GB"/>
              </w:rPr>
              <w:br/>
            </w:r>
            <w:r w:rsidR="008237AD">
              <w:rPr>
                <w:b/>
                <w:bCs/>
                <w:lang w:val="en-GB"/>
              </w:rPr>
              <w:br/>
            </w:r>
          </w:p>
        </w:tc>
        <w:tc>
          <w:tcPr>
            <w:tcW w:w="3497" w:type="dxa"/>
            <w:gridSpan w:val="4"/>
          </w:tcPr>
          <w:p w14:paraId="2485263B" w14:textId="461DB399" w:rsidR="008237AD" w:rsidRPr="006762F1" w:rsidRDefault="00F12F7C" w:rsidP="008237AD">
            <w:pPr>
              <w:rPr>
                <w:b/>
                <w:bCs/>
                <w:color w:val="FFC000"/>
              </w:rPr>
            </w:pPr>
            <w:r w:rsidRPr="00F12F7C">
              <w:rPr>
                <w:b/>
                <w:bCs/>
              </w:rPr>
              <w:lastRenderedPageBreak/>
              <w:t>What can you learn from different cultures’ diets?</w:t>
            </w:r>
            <w:r>
              <w:rPr>
                <w:b/>
                <w:bCs/>
              </w:rPr>
              <w:br/>
            </w:r>
            <w:r w:rsidR="005B735B" w:rsidRPr="005B735B">
              <w:rPr>
                <w:b/>
                <w:bCs/>
                <w:lang w:val="en-GB"/>
              </w:rPr>
              <w:drawing>
                <wp:inline distT="0" distB="0" distL="0" distR="0" wp14:anchorId="7062166B" wp14:editId="7E030499">
                  <wp:extent cx="2083435" cy="1176020"/>
                  <wp:effectExtent l="0" t="0" r="0" b="5080"/>
                  <wp:docPr id="16121934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2193465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3435" cy="1176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35179">
              <w:rPr>
                <w:b/>
                <w:bCs/>
                <w:lang w:val="en-GB"/>
              </w:rPr>
              <w:br/>
            </w:r>
            <w:r w:rsidR="005B735B" w:rsidRPr="005B735B">
              <w:rPr>
                <w:b/>
                <w:bCs/>
                <w:color w:val="FFC000"/>
              </w:rPr>
              <w:drawing>
                <wp:inline distT="0" distB="0" distL="0" distR="0" wp14:anchorId="7C7FC0A2" wp14:editId="4C0DEEB4">
                  <wp:extent cx="2083435" cy="830580"/>
                  <wp:effectExtent l="0" t="0" r="0" b="7620"/>
                  <wp:docPr id="94000146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0001468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3435" cy="830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237AD">
              <w:rPr>
                <w:b/>
                <w:bCs/>
                <w:color w:val="FFC000"/>
              </w:rPr>
              <w:br/>
            </w:r>
            <w:r w:rsidR="008237AD">
              <w:rPr>
                <w:b/>
                <w:bCs/>
                <w:color w:val="FFC000"/>
              </w:rPr>
              <w:br/>
            </w:r>
            <w:r w:rsidR="008237AD">
              <w:rPr>
                <w:b/>
                <w:bCs/>
                <w:color w:val="FFC000"/>
              </w:rPr>
              <w:br/>
            </w:r>
            <w:r w:rsidR="008237AD">
              <w:rPr>
                <w:b/>
                <w:bCs/>
                <w:color w:val="FFC000"/>
              </w:rPr>
              <w:br/>
            </w:r>
            <w:r w:rsidR="008237AD">
              <w:rPr>
                <w:b/>
                <w:bCs/>
                <w:color w:val="FFC000"/>
              </w:rPr>
              <w:lastRenderedPageBreak/>
              <w:br/>
            </w:r>
            <w:r w:rsidR="008237AD">
              <w:rPr>
                <w:b/>
                <w:bCs/>
                <w:color w:val="FFC000"/>
              </w:rPr>
              <w:br/>
            </w:r>
            <w:r w:rsidR="008237AD">
              <w:rPr>
                <w:b/>
                <w:bCs/>
                <w:color w:val="FFC000"/>
              </w:rPr>
              <w:br/>
            </w:r>
          </w:p>
        </w:tc>
      </w:tr>
    </w:tbl>
    <w:p w14:paraId="3719F60D" w14:textId="2BA6EB61" w:rsidR="00FA136B" w:rsidRDefault="00FA136B">
      <w:pPr>
        <w:spacing w:after="20"/>
        <w:rPr>
          <w:i/>
          <w:sz w:val="14"/>
        </w:rPr>
      </w:pPr>
    </w:p>
    <w:p w14:paraId="15E534DD" w14:textId="77777777" w:rsidR="00FA136B" w:rsidRDefault="00FA136B">
      <w:pPr>
        <w:spacing w:after="20"/>
        <w:rPr>
          <w:i/>
          <w:sz w:val="14"/>
        </w:rPr>
      </w:pPr>
    </w:p>
    <w:p w14:paraId="0A0C8BA9" w14:textId="7A01108F" w:rsidR="003F3660" w:rsidRDefault="00000000">
      <w:pPr>
        <w:spacing w:after="20"/>
      </w:pPr>
      <w:r>
        <w:rPr>
          <w:i/>
          <w:sz w:val="14"/>
        </w:rPr>
        <w:t>Half-term: 31 May–4 June 2027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134"/>
        <w:gridCol w:w="1276"/>
        <w:gridCol w:w="1134"/>
        <w:gridCol w:w="992"/>
        <w:gridCol w:w="993"/>
        <w:gridCol w:w="779"/>
        <w:gridCol w:w="780"/>
        <w:gridCol w:w="976"/>
        <w:gridCol w:w="300"/>
        <w:gridCol w:w="1559"/>
        <w:gridCol w:w="850"/>
        <w:gridCol w:w="851"/>
        <w:gridCol w:w="1701"/>
        <w:gridCol w:w="787"/>
        <w:gridCol w:w="1008"/>
      </w:tblGrid>
      <w:tr w:rsidR="00656E53" w14:paraId="3AEA2AE7" w14:textId="77777777" w:rsidTr="00996331">
        <w:trPr>
          <w:jc w:val="center"/>
        </w:trPr>
        <w:tc>
          <w:tcPr>
            <w:tcW w:w="1134" w:type="dxa"/>
            <w:shd w:val="clear" w:color="auto" w:fill="EAF2F8"/>
            <w:vAlign w:val="center"/>
          </w:tcPr>
          <w:p w14:paraId="1E228216" w14:textId="77777777" w:rsidR="00656E53" w:rsidRPr="001C0978" w:rsidRDefault="00656E53">
            <w:pPr>
              <w:jc w:val="center"/>
              <w:rPr>
                <w:b/>
                <w:szCs w:val="16"/>
              </w:rPr>
            </w:pPr>
          </w:p>
        </w:tc>
        <w:tc>
          <w:tcPr>
            <w:tcW w:w="6930" w:type="dxa"/>
            <w:gridSpan w:val="7"/>
            <w:shd w:val="clear" w:color="auto" w:fill="F2F2F2"/>
            <w:vAlign w:val="center"/>
          </w:tcPr>
          <w:p w14:paraId="6A74A872" w14:textId="383CF0E5" w:rsidR="00656E53" w:rsidRDefault="00656E53">
            <w:pPr>
              <w:jc w:val="center"/>
              <w:rPr>
                <w:sz w:val="14"/>
              </w:rPr>
            </w:pPr>
            <w:r>
              <w:rPr>
                <w:b/>
                <w:bCs/>
                <w:sz w:val="14"/>
              </w:rPr>
              <w:t>Summer 1</w:t>
            </w:r>
            <w:r w:rsidRPr="006D7E9E">
              <w:rPr>
                <w:b/>
                <w:bCs/>
                <w:sz w:val="14"/>
              </w:rPr>
              <w:t xml:space="preserve"> – Art and Design</w:t>
            </w:r>
          </w:p>
        </w:tc>
        <w:tc>
          <w:tcPr>
            <w:tcW w:w="300" w:type="dxa"/>
            <w:shd w:val="clear" w:color="auto" w:fill="FFF2CC"/>
            <w:vAlign w:val="center"/>
          </w:tcPr>
          <w:p w14:paraId="186F0617" w14:textId="77777777" w:rsidR="00656E53" w:rsidRDefault="00656E53">
            <w:pPr>
              <w:jc w:val="center"/>
              <w:rPr>
                <w:b/>
                <w:sz w:val="14"/>
              </w:rPr>
            </w:pPr>
          </w:p>
        </w:tc>
        <w:tc>
          <w:tcPr>
            <w:tcW w:w="6756" w:type="dxa"/>
            <w:gridSpan w:val="6"/>
            <w:shd w:val="clear" w:color="auto" w:fill="F2F2F2"/>
            <w:vAlign w:val="center"/>
          </w:tcPr>
          <w:p w14:paraId="1BF2566C" w14:textId="2FA600C7" w:rsidR="00656E53" w:rsidRDefault="00656E53">
            <w:pPr>
              <w:jc w:val="center"/>
              <w:rPr>
                <w:sz w:val="14"/>
              </w:rPr>
            </w:pPr>
            <w:r>
              <w:rPr>
                <w:b/>
                <w:bCs/>
                <w:sz w:val="14"/>
              </w:rPr>
              <w:t>Summer 2</w:t>
            </w:r>
            <w:r w:rsidRPr="006D7E9E">
              <w:rPr>
                <w:b/>
                <w:bCs/>
                <w:sz w:val="14"/>
              </w:rPr>
              <w:t xml:space="preserve"> – </w:t>
            </w:r>
            <w:r>
              <w:rPr>
                <w:b/>
                <w:bCs/>
                <w:sz w:val="14"/>
              </w:rPr>
              <w:t>Design and Technology</w:t>
            </w:r>
          </w:p>
        </w:tc>
      </w:tr>
      <w:tr w:rsidR="002E5110" w14:paraId="477937AF" w14:textId="77777777" w:rsidTr="00BB05FF">
        <w:trPr>
          <w:jc w:val="center"/>
        </w:trPr>
        <w:tc>
          <w:tcPr>
            <w:tcW w:w="1134" w:type="dxa"/>
            <w:vMerge w:val="restart"/>
            <w:shd w:val="clear" w:color="auto" w:fill="EAF2F8"/>
            <w:vAlign w:val="center"/>
          </w:tcPr>
          <w:p w14:paraId="1E567923" w14:textId="77777777" w:rsidR="002E5110" w:rsidRDefault="002E5110">
            <w:pPr>
              <w:jc w:val="center"/>
            </w:pPr>
            <w:r w:rsidRPr="001C0978">
              <w:rPr>
                <w:b/>
                <w:szCs w:val="16"/>
              </w:rPr>
              <w:t>SUMMER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7671E3AA" w14:textId="77777777" w:rsidR="002E5110" w:rsidRDefault="002E5110">
            <w:pPr>
              <w:jc w:val="center"/>
            </w:pPr>
            <w:r>
              <w:rPr>
                <w:sz w:val="14"/>
              </w:rPr>
              <w:t>Week 1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0A37FA8E" w14:textId="77777777" w:rsidR="002E5110" w:rsidRDefault="002E5110">
            <w:pPr>
              <w:jc w:val="center"/>
            </w:pPr>
            <w:r>
              <w:rPr>
                <w:sz w:val="14"/>
              </w:rPr>
              <w:t>Week 2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61682DE5" w14:textId="7E77D720" w:rsidR="002E5110" w:rsidRDefault="002E5110" w:rsidP="002E5110">
            <w:r>
              <w:rPr>
                <w:sz w:val="14"/>
              </w:rPr>
              <w:t>Week 3</w:t>
            </w:r>
          </w:p>
        </w:tc>
        <w:tc>
          <w:tcPr>
            <w:tcW w:w="993" w:type="dxa"/>
            <w:shd w:val="clear" w:color="auto" w:fill="F2F2F2"/>
            <w:vAlign w:val="center"/>
          </w:tcPr>
          <w:p w14:paraId="74B5A43F" w14:textId="44403DF1" w:rsidR="002E5110" w:rsidRDefault="002E5110">
            <w:pPr>
              <w:jc w:val="center"/>
            </w:pPr>
            <w:r>
              <w:rPr>
                <w:sz w:val="14"/>
              </w:rPr>
              <w:t>Week 4</w:t>
            </w:r>
          </w:p>
        </w:tc>
        <w:tc>
          <w:tcPr>
            <w:tcW w:w="779" w:type="dxa"/>
            <w:shd w:val="clear" w:color="auto" w:fill="F2F2F2"/>
            <w:vAlign w:val="center"/>
          </w:tcPr>
          <w:p w14:paraId="1CF50BF8" w14:textId="543533CA" w:rsidR="002E5110" w:rsidRDefault="002E5110">
            <w:pPr>
              <w:jc w:val="center"/>
            </w:pPr>
            <w:r>
              <w:rPr>
                <w:sz w:val="14"/>
              </w:rPr>
              <w:t>Week 5</w:t>
            </w:r>
          </w:p>
        </w:tc>
        <w:tc>
          <w:tcPr>
            <w:tcW w:w="780" w:type="dxa"/>
            <w:shd w:val="clear" w:color="auto" w:fill="F2F2F2"/>
            <w:vAlign w:val="center"/>
          </w:tcPr>
          <w:p w14:paraId="776B00F7" w14:textId="7692CB41" w:rsidR="002E5110" w:rsidRDefault="002E5110">
            <w:pPr>
              <w:jc w:val="center"/>
            </w:pPr>
            <w:r>
              <w:t>Week 6</w:t>
            </w:r>
          </w:p>
        </w:tc>
        <w:tc>
          <w:tcPr>
            <w:tcW w:w="976" w:type="dxa"/>
            <w:shd w:val="clear" w:color="auto" w:fill="F2F2F2"/>
            <w:vAlign w:val="center"/>
          </w:tcPr>
          <w:p w14:paraId="5F10FC23" w14:textId="77777777" w:rsidR="002E5110" w:rsidRDefault="002E5110">
            <w:pPr>
              <w:jc w:val="center"/>
            </w:pPr>
            <w:r>
              <w:rPr>
                <w:sz w:val="14"/>
              </w:rPr>
              <w:t>Week 7</w:t>
            </w:r>
          </w:p>
        </w:tc>
        <w:tc>
          <w:tcPr>
            <w:tcW w:w="300" w:type="dxa"/>
            <w:vMerge w:val="restart"/>
            <w:shd w:val="clear" w:color="auto" w:fill="FFF2CC"/>
            <w:vAlign w:val="center"/>
          </w:tcPr>
          <w:p w14:paraId="29A5C706" w14:textId="77777777" w:rsidR="002E5110" w:rsidRDefault="002E5110">
            <w:pPr>
              <w:jc w:val="center"/>
            </w:pPr>
            <w:r>
              <w:rPr>
                <w:b/>
                <w:sz w:val="14"/>
              </w:rPr>
              <w:t>HALF</w:t>
            </w:r>
            <w:r>
              <w:rPr>
                <w:b/>
                <w:sz w:val="14"/>
              </w:rPr>
              <w:br/>
              <w:t>TERM</w:t>
            </w:r>
            <w:r>
              <w:rPr>
                <w:b/>
                <w:sz w:val="14"/>
              </w:rPr>
              <w:br/>
              <w:t>BREAK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57D0F1C4" w14:textId="77777777" w:rsidR="002E5110" w:rsidRDefault="002E5110">
            <w:pPr>
              <w:jc w:val="center"/>
            </w:pPr>
            <w:r>
              <w:rPr>
                <w:sz w:val="14"/>
              </w:rPr>
              <w:t>Week 8</w:t>
            </w:r>
          </w:p>
        </w:tc>
        <w:tc>
          <w:tcPr>
            <w:tcW w:w="850" w:type="dxa"/>
            <w:shd w:val="clear" w:color="auto" w:fill="F2F2F2"/>
            <w:vAlign w:val="center"/>
          </w:tcPr>
          <w:p w14:paraId="05D7DC13" w14:textId="77777777" w:rsidR="002E5110" w:rsidRDefault="002E5110">
            <w:pPr>
              <w:jc w:val="center"/>
            </w:pPr>
            <w:r>
              <w:rPr>
                <w:sz w:val="14"/>
              </w:rPr>
              <w:t>Week 9</w:t>
            </w:r>
          </w:p>
        </w:tc>
        <w:tc>
          <w:tcPr>
            <w:tcW w:w="851" w:type="dxa"/>
            <w:shd w:val="clear" w:color="auto" w:fill="F2F2F2"/>
            <w:vAlign w:val="center"/>
          </w:tcPr>
          <w:p w14:paraId="45227FA5" w14:textId="77777777" w:rsidR="002E5110" w:rsidRDefault="002E5110">
            <w:pPr>
              <w:jc w:val="center"/>
            </w:pPr>
            <w:r>
              <w:rPr>
                <w:sz w:val="14"/>
              </w:rPr>
              <w:t>Week 10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5787C65D" w14:textId="77777777" w:rsidR="002E5110" w:rsidRDefault="002E5110">
            <w:pPr>
              <w:jc w:val="center"/>
            </w:pPr>
            <w:r>
              <w:rPr>
                <w:sz w:val="14"/>
              </w:rPr>
              <w:t>Week 11</w:t>
            </w:r>
          </w:p>
        </w:tc>
        <w:tc>
          <w:tcPr>
            <w:tcW w:w="787" w:type="dxa"/>
            <w:shd w:val="clear" w:color="auto" w:fill="F2F2F2"/>
            <w:vAlign w:val="center"/>
          </w:tcPr>
          <w:p w14:paraId="0ED1CD6E" w14:textId="77777777" w:rsidR="002E5110" w:rsidRDefault="002E5110">
            <w:pPr>
              <w:jc w:val="center"/>
            </w:pPr>
            <w:r>
              <w:rPr>
                <w:sz w:val="14"/>
              </w:rPr>
              <w:t>Week 12</w:t>
            </w:r>
          </w:p>
        </w:tc>
        <w:tc>
          <w:tcPr>
            <w:tcW w:w="1008" w:type="dxa"/>
            <w:shd w:val="clear" w:color="auto" w:fill="F2F2F2"/>
            <w:vAlign w:val="center"/>
          </w:tcPr>
          <w:p w14:paraId="21C2C12A" w14:textId="77777777" w:rsidR="002E5110" w:rsidRDefault="002E5110">
            <w:pPr>
              <w:jc w:val="center"/>
            </w:pPr>
            <w:r>
              <w:rPr>
                <w:sz w:val="14"/>
              </w:rPr>
              <w:t>Week 13</w:t>
            </w:r>
          </w:p>
        </w:tc>
      </w:tr>
      <w:tr w:rsidR="003E4701" w14:paraId="70F32E35" w14:textId="77777777" w:rsidTr="00EA095D">
        <w:trPr>
          <w:jc w:val="center"/>
        </w:trPr>
        <w:tc>
          <w:tcPr>
            <w:tcW w:w="1134" w:type="dxa"/>
            <w:vMerge/>
          </w:tcPr>
          <w:p w14:paraId="1059FCBC" w14:textId="77777777" w:rsidR="003E4701" w:rsidRDefault="003E4701"/>
        </w:tc>
        <w:tc>
          <w:tcPr>
            <w:tcW w:w="3402" w:type="dxa"/>
            <w:gridSpan w:val="3"/>
            <w:shd w:val="clear" w:color="auto" w:fill="E6E6E6"/>
            <w:vAlign w:val="center"/>
          </w:tcPr>
          <w:p w14:paraId="06135785" w14:textId="36B75A5F" w:rsidR="003E4701" w:rsidRDefault="00002617">
            <w:pPr>
              <w:jc w:val="center"/>
            </w:pPr>
            <w:r>
              <w:t>Painting</w:t>
            </w:r>
            <w:r w:rsidR="003E4701">
              <w:t xml:space="preserve"> Block E </w:t>
            </w:r>
          </w:p>
        </w:tc>
        <w:tc>
          <w:tcPr>
            <w:tcW w:w="2552" w:type="dxa"/>
            <w:gridSpan w:val="3"/>
            <w:vMerge w:val="restart"/>
            <w:shd w:val="clear" w:color="auto" w:fill="E6E6E6"/>
            <w:vAlign w:val="center"/>
          </w:tcPr>
          <w:p w14:paraId="2F114051" w14:textId="012CFF5E" w:rsidR="003E4701" w:rsidRDefault="003E4701">
            <w:pPr>
              <w:jc w:val="center"/>
            </w:pPr>
            <w:r>
              <w:t xml:space="preserve">Creative Response Block F </w:t>
            </w:r>
          </w:p>
        </w:tc>
        <w:tc>
          <w:tcPr>
            <w:tcW w:w="976" w:type="dxa"/>
            <w:vMerge w:val="restart"/>
            <w:shd w:val="clear" w:color="auto" w:fill="E6E6E6"/>
            <w:vAlign w:val="center"/>
          </w:tcPr>
          <w:p w14:paraId="7852A83F" w14:textId="0DB7F544" w:rsidR="003E4701" w:rsidRDefault="003E4701">
            <w:pPr>
              <w:jc w:val="center"/>
            </w:pPr>
            <w:r>
              <w:t>Flexible Content</w:t>
            </w:r>
          </w:p>
        </w:tc>
        <w:tc>
          <w:tcPr>
            <w:tcW w:w="300" w:type="dxa"/>
            <w:vMerge/>
          </w:tcPr>
          <w:p w14:paraId="160D6CCE" w14:textId="77777777" w:rsidR="003E4701" w:rsidRDefault="003E4701"/>
        </w:tc>
        <w:tc>
          <w:tcPr>
            <w:tcW w:w="3260" w:type="dxa"/>
            <w:gridSpan w:val="3"/>
            <w:shd w:val="clear" w:color="auto" w:fill="E6E6E6"/>
            <w:vAlign w:val="center"/>
          </w:tcPr>
          <w:p w14:paraId="0F42D4BD" w14:textId="777B7E95" w:rsidR="003E4701" w:rsidRDefault="00E51C88">
            <w:pPr>
              <w:jc w:val="center"/>
            </w:pPr>
            <w:r>
              <w:t>Structures</w:t>
            </w:r>
            <w:r w:rsidR="00774E02">
              <w:t xml:space="preserve"> </w:t>
            </w:r>
            <w:r w:rsidR="003E4701">
              <w:t xml:space="preserve">Block E </w:t>
            </w:r>
          </w:p>
        </w:tc>
        <w:tc>
          <w:tcPr>
            <w:tcW w:w="3496" w:type="dxa"/>
            <w:gridSpan w:val="3"/>
            <w:shd w:val="clear" w:color="auto" w:fill="E6E6E6"/>
            <w:vAlign w:val="center"/>
          </w:tcPr>
          <w:p w14:paraId="7194B510" w14:textId="21BB87F2" w:rsidR="003E4701" w:rsidRDefault="00080E16">
            <w:pPr>
              <w:jc w:val="center"/>
            </w:pPr>
            <w:r>
              <w:t>Mechanisms</w:t>
            </w:r>
            <w:r w:rsidR="003E4701">
              <w:t xml:space="preserve"> Block F</w:t>
            </w:r>
          </w:p>
        </w:tc>
      </w:tr>
      <w:tr w:rsidR="003E4701" w14:paraId="3CD588A6" w14:textId="77777777" w:rsidTr="00733F4C">
        <w:trPr>
          <w:trHeight w:val="4342"/>
          <w:jc w:val="center"/>
        </w:trPr>
        <w:tc>
          <w:tcPr>
            <w:tcW w:w="1134" w:type="dxa"/>
            <w:vMerge/>
          </w:tcPr>
          <w:p w14:paraId="3C4089C9" w14:textId="77777777" w:rsidR="003E4701" w:rsidRDefault="003E4701" w:rsidP="00FA136B"/>
        </w:tc>
        <w:tc>
          <w:tcPr>
            <w:tcW w:w="3402" w:type="dxa"/>
            <w:gridSpan w:val="3"/>
          </w:tcPr>
          <w:p w14:paraId="3C81E77A" w14:textId="357556C1" w:rsidR="003E4701" w:rsidRDefault="00EA77E4" w:rsidP="00FA136B">
            <w:pPr>
              <w:jc w:val="center"/>
              <w:rPr>
                <w:noProof/>
              </w:rPr>
            </w:pPr>
            <w:r>
              <w:rPr>
                <w:noProof/>
              </w:rPr>
              <w:t xml:space="preserve"> </w:t>
            </w:r>
            <w:r w:rsidR="004B2F38">
              <w:rPr>
                <w:noProof/>
              </w:rPr>
              <w:t xml:space="preserve"> </w:t>
            </w:r>
            <w:r w:rsidR="004B2F38" w:rsidRPr="004B2F38">
              <w:rPr>
                <w:b/>
                <w:bCs/>
              </w:rPr>
              <w:t xml:space="preserve"> </w:t>
            </w:r>
          </w:p>
          <w:p w14:paraId="3395ADDE" w14:textId="2F5222E5" w:rsidR="001B5EE0" w:rsidRDefault="005473AD" w:rsidP="001B5EE0">
            <w:pPr>
              <w:rPr>
                <w:noProof/>
              </w:rPr>
            </w:pPr>
            <w:r w:rsidRPr="005473AD">
              <w:drawing>
                <wp:anchor distT="0" distB="0" distL="114300" distR="114300" simplePos="0" relativeHeight="251673600" behindDoc="0" locked="0" layoutInCell="1" allowOverlap="1" wp14:anchorId="2ED653D6" wp14:editId="044DE2DC">
                  <wp:simplePos x="0" y="0"/>
                  <wp:positionH relativeFrom="column">
                    <wp:posOffset>-16510</wp:posOffset>
                  </wp:positionH>
                  <wp:positionV relativeFrom="paragraph">
                    <wp:posOffset>1687195</wp:posOffset>
                  </wp:positionV>
                  <wp:extent cx="2023110" cy="721995"/>
                  <wp:effectExtent l="0" t="0" r="0" b="1905"/>
                  <wp:wrapSquare wrapText="bothSides"/>
                  <wp:docPr id="212736076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7360767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110" cy="721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473AD">
              <w:rPr>
                <w:noProof/>
              </w:rPr>
              <w:drawing>
                <wp:inline distT="0" distB="0" distL="0" distR="0" wp14:anchorId="13074C1E" wp14:editId="4879E691">
                  <wp:extent cx="2023110" cy="1655445"/>
                  <wp:effectExtent l="0" t="0" r="0" b="1905"/>
                  <wp:docPr id="13983806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838060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110" cy="1655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AEFAC36" w14:textId="081F2EC6" w:rsidR="001B5EE0" w:rsidRPr="001B5EE0" w:rsidRDefault="001B5EE0" w:rsidP="001B5EE0">
            <w:pPr>
              <w:ind w:firstLine="720"/>
            </w:pPr>
          </w:p>
        </w:tc>
        <w:tc>
          <w:tcPr>
            <w:tcW w:w="2552" w:type="dxa"/>
            <w:gridSpan w:val="3"/>
            <w:vMerge/>
          </w:tcPr>
          <w:p w14:paraId="0EBD0F86" w14:textId="3E332B67" w:rsidR="003E4701" w:rsidRPr="006762F1" w:rsidRDefault="003E4701" w:rsidP="00FA136B">
            <w:pPr>
              <w:rPr>
                <w:b/>
                <w:bCs/>
              </w:rPr>
            </w:pPr>
          </w:p>
        </w:tc>
        <w:tc>
          <w:tcPr>
            <w:tcW w:w="976" w:type="dxa"/>
            <w:vMerge/>
          </w:tcPr>
          <w:p w14:paraId="1540479D" w14:textId="364D6715" w:rsidR="003E4701" w:rsidRPr="006762F1" w:rsidRDefault="003E4701" w:rsidP="00FA136B">
            <w:pPr>
              <w:rPr>
                <w:b/>
                <w:bCs/>
              </w:rPr>
            </w:pPr>
          </w:p>
        </w:tc>
        <w:tc>
          <w:tcPr>
            <w:tcW w:w="300" w:type="dxa"/>
            <w:vMerge/>
          </w:tcPr>
          <w:p w14:paraId="5E0801FD" w14:textId="77777777" w:rsidR="003E4701" w:rsidRDefault="003E4701" w:rsidP="00FA136B"/>
        </w:tc>
        <w:tc>
          <w:tcPr>
            <w:tcW w:w="3260" w:type="dxa"/>
            <w:gridSpan w:val="3"/>
          </w:tcPr>
          <w:p w14:paraId="7EDF95D9" w14:textId="7545381A" w:rsidR="007322EB" w:rsidRDefault="007322EB" w:rsidP="007322EB">
            <w:pPr>
              <w:rPr>
                <w:b/>
                <w:bCs/>
                <w:color w:val="FFC000"/>
              </w:rPr>
            </w:pPr>
          </w:p>
          <w:p w14:paraId="5DA9B552" w14:textId="7F090AD3" w:rsidR="007322EB" w:rsidRDefault="007322EB" w:rsidP="007322EB"/>
          <w:p w14:paraId="60FCEBF2" w14:textId="70677ABB" w:rsidR="0082170B" w:rsidRPr="00733F4C" w:rsidRDefault="001C0F10" w:rsidP="0082170B">
            <w:pPr>
              <w:rPr>
                <w:b/>
                <w:bCs/>
              </w:rPr>
            </w:pPr>
            <w:r w:rsidRPr="001C0F10">
              <w:rPr>
                <w:b/>
                <w:bCs/>
              </w:rPr>
              <w:t>How are frames strengthened, reinforced and made rigid?</w:t>
            </w:r>
            <w:r w:rsidRPr="001C0F10">
              <w:rPr>
                <w:b/>
                <w:bCs/>
              </w:rPr>
              <w:drawing>
                <wp:anchor distT="0" distB="0" distL="114300" distR="114300" simplePos="0" relativeHeight="251666432" behindDoc="0" locked="0" layoutInCell="1" allowOverlap="1" wp14:anchorId="18295B78" wp14:editId="7D3A5DDA">
                  <wp:simplePos x="0" y="0"/>
                  <wp:positionH relativeFrom="column">
                    <wp:posOffset>-38735</wp:posOffset>
                  </wp:positionH>
                  <wp:positionV relativeFrom="paragraph">
                    <wp:posOffset>236855</wp:posOffset>
                  </wp:positionV>
                  <wp:extent cx="1932940" cy="1148715"/>
                  <wp:effectExtent l="0" t="0" r="0" b="0"/>
                  <wp:wrapSquare wrapText="bothSides"/>
                  <wp:docPr id="190532586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5325860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2940" cy="1148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C0F10">
              <w:rPr>
                <w:b/>
                <w:bCs/>
              </w:rPr>
              <w:drawing>
                <wp:anchor distT="0" distB="0" distL="114300" distR="114300" simplePos="0" relativeHeight="251665408" behindDoc="0" locked="0" layoutInCell="1" allowOverlap="1" wp14:anchorId="5B4DA567" wp14:editId="16F83D4E">
                  <wp:simplePos x="0" y="0"/>
                  <wp:positionH relativeFrom="column">
                    <wp:posOffset>-17145</wp:posOffset>
                  </wp:positionH>
                  <wp:positionV relativeFrom="paragraph">
                    <wp:posOffset>1374775</wp:posOffset>
                  </wp:positionV>
                  <wp:extent cx="1932940" cy="695960"/>
                  <wp:effectExtent l="0" t="0" r="0" b="8890"/>
                  <wp:wrapSquare wrapText="bothSides"/>
                  <wp:docPr id="195266677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2666779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2940" cy="695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496" w:type="dxa"/>
            <w:gridSpan w:val="3"/>
          </w:tcPr>
          <w:p w14:paraId="11607783" w14:textId="0E2161E3" w:rsidR="003E4701" w:rsidRDefault="00733F4C" w:rsidP="00FA136B">
            <w:r w:rsidRPr="00733F4C">
              <w:rPr>
                <w:b/>
                <w:bCs/>
                <w:lang w:val="en-GB"/>
              </w:rPr>
              <w:drawing>
                <wp:anchor distT="0" distB="0" distL="114300" distR="114300" simplePos="0" relativeHeight="251668480" behindDoc="0" locked="0" layoutInCell="1" allowOverlap="1" wp14:anchorId="13F0221F" wp14:editId="1EF20B93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1270635</wp:posOffset>
                  </wp:positionV>
                  <wp:extent cx="2082800" cy="777240"/>
                  <wp:effectExtent l="0" t="0" r="0" b="3810"/>
                  <wp:wrapSquare wrapText="bothSides"/>
                  <wp:docPr id="11049839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498396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2800" cy="777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83B07" w:rsidRPr="00683B07">
              <w:rPr>
                <w:b/>
                <w:bCs/>
                <w:lang w:val="en-GB"/>
              </w:rPr>
              <w:drawing>
                <wp:anchor distT="0" distB="0" distL="114300" distR="114300" simplePos="0" relativeHeight="251667456" behindDoc="0" locked="0" layoutInCell="1" allowOverlap="1" wp14:anchorId="69D8ADFD" wp14:editId="58D6B860">
                  <wp:simplePos x="0" y="0"/>
                  <wp:positionH relativeFrom="column">
                    <wp:posOffset>-31750</wp:posOffset>
                  </wp:positionH>
                  <wp:positionV relativeFrom="paragraph">
                    <wp:posOffset>144145</wp:posOffset>
                  </wp:positionV>
                  <wp:extent cx="2082800" cy="1101090"/>
                  <wp:effectExtent l="0" t="0" r="0" b="3810"/>
                  <wp:wrapSquare wrapText="bothSides"/>
                  <wp:docPr id="27389960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3899600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2800" cy="1101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80E16" w:rsidRPr="00080E16">
              <w:rPr>
                <w:b/>
                <w:bCs/>
              </w:rPr>
              <w:t>How can you lift a car onto a roof?</w:t>
            </w:r>
            <w:r w:rsidR="00080E16">
              <w:rPr>
                <w:b/>
                <w:bCs/>
              </w:rPr>
              <w:br/>
            </w:r>
            <w:r w:rsidR="00080E16">
              <w:rPr>
                <w:b/>
                <w:bCs/>
              </w:rPr>
              <w:br/>
            </w:r>
            <w:r w:rsidR="006A68BD">
              <w:rPr>
                <w:b/>
                <w:bCs/>
                <w:lang w:val="en-GB"/>
              </w:rPr>
              <w:br/>
            </w:r>
            <w:r w:rsidR="006A68BD">
              <w:rPr>
                <w:b/>
                <w:bCs/>
                <w:lang w:val="en-GB"/>
              </w:rPr>
              <w:br/>
            </w:r>
            <w:r w:rsidR="00D729B8">
              <w:br/>
            </w:r>
            <w:r w:rsidR="00D729B8">
              <w:br/>
            </w:r>
            <w:r w:rsidR="00D729B8">
              <w:br/>
            </w:r>
            <w:r w:rsidR="00D729B8">
              <w:br/>
            </w:r>
            <w:r w:rsidR="00D729B8">
              <w:br/>
            </w:r>
            <w:r w:rsidR="00D729B8">
              <w:br/>
            </w:r>
            <w:r w:rsidR="00D729B8">
              <w:br/>
            </w:r>
            <w:r w:rsidR="00D729B8">
              <w:br/>
            </w:r>
          </w:p>
        </w:tc>
      </w:tr>
    </w:tbl>
    <w:p w14:paraId="66E81AA6" w14:textId="77777777" w:rsidR="003F3660" w:rsidRDefault="003F3660">
      <w:pPr>
        <w:spacing w:after="0"/>
      </w:pPr>
    </w:p>
    <w:p w14:paraId="7153440B" w14:textId="66E79BA8" w:rsidR="003F3660" w:rsidRDefault="003F3660">
      <w:pPr>
        <w:spacing w:before="80" w:after="0"/>
      </w:pPr>
    </w:p>
    <w:sectPr w:rsidR="003F3660" w:rsidSect="00034616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20B085A"/>
    <w:multiLevelType w:val="hybridMultilevel"/>
    <w:tmpl w:val="A21A2DDA"/>
    <w:lvl w:ilvl="0" w:tplc="BCB605D2">
      <w:numFmt w:val="bullet"/>
      <w:lvlText w:val=""/>
      <w:lvlJc w:val="left"/>
      <w:pPr>
        <w:ind w:left="488" w:hanging="360"/>
      </w:pPr>
      <w:rPr>
        <w:rFonts w:ascii="Symbol" w:eastAsiaTheme="minorEastAsia" w:hAnsi="Symbol" w:cstheme="minorBidi" w:hint="default"/>
        <w:u w:val="none"/>
      </w:rPr>
    </w:lvl>
    <w:lvl w:ilvl="1" w:tplc="08090003" w:tentative="1">
      <w:start w:val="1"/>
      <w:numFmt w:val="bullet"/>
      <w:lvlText w:val="o"/>
      <w:lvlJc w:val="left"/>
      <w:pPr>
        <w:ind w:left="12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48" w:hanging="360"/>
      </w:pPr>
      <w:rPr>
        <w:rFonts w:ascii="Wingdings" w:hAnsi="Wingdings" w:hint="default"/>
      </w:rPr>
    </w:lvl>
  </w:abstractNum>
  <w:abstractNum w:abstractNumId="10" w15:restartNumberingAfterBreak="0">
    <w:nsid w:val="09523310"/>
    <w:multiLevelType w:val="hybridMultilevel"/>
    <w:tmpl w:val="E606F808"/>
    <w:lvl w:ilvl="0" w:tplc="A5927570">
      <w:numFmt w:val="bullet"/>
      <w:lvlText w:val=""/>
      <w:lvlJc w:val="left"/>
      <w:pPr>
        <w:ind w:left="473" w:hanging="360"/>
      </w:pPr>
      <w:rPr>
        <w:rFonts w:ascii="Symbol" w:eastAsiaTheme="minorEastAsia" w:hAnsi="Symbol" w:cstheme="minorBidi" w:hint="default"/>
        <w:u w:val="none"/>
      </w:rPr>
    </w:lvl>
    <w:lvl w:ilvl="1" w:tplc="08090003" w:tentative="1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33" w:hanging="360"/>
      </w:pPr>
      <w:rPr>
        <w:rFonts w:ascii="Wingdings" w:hAnsi="Wingdings" w:hint="default"/>
      </w:rPr>
    </w:lvl>
  </w:abstractNum>
  <w:abstractNum w:abstractNumId="11" w15:restartNumberingAfterBreak="0">
    <w:nsid w:val="100E234D"/>
    <w:multiLevelType w:val="hybridMultilevel"/>
    <w:tmpl w:val="D32AA5F2"/>
    <w:lvl w:ilvl="0" w:tplc="E65C1A8E">
      <w:start w:val="1"/>
      <w:numFmt w:val="bullet"/>
      <w:lvlText w:val="•"/>
      <w:lvlJc w:val="left"/>
      <w:pPr>
        <w:ind w:left="11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36BE7160">
      <w:start w:val="1"/>
      <w:numFmt w:val="bullet"/>
      <w:lvlText w:val="o"/>
      <w:lvlJc w:val="left"/>
      <w:pPr>
        <w:ind w:left="11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E8B61A02">
      <w:start w:val="1"/>
      <w:numFmt w:val="bullet"/>
      <w:lvlText w:val="▪"/>
      <w:lvlJc w:val="left"/>
      <w:pPr>
        <w:ind w:left="19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4014CCDA">
      <w:start w:val="1"/>
      <w:numFmt w:val="bullet"/>
      <w:lvlText w:val="•"/>
      <w:lvlJc w:val="left"/>
      <w:pPr>
        <w:ind w:left="26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65781850">
      <w:start w:val="1"/>
      <w:numFmt w:val="bullet"/>
      <w:lvlText w:val="o"/>
      <w:lvlJc w:val="left"/>
      <w:pPr>
        <w:ind w:left="334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FD321632">
      <w:start w:val="1"/>
      <w:numFmt w:val="bullet"/>
      <w:lvlText w:val="▪"/>
      <w:lvlJc w:val="left"/>
      <w:pPr>
        <w:ind w:left="406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C8EA3F76">
      <w:start w:val="1"/>
      <w:numFmt w:val="bullet"/>
      <w:lvlText w:val="•"/>
      <w:lvlJc w:val="left"/>
      <w:pPr>
        <w:ind w:left="47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F96EAE54">
      <w:start w:val="1"/>
      <w:numFmt w:val="bullet"/>
      <w:lvlText w:val="o"/>
      <w:lvlJc w:val="left"/>
      <w:pPr>
        <w:ind w:left="55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7908A634">
      <w:start w:val="1"/>
      <w:numFmt w:val="bullet"/>
      <w:lvlText w:val="▪"/>
      <w:lvlJc w:val="left"/>
      <w:pPr>
        <w:ind w:left="62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2" w15:restartNumberingAfterBreak="0">
    <w:nsid w:val="1CF16DF0"/>
    <w:multiLevelType w:val="hybridMultilevel"/>
    <w:tmpl w:val="BC42DE78"/>
    <w:lvl w:ilvl="0" w:tplc="2EFC0112">
      <w:start w:val="1"/>
      <w:numFmt w:val="bullet"/>
      <w:lvlText w:val="•"/>
      <w:lvlJc w:val="left"/>
      <w:pPr>
        <w:ind w:left="12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87B251C6">
      <w:start w:val="1"/>
      <w:numFmt w:val="bullet"/>
      <w:lvlText w:val="o"/>
      <w:lvlJc w:val="left"/>
      <w:pPr>
        <w:ind w:left="118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AAE825DA">
      <w:start w:val="1"/>
      <w:numFmt w:val="bullet"/>
      <w:lvlText w:val="▪"/>
      <w:lvlJc w:val="left"/>
      <w:pPr>
        <w:ind w:left="190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68305A64">
      <w:start w:val="1"/>
      <w:numFmt w:val="bullet"/>
      <w:lvlText w:val="•"/>
      <w:lvlJc w:val="left"/>
      <w:pPr>
        <w:ind w:left="262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2A3CC8FE">
      <w:start w:val="1"/>
      <w:numFmt w:val="bullet"/>
      <w:lvlText w:val="o"/>
      <w:lvlJc w:val="left"/>
      <w:pPr>
        <w:ind w:left="334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4C62B664">
      <w:start w:val="1"/>
      <w:numFmt w:val="bullet"/>
      <w:lvlText w:val="▪"/>
      <w:lvlJc w:val="left"/>
      <w:pPr>
        <w:ind w:left="406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C57CCE9E">
      <w:start w:val="1"/>
      <w:numFmt w:val="bullet"/>
      <w:lvlText w:val="•"/>
      <w:lvlJc w:val="left"/>
      <w:pPr>
        <w:ind w:left="478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158E4F4C">
      <w:start w:val="1"/>
      <w:numFmt w:val="bullet"/>
      <w:lvlText w:val="o"/>
      <w:lvlJc w:val="left"/>
      <w:pPr>
        <w:ind w:left="550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7C02B790">
      <w:start w:val="1"/>
      <w:numFmt w:val="bullet"/>
      <w:lvlText w:val="▪"/>
      <w:lvlJc w:val="left"/>
      <w:pPr>
        <w:ind w:left="622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3" w15:restartNumberingAfterBreak="0">
    <w:nsid w:val="38444979"/>
    <w:multiLevelType w:val="hybridMultilevel"/>
    <w:tmpl w:val="C9020D92"/>
    <w:lvl w:ilvl="0" w:tplc="12EE76F4">
      <w:start w:val="20"/>
      <w:numFmt w:val="bullet"/>
      <w:lvlText w:val="-"/>
      <w:lvlJc w:val="left"/>
      <w:pPr>
        <w:ind w:left="482" w:hanging="360"/>
      </w:pPr>
      <w:rPr>
        <w:rFonts w:ascii="Arial" w:eastAsiaTheme="minorEastAsia" w:hAnsi="Arial" w:cs="Aria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0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2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4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6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8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0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2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42" w:hanging="360"/>
      </w:pPr>
      <w:rPr>
        <w:rFonts w:ascii="Wingdings" w:hAnsi="Wingdings" w:hint="default"/>
      </w:rPr>
    </w:lvl>
  </w:abstractNum>
  <w:abstractNum w:abstractNumId="14" w15:restartNumberingAfterBreak="0">
    <w:nsid w:val="3CCF1874"/>
    <w:multiLevelType w:val="hybridMultilevel"/>
    <w:tmpl w:val="8104EEF6"/>
    <w:lvl w:ilvl="0" w:tplc="E27EA6DC">
      <w:start w:val="1"/>
      <w:numFmt w:val="bullet"/>
      <w:lvlText w:val="•"/>
      <w:lvlJc w:val="left"/>
      <w:pPr>
        <w:ind w:left="11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D0EDB6C">
      <w:start w:val="1"/>
      <w:numFmt w:val="bullet"/>
      <w:lvlText w:val="o"/>
      <w:lvlJc w:val="left"/>
      <w:pPr>
        <w:ind w:left="118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5358E802">
      <w:start w:val="1"/>
      <w:numFmt w:val="bullet"/>
      <w:lvlText w:val="▪"/>
      <w:lvlJc w:val="left"/>
      <w:pPr>
        <w:ind w:left="190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29D4246A">
      <w:start w:val="1"/>
      <w:numFmt w:val="bullet"/>
      <w:lvlText w:val="•"/>
      <w:lvlJc w:val="left"/>
      <w:pPr>
        <w:ind w:left="262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5A909D40">
      <w:start w:val="1"/>
      <w:numFmt w:val="bullet"/>
      <w:lvlText w:val="o"/>
      <w:lvlJc w:val="left"/>
      <w:pPr>
        <w:ind w:left="334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0BA62CDA">
      <w:start w:val="1"/>
      <w:numFmt w:val="bullet"/>
      <w:lvlText w:val="▪"/>
      <w:lvlJc w:val="left"/>
      <w:pPr>
        <w:ind w:left="406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EE329EEC">
      <w:start w:val="1"/>
      <w:numFmt w:val="bullet"/>
      <w:lvlText w:val="•"/>
      <w:lvlJc w:val="left"/>
      <w:pPr>
        <w:ind w:left="478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5C78CA5C">
      <w:start w:val="1"/>
      <w:numFmt w:val="bullet"/>
      <w:lvlText w:val="o"/>
      <w:lvlJc w:val="left"/>
      <w:pPr>
        <w:ind w:left="550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BB10D46E">
      <w:start w:val="1"/>
      <w:numFmt w:val="bullet"/>
      <w:lvlText w:val="▪"/>
      <w:lvlJc w:val="left"/>
      <w:pPr>
        <w:ind w:left="622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5" w15:restartNumberingAfterBreak="0">
    <w:nsid w:val="41D25289"/>
    <w:multiLevelType w:val="hybridMultilevel"/>
    <w:tmpl w:val="98EC00D4"/>
    <w:lvl w:ilvl="0" w:tplc="D7021E8E">
      <w:start w:val="20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405E95"/>
    <w:multiLevelType w:val="hybridMultilevel"/>
    <w:tmpl w:val="C4BAC4FA"/>
    <w:lvl w:ilvl="0" w:tplc="3340A132">
      <w:start w:val="1"/>
      <w:numFmt w:val="bullet"/>
      <w:lvlText w:val="•"/>
      <w:lvlJc w:val="left"/>
      <w:pPr>
        <w:ind w:left="11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854E940E">
      <w:start w:val="1"/>
      <w:numFmt w:val="bullet"/>
      <w:lvlText w:val="o"/>
      <w:lvlJc w:val="left"/>
      <w:pPr>
        <w:ind w:left="117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861454D0">
      <w:start w:val="1"/>
      <w:numFmt w:val="bullet"/>
      <w:lvlText w:val="▪"/>
      <w:lvlJc w:val="left"/>
      <w:pPr>
        <w:ind w:left="189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24DA3974">
      <w:start w:val="1"/>
      <w:numFmt w:val="bullet"/>
      <w:lvlText w:val="•"/>
      <w:lvlJc w:val="left"/>
      <w:pPr>
        <w:ind w:left="261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5ED81B22">
      <w:start w:val="1"/>
      <w:numFmt w:val="bullet"/>
      <w:lvlText w:val="o"/>
      <w:lvlJc w:val="left"/>
      <w:pPr>
        <w:ind w:left="333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4596FDA6">
      <w:start w:val="1"/>
      <w:numFmt w:val="bullet"/>
      <w:lvlText w:val="▪"/>
      <w:lvlJc w:val="left"/>
      <w:pPr>
        <w:ind w:left="405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64F8EBF8">
      <w:start w:val="1"/>
      <w:numFmt w:val="bullet"/>
      <w:lvlText w:val="•"/>
      <w:lvlJc w:val="left"/>
      <w:pPr>
        <w:ind w:left="477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3F422B38">
      <w:start w:val="1"/>
      <w:numFmt w:val="bullet"/>
      <w:lvlText w:val="o"/>
      <w:lvlJc w:val="left"/>
      <w:pPr>
        <w:ind w:left="549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5ACA5E26">
      <w:start w:val="1"/>
      <w:numFmt w:val="bullet"/>
      <w:lvlText w:val="▪"/>
      <w:lvlJc w:val="left"/>
      <w:pPr>
        <w:ind w:left="621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7" w15:restartNumberingAfterBreak="0">
    <w:nsid w:val="42FD1B79"/>
    <w:multiLevelType w:val="hybridMultilevel"/>
    <w:tmpl w:val="56DCB1C6"/>
    <w:lvl w:ilvl="0" w:tplc="A30EC4D4">
      <w:start w:val="1"/>
      <w:numFmt w:val="bullet"/>
      <w:lvlText w:val="•"/>
      <w:lvlJc w:val="left"/>
      <w:pPr>
        <w:ind w:left="13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A7BA1688">
      <w:start w:val="1"/>
      <w:numFmt w:val="bullet"/>
      <w:lvlText w:val="o"/>
      <w:lvlJc w:val="left"/>
      <w:pPr>
        <w:ind w:left="11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C6A88FF0">
      <w:start w:val="1"/>
      <w:numFmt w:val="bullet"/>
      <w:lvlText w:val="▪"/>
      <w:lvlJc w:val="left"/>
      <w:pPr>
        <w:ind w:left="19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4D6EFD38">
      <w:start w:val="1"/>
      <w:numFmt w:val="bullet"/>
      <w:lvlText w:val="•"/>
      <w:lvlJc w:val="left"/>
      <w:pPr>
        <w:ind w:left="26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A24FBFC">
      <w:start w:val="1"/>
      <w:numFmt w:val="bullet"/>
      <w:lvlText w:val="o"/>
      <w:lvlJc w:val="left"/>
      <w:pPr>
        <w:ind w:left="334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3D60EA4">
      <w:start w:val="1"/>
      <w:numFmt w:val="bullet"/>
      <w:lvlText w:val="▪"/>
      <w:lvlJc w:val="left"/>
      <w:pPr>
        <w:ind w:left="406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F6DE6D50">
      <w:start w:val="1"/>
      <w:numFmt w:val="bullet"/>
      <w:lvlText w:val="•"/>
      <w:lvlJc w:val="left"/>
      <w:pPr>
        <w:ind w:left="47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23C0F546">
      <w:start w:val="1"/>
      <w:numFmt w:val="bullet"/>
      <w:lvlText w:val="o"/>
      <w:lvlJc w:val="left"/>
      <w:pPr>
        <w:ind w:left="55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13482FB0">
      <w:start w:val="1"/>
      <w:numFmt w:val="bullet"/>
      <w:lvlText w:val="▪"/>
      <w:lvlJc w:val="left"/>
      <w:pPr>
        <w:ind w:left="62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8" w15:restartNumberingAfterBreak="0">
    <w:nsid w:val="537033D7"/>
    <w:multiLevelType w:val="hybridMultilevel"/>
    <w:tmpl w:val="F53EF31E"/>
    <w:lvl w:ilvl="0" w:tplc="571C5242">
      <w:start w:val="1"/>
      <w:numFmt w:val="bullet"/>
      <w:lvlText w:val="•"/>
      <w:lvlJc w:val="left"/>
      <w:pPr>
        <w:ind w:left="13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1FD6ADD0">
      <w:start w:val="1"/>
      <w:numFmt w:val="bullet"/>
      <w:lvlText w:val="o"/>
      <w:lvlJc w:val="left"/>
      <w:pPr>
        <w:ind w:left="11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9F621F00">
      <w:start w:val="1"/>
      <w:numFmt w:val="bullet"/>
      <w:lvlText w:val="▪"/>
      <w:lvlJc w:val="left"/>
      <w:pPr>
        <w:ind w:left="19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B6182408">
      <w:start w:val="1"/>
      <w:numFmt w:val="bullet"/>
      <w:lvlText w:val="•"/>
      <w:lvlJc w:val="left"/>
      <w:pPr>
        <w:ind w:left="26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AEE63A78">
      <w:start w:val="1"/>
      <w:numFmt w:val="bullet"/>
      <w:lvlText w:val="o"/>
      <w:lvlJc w:val="left"/>
      <w:pPr>
        <w:ind w:left="334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5CEC3C16">
      <w:start w:val="1"/>
      <w:numFmt w:val="bullet"/>
      <w:lvlText w:val="▪"/>
      <w:lvlJc w:val="left"/>
      <w:pPr>
        <w:ind w:left="406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7F76718E">
      <w:start w:val="1"/>
      <w:numFmt w:val="bullet"/>
      <w:lvlText w:val="•"/>
      <w:lvlJc w:val="left"/>
      <w:pPr>
        <w:ind w:left="47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DB18CF26">
      <w:start w:val="1"/>
      <w:numFmt w:val="bullet"/>
      <w:lvlText w:val="o"/>
      <w:lvlJc w:val="left"/>
      <w:pPr>
        <w:ind w:left="55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7A62A530">
      <w:start w:val="1"/>
      <w:numFmt w:val="bullet"/>
      <w:lvlText w:val="▪"/>
      <w:lvlJc w:val="left"/>
      <w:pPr>
        <w:ind w:left="62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9" w15:restartNumberingAfterBreak="0">
    <w:nsid w:val="550F7572"/>
    <w:multiLevelType w:val="hybridMultilevel"/>
    <w:tmpl w:val="E7FA1ABE"/>
    <w:lvl w:ilvl="0" w:tplc="7526B05A">
      <w:start w:val="1"/>
      <w:numFmt w:val="bullet"/>
      <w:lvlText w:val="•"/>
      <w:lvlJc w:val="left"/>
      <w:pPr>
        <w:ind w:left="12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10308814">
      <w:start w:val="1"/>
      <w:numFmt w:val="bullet"/>
      <w:lvlText w:val="o"/>
      <w:lvlJc w:val="left"/>
      <w:pPr>
        <w:ind w:left="119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D05A93BE">
      <w:start w:val="1"/>
      <w:numFmt w:val="bullet"/>
      <w:lvlText w:val="▪"/>
      <w:lvlJc w:val="left"/>
      <w:pPr>
        <w:ind w:left="191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5EBCB3E4">
      <w:start w:val="1"/>
      <w:numFmt w:val="bullet"/>
      <w:lvlText w:val="•"/>
      <w:lvlJc w:val="left"/>
      <w:pPr>
        <w:ind w:left="263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B368534E">
      <w:start w:val="1"/>
      <w:numFmt w:val="bullet"/>
      <w:lvlText w:val="o"/>
      <w:lvlJc w:val="left"/>
      <w:pPr>
        <w:ind w:left="335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2AD4968A">
      <w:start w:val="1"/>
      <w:numFmt w:val="bullet"/>
      <w:lvlText w:val="▪"/>
      <w:lvlJc w:val="left"/>
      <w:pPr>
        <w:ind w:left="407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94A0232A">
      <w:start w:val="1"/>
      <w:numFmt w:val="bullet"/>
      <w:lvlText w:val="•"/>
      <w:lvlJc w:val="left"/>
      <w:pPr>
        <w:ind w:left="479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7C6A6BBA">
      <w:start w:val="1"/>
      <w:numFmt w:val="bullet"/>
      <w:lvlText w:val="o"/>
      <w:lvlJc w:val="left"/>
      <w:pPr>
        <w:ind w:left="551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24120AEE">
      <w:start w:val="1"/>
      <w:numFmt w:val="bullet"/>
      <w:lvlText w:val="▪"/>
      <w:lvlJc w:val="left"/>
      <w:pPr>
        <w:ind w:left="623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0" w15:restartNumberingAfterBreak="0">
    <w:nsid w:val="5EB17B5B"/>
    <w:multiLevelType w:val="hybridMultilevel"/>
    <w:tmpl w:val="3C8E9E12"/>
    <w:lvl w:ilvl="0" w:tplc="CA4AF0A2">
      <w:start w:val="1"/>
      <w:numFmt w:val="bullet"/>
      <w:lvlText w:val="•"/>
      <w:lvlJc w:val="left"/>
      <w:pPr>
        <w:ind w:left="13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4140B628">
      <w:start w:val="1"/>
      <w:numFmt w:val="bullet"/>
      <w:lvlText w:val="o"/>
      <w:lvlJc w:val="left"/>
      <w:pPr>
        <w:ind w:left="11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9AB4540C">
      <w:start w:val="1"/>
      <w:numFmt w:val="bullet"/>
      <w:lvlText w:val="▪"/>
      <w:lvlJc w:val="left"/>
      <w:pPr>
        <w:ind w:left="19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C35ADC70">
      <w:start w:val="1"/>
      <w:numFmt w:val="bullet"/>
      <w:lvlText w:val="•"/>
      <w:lvlJc w:val="left"/>
      <w:pPr>
        <w:ind w:left="26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6ED6691A">
      <w:start w:val="1"/>
      <w:numFmt w:val="bullet"/>
      <w:lvlText w:val="o"/>
      <w:lvlJc w:val="left"/>
      <w:pPr>
        <w:ind w:left="334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8CAE76F2">
      <w:start w:val="1"/>
      <w:numFmt w:val="bullet"/>
      <w:lvlText w:val="▪"/>
      <w:lvlJc w:val="left"/>
      <w:pPr>
        <w:ind w:left="406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844862E0">
      <w:start w:val="1"/>
      <w:numFmt w:val="bullet"/>
      <w:lvlText w:val="•"/>
      <w:lvlJc w:val="left"/>
      <w:pPr>
        <w:ind w:left="47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AEF449A2">
      <w:start w:val="1"/>
      <w:numFmt w:val="bullet"/>
      <w:lvlText w:val="o"/>
      <w:lvlJc w:val="left"/>
      <w:pPr>
        <w:ind w:left="55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19EE483A">
      <w:start w:val="1"/>
      <w:numFmt w:val="bullet"/>
      <w:lvlText w:val="▪"/>
      <w:lvlJc w:val="left"/>
      <w:pPr>
        <w:ind w:left="62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1" w15:restartNumberingAfterBreak="0">
    <w:nsid w:val="62326EFE"/>
    <w:multiLevelType w:val="hybridMultilevel"/>
    <w:tmpl w:val="A1BC3AE0"/>
    <w:lvl w:ilvl="0" w:tplc="36C81FF8">
      <w:start w:val="1"/>
      <w:numFmt w:val="bullet"/>
      <w:lvlText w:val="•"/>
      <w:lvlJc w:val="left"/>
      <w:pPr>
        <w:ind w:left="1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F40AB72C">
      <w:start w:val="1"/>
      <w:numFmt w:val="bullet"/>
      <w:lvlText w:val="o"/>
      <w:lvlJc w:val="left"/>
      <w:pPr>
        <w:ind w:left="119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EF2BDFC">
      <w:start w:val="1"/>
      <w:numFmt w:val="bullet"/>
      <w:lvlText w:val="▪"/>
      <w:lvlJc w:val="left"/>
      <w:pPr>
        <w:ind w:left="191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F74CA090">
      <w:start w:val="1"/>
      <w:numFmt w:val="bullet"/>
      <w:lvlText w:val="•"/>
      <w:lvlJc w:val="left"/>
      <w:pPr>
        <w:ind w:left="263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23BE7A16">
      <w:start w:val="1"/>
      <w:numFmt w:val="bullet"/>
      <w:lvlText w:val="o"/>
      <w:lvlJc w:val="left"/>
      <w:pPr>
        <w:ind w:left="335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389ACCEA">
      <w:start w:val="1"/>
      <w:numFmt w:val="bullet"/>
      <w:lvlText w:val="▪"/>
      <w:lvlJc w:val="left"/>
      <w:pPr>
        <w:ind w:left="407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AD6CA084">
      <w:start w:val="1"/>
      <w:numFmt w:val="bullet"/>
      <w:lvlText w:val="•"/>
      <w:lvlJc w:val="left"/>
      <w:pPr>
        <w:ind w:left="479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5694BF42">
      <w:start w:val="1"/>
      <w:numFmt w:val="bullet"/>
      <w:lvlText w:val="o"/>
      <w:lvlJc w:val="left"/>
      <w:pPr>
        <w:ind w:left="551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D36C4DA0">
      <w:start w:val="1"/>
      <w:numFmt w:val="bullet"/>
      <w:lvlText w:val="▪"/>
      <w:lvlJc w:val="left"/>
      <w:pPr>
        <w:ind w:left="623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1409035845">
    <w:abstractNumId w:val="8"/>
  </w:num>
  <w:num w:numId="2" w16cid:durableId="1928493804">
    <w:abstractNumId w:val="6"/>
  </w:num>
  <w:num w:numId="3" w16cid:durableId="1641421009">
    <w:abstractNumId w:val="5"/>
  </w:num>
  <w:num w:numId="4" w16cid:durableId="1048532524">
    <w:abstractNumId w:val="4"/>
  </w:num>
  <w:num w:numId="5" w16cid:durableId="291249748">
    <w:abstractNumId w:val="7"/>
  </w:num>
  <w:num w:numId="6" w16cid:durableId="1306619768">
    <w:abstractNumId w:val="3"/>
  </w:num>
  <w:num w:numId="7" w16cid:durableId="801580279">
    <w:abstractNumId w:val="2"/>
  </w:num>
  <w:num w:numId="8" w16cid:durableId="813641742">
    <w:abstractNumId w:val="1"/>
  </w:num>
  <w:num w:numId="9" w16cid:durableId="203830652">
    <w:abstractNumId w:val="0"/>
  </w:num>
  <w:num w:numId="10" w16cid:durableId="828714827">
    <w:abstractNumId w:val="16"/>
  </w:num>
  <w:num w:numId="11" w16cid:durableId="721169824">
    <w:abstractNumId w:val="17"/>
  </w:num>
  <w:num w:numId="12" w16cid:durableId="2145929814">
    <w:abstractNumId w:val="12"/>
  </w:num>
  <w:num w:numId="13" w16cid:durableId="1060788038">
    <w:abstractNumId w:val="9"/>
  </w:num>
  <w:num w:numId="14" w16cid:durableId="1764645929">
    <w:abstractNumId w:val="10"/>
  </w:num>
  <w:num w:numId="15" w16cid:durableId="713042250">
    <w:abstractNumId w:val="18"/>
  </w:num>
  <w:num w:numId="16" w16cid:durableId="2095474132">
    <w:abstractNumId w:val="20"/>
  </w:num>
  <w:num w:numId="17" w16cid:durableId="379210471">
    <w:abstractNumId w:val="19"/>
  </w:num>
  <w:num w:numId="18" w16cid:durableId="857696510">
    <w:abstractNumId w:val="21"/>
  </w:num>
  <w:num w:numId="19" w16cid:durableId="1195340920">
    <w:abstractNumId w:val="11"/>
  </w:num>
  <w:num w:numId="20" w16cid:durableId="1774204796">
    <w:abstractNumId w:val="14"/>
  </w:num>
  <w:num w:numId="21" w16cid:durableId="101387234">
    <w:abstractNumId w:val="13"/>
  </w:num>
  <w:num w:numId="22" w16cid:durableId="3184638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02617"/>
    <w:rsid w:val="00006022"/>
    <w:rsid w:val="000143E4"/>
    <w:rsid w:val="00026AAA"/>
    <w:rsid w:val="0003288F"/>
    <w:rsid w:val="00034616"/>
    <w:rsid w:val="00055AEE"/>
    <w:rsid w:val="0006063C"/>
    <w:rsid w:val="00071EDF"/>
    <w:rsid w:val="00075C2E"/>
    <w:rsid w:val="00080A9A"/>
    <w:rsid w:val="00080E16"/>
    <w:rsid w:val="00082C16"/>
    <w:rsid w:val="00086E2E"/>
    <w:rsid w:val="000A189C"/>
    <w:rsid w:val="000C4284"/>
    <w:rsid w:val="000E76DA"/>
    <w:rsid w:val="000E7798"/>
    <w:rsid w:val="000F0937"/>
    <w:rsid w:val="000F1FD8"/>
    <w:rsid w:val="000F443B"/>
    <w:rsid w:val="00106658"/>
    <w:rsid w:val="001160CA"/>
    <w:rsid w:val="0013661E"/>
    <w:rsid w:val="00144847"/>
    <w:rsid w:val="0015074B"/>
    <w:rsid w:val="001618AA"/>
    <w:rsid w:val="00165ECB"/>
    <w:rsid w:val="001931C2"/>
    <w:rsid w:val="00197B93"/>
    <w:rsid w:val="001A3E3C"/>
    <w:rsid w:val="001A5036"/>
    <w:rsid w:val="001B0FAC"/>
    <w:rsid w:val="001B5EE0"/>
    <w:rsid w:val="001B7A96"/>
    <w:rsid w:val="001C0978"/>
    <w:rsid w:val="001C0F10"/>
    <w:rsid w:val="001C677D"/>
    <w:rsid w:val="001D439F"/>
    <w:rsid w:val="001E5C8A"/>
    <w:rsid w:val="002121C7"/>
    <w:rsid w:val="002439CC"/>
    <w:rsid w:val="00256D4A"/>
    <w:rsid w:val="0026215F"/>
    <w:rsid w:val="0029639D"/>
    <w:rsid w:val="002A16D4"/>
    <w:rsid w:val="002C7572"/>
    <w:rsid w:val="002D6587"/>
    <w:rsid w:val="002E5110"/>
    <w:rsid w:val="00307EDB"/>
    <w:rsid w:val="00324151"/>
    <w:rsid w:val="00326F90"/>
    <w:rsid w:val="00334094"/>
    <w:rsid w:val="00334F9D"/>
    <w:rsid w:val="00364CD7"/>
    <w:rsid w:val="00366437"/>
    <w:rsid w:val="00372BAD"/>
    <w:rsid w:val="0038346D"/>
    <w:rsid w:val="003A3B94"/>
    <w:rsid w:val="003B30F2"/>
    <w:rsid w:val="003C47D2"/>
    <w:rsid w:val="003D0B0F"/>
    <w:rsid w:val="003D3AF2"/>
    <w:rsid w:val="003E4701"/>
    <w:rsid w:val="003F1178"/>
    <w:rsid w:val="003F3660"/>
    <w:rsid w:val="00427445"/>
    <w:rsid w:val="0043075D"/>
    <w:rsid w:val="00432F69"/>
    <w:rsid w:val="004370AE"/>
    <w:rsid w:val="004372C7"/>
    <w:rsid w:val="004555F8"/>
    <w:rsid w:val="00460E21"/>
    <w:rsid w:val="004A0B7F"/>
    <w:rsid w:val="004A58F7"/>
    <w:rsid w:val="004A7987"/>
    <w:rsid w:val="004B0D4C"/>
    <w:rsid w:val="004B2F38"/>
    <w:rsid w:val="004C238F"/>
    <w:rsid w:val="004D4BA1"/>
    <w:rsid w:val="004D50D3"/>
    <w:rsid w:val="004E4C3C"/>
    <w:rsid w:val="004F3AC4"/>
    <w:rsid w:val="004F6365"/>
    <w:rsid w:val="005473AD"/>
    <w:rsid w:val="0055262D"/>
    <w:rsid w:val="005572AF"/>
    <w:rsid w:val="0057175B"/>
    <w:rsid w:val="005854D2"/>
    <w:rsid w:val="005855E3"/>
    <w:rsid w:val="0058645D"/>
    <w:rsid w:val="00590535"/>
    <w:rsid w:val="005A10F7"/>
    <w:rsid w:val="005A1206"/>
    <w:rsid w:val="005B2FFB"/>
    <w:rsid w:val="005B735B"/>
    <w:rsid w:val="005C4521"/>
    <w:rsid w:val="005F271F"/>
    <w:rsid w:val="00622C3A"/>
    <w:rsid w:val="00633EF3"/>
    <w:rsid w:val="0065078B"/>
    <w:rsid w:val="00656E53"/>
    <w:rsid w:val="00667E5E"/>
    <w:rsid w:val="006762F1"/>
    <w:rsid w:val="00683B07"/>
    <w:rsid w:val="00683D27"/>
    <w:rsid w:val="006A68BD"/>
    <w:rsid w:val="006D5F61"/>
    <w:rsid w:val="006D7E9E"/>
    <w:rsid w:val="006E508A"/>
    <w:rsid w:val="006F15F8"/>
    <w:rsid w:val="006F1B54"/>
    <w:rsid w:val="006F7DA6"/>
    <w:rsid w:val="00702B14"/>
    <w:rsid w:val="00720E23"/>
    <w:rsid w:val="007317D9"/>
    <w:rsid w:val="007322EB"/>
    <w:rsid w:val="00733F4C"/>
    <w:rsid w:val="00750F8C"/>
    <w:rsid w:val="007577D3"/>
    <w:rsid w:val="0076416D"/>
    <w:rsid w:val="00770848"/>
    <w:rsid w:val="00774E02"/>
    <w:rsid w:val="00777407"/>
    <w:rsid w:val="00777DD1"/>
    <w:rsid w:val="00793064"/>
    <w:rsid w:val="007A1297"/>
    <w:rsid w:val="007A6CB4"/>
    <w:rsid w:val="007B5D5C"/>
    <w:rsid w:val="007E3BB3"/>
    <w:rsid w:val="007F0315"/>
    <w:rsid w:val="007F2703"/>
    <w:rsid w:val="007F46FC"/>
    <w:rsid w:val="007F546B"/>
    <w:rsid w:val="007F7D26"/>
    <w:rsid w:val="00811411"/>
    <w:rsid w:val="0082170B"/>
    <w:rsid w:val="008237AD"/>
    <w:rsid w:val="00844082"/>
    <w:rsid w:val="00872DC3"/>
    <w:rsid w:val="008738F0"/>
    <w:rsid w:val="00891E37"/>
    <w:rsid w:val="008931D5"/>
    <w:rsid w:val="00896534"/>
    <w:rsid w:val="008B0C95"/>
    <w:rsid w:val="008E1D12"/>
    <w:rsid w:val="008E1EEC"/>
    <w:rsid w:val="008F4908"/>
    <w:rsid w:val="008F7555"/>
    <w:rsid w:val="00907E6A"/>
    <w:rsid w:val="0093424D"/>
    <w:rsid w:val="009460B2"/>
    <w:rsid w:val="00947704"/>
    <w:rsid w:val="00951BBE"/>
    <w:rsid w:val="00964B29"/>
    <w:rsid w:val="00970794"/>
    <w:rsid w:val="00971DB9"/>
    <w:rsid w:val="00973F1A"/>
    <w:rsid w:val="00975D4B"/>
    <w:rsid w:val="0098089B"/>
    <w:rsid w:val="00980CD9"/>
    <w:rsid w:val="009813C3"/>
    <w:rsid w:val="009A6A2A"/>
    <w:rsid w:val="009B06F7"/>
    <w:rsid w:val="009C0900"/>
    <w:rsid w:val="009E33D7"/>
    <w:rsid w:val="009E6B74"/>
    <w:rsid w:val="00A0663F"/>
    <w:rsid w:val="00A17958"/>
    <w:rsid w:val="00A23362"/>
    <w:rsid w:val="00A24E81"/>
    <w:rsid w:val="00A30916"/>
    <w:rsid w:val="00A4422E"/>
    <w:rsid w:val="00A50BC8"/>
    <w:rsid w:val="00A8141D"/>
    <w:rsid w:val="00A837E3"/>
    <w:rsid w:val="00AA1D8D"/>
    <w:rsid w:val="00AA2260"/>
    <w:rsid w:val="00AA45AC"/>
    <w:rsid w:val="00AA6BCF"/>
    <w:rsid w:val="00AD7FAA"/>
    <w:rsid w:val="00AE32CA"/>
    <w:rsid w:val="00B12E44"/>
    <w:rsid w:val="00B342EB"/>
    <w:rsid w:val="00B4597E"/>
    <w:rsid w:val="00B47730"/>
    <w:rsid w:val="00B506A8"/>
    <w:rsid w:val="00B61013"/>
    <w:rsid w:val="00B650F0"/>
    <w:rsid w:val="00B72B5B"/>
    <w:rsid w:val="00B924B6"/>
    <w:rsid w:val="00BA45BC"/>
    <w:rsid w:val="00BB05FF"/>
    <w:rsid w:val="00BB2116"/>
    <w:rsid w:val="00BB7C2E"/>
    <w:rsid w:val="00BC57D8"/>
    <w:rsid w:val="00BD3A7B"/>
    <w:rsid w:val="00BD6164"/>
    <w:rsid w:val="00BD6696"/>
    <w:rsid w:val="00BE0BA1"/>
    <w:rsid w:val="00BF6635"/>
    <w:rsid w:val="00C22A81"/>
    <w:rsid w:val="00C35179"/>
    <w:rsid w:val="00C4101F"/>
    <w:rsid w:val="00C42AA2"/>
    <w:rsid w:val="00C5765A"/>
    <w:rsid w:val="00C67E8E"/>
    <w:rsid w:val="00C72EF2"/>
    <w:rsid w:val="00C827C0"/>
    <w:rsid w:val="00C92902"/>
    <w:rsid w:val="00CA396F"/>
    <w:rsid w:val="00CA3E90"/>
    <w:rsid w:val="00CA5D2C"/>
    <w:rsid w:val="00CB0664"/>
    <w:rsid w:val="00CD478C"/>
    <w:rsid w:val="00CD724F"/>
    <w:rsid w:val="00CE5B07"/>
    <w:rsid w:val="00CE7AF1"/>
    <w:rsid w:val="00CF0841"/>
    <w:rsid w:val="00D038AC"/>
    <w:rsid w:val="00D16698"/>
    <w:rsid w:val="00D236FD"/>
    <w:rsid w:val="00D4218E"/>
    <w:rsid w:val="00D44120"/>
    <w:rsid w:val="00D539E7"/>
    <w:rsid w:val="00D53E09"/>
    <w:rsid w:val="00D71CCF"/>
    <w:rsid w:val="00D729B8"/>
    <w:rsid w:val="00D76DEF"/>
    <w:rsid w:val="00D832F0"/>
    <w:rsid w:val="00D86B63"/>
    <w:rsid w:val="00D930AD"/>
    <w:rsid w:val="00D964C2"/>
    <w:rsid w:val="00DC50A2"/>
    <w:rsid w:val="00DE0297"/>
    <w:rsid w:val="00DE370F"/>
    <w:rsid w:val="00DF6C4F"/>
    <w:rsid w:val="00E05911"/>
    <w:rsid w:val="00E07B2A"/>
    <w:rsid w:val="00E10500"/>
    <w:rsid w:val="00E23730"/>
    <w:rsid w:val="00E23D8A"/>
    <w:rsid w:val="00E24714"/>
    <w:rsid w:val="00E27FB3"/>
    <w:rsid w:val="00E32BE3"/>
    <w:rsid w:val="00E351B3"/>
    <w:rsid w:val="00E45C8F"/>
    <w:rsid w:val="00E51C88"/>
    <w:rsid w:val="00E6191E"/>
    <w:rsid w:val="00E62039"/>
    <w:rsid w:val="00E6552F"/>
    <w:rsid w:val="00E6669C"/>
    <w:rsid w:val="00E71D0F"/>
    <w:rsid w:val="00EA095D"/>
    <w:rsid w:val="00EA77E4"/>
    <w:rsid w:val="00EE3EF6"/>
    <w:rsid w:val="00F044B5"/>
    <w:rsid w:val="00F075E3"/>
    <w:rsid w:val="00F12F7C"/>
    <w:rsid w:val="00F22946"/>
    <w:rsid w:val="00F3275E"/>
    <w:rsid w:val="00F35E65"/>
    <w:rsid w:val="00F36B86"/>
    <w:rsid w:val="00F43DC7"/>
    <w:rsid w:val="00F44F01"/>
    <w:rsid w:val="00F4720E"/>
    <w:rsid w:val="00F678A5"/>
    <w:rsid w:val="00F809C8"/>
    <w:rsid w:val="00F81CF1"/>
    <w:rsid w:val="00F860DF"/>
    <w:rsid w:val="00FA136B"/>
    <w:rsid w:val="00FA512C"/>
    <w:rsid w:val="00FA730D"/>
    <w:rsid w:val="00FB1CB7"/>
    <w:rsid w:val="00FB4775"/>
    <w:rsid w:val="00FB6BBD"/>
    <w:rsid w:val="00FC2896"/>
    <w:rsid w:val="00FC693F"/>
    <w:rsid w:val="00FD003D"/>
    <w:rsid w:val="00FD0775"/>
    <w:rsid w:val="00FD4C1F"/>
    <w:rsid w:val="00FF7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BD10481"/>
  <w14:defaultImageDpi w14:val="300"/>
  <w15:docId w15:val="{EEE7E7BD-1AAC-4D33-B846-CBE8A3F77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16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8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e800af8-ee0a-4abe-8364-e35e73458089" xsi:nil="true"/>
    <lcf76f155ced4ddcb4097134ff3c332f xmlns="e9db57f6-da48-408a-95df-676a4b354fc8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D848D20BCBFC408AA1F43369968B11" ma:contentTypeVersion="13" ma:contentTypeDescription="Create a new document." ma:contentTypeScope="" ma:versionID="9599587a105cd60efe9dbb8115188075">
  <xsd:schema xmlns:xsd="http://www.w3.org/2001/XMLSchema" xmlns:xs="http://www.w3.org/2001/XMLSchema" xmlns:p="http://schemas.microsoft.com/office/2006/metadata/properties" xmlns:ns2="e9db57f6-da48-408a-95df-676a4b354fc8" xmlns:ns3="7e800af8-ee0a-4abe-8364-e35e73458089" targetNamespace="http://schemas.microsoft.com/office/2006/metadata/properties" ma:root="true" ma:fieldsID="953ed5128d5a19af6ec0f153feb5c3bb" ns2:_="" ns3:_="">
    <xsd:import namespace="e9db57f6-da48-408a-95df-676a4b354fc8"/>
    <xsd:import namespace="7e800af8-ee0a-4abe-8364-e35e734580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db57f6-da48-408a-95df-676a4b354f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c8e7c51-c01d-4467-b224-b5ccf6f506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800af8-ee0a-4abe-8364-e35e7345808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e95a19e-4766-4bb1-b44e-325461083b29}" ma:internalName="TaxCatchAll" ma:showField="CatchAllData" ma:web="7e800af8-ee0a-4abe-8364-e35e7345808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412EB8B-365C-4C14-AD9F-56365AD47B48}">
  <ds:schemaRefs>
    <ds:schemaRef ds:uri="http://schemas.microsoft.com/office/2006/metadata/properties"/>
    <ds:schemaRef ds:uri="http://schemas.microsoft.com/office/infopath/2007/PartnerControls"/>
    <ds:schemaRef ds:uri="7e800af8-ee0a-4abe-8364-e35e73458089"/>
    <ds:schemaRef ds:uri="e9db57f6-da48-408a-95df-676a4b354fc8"/>
  </ds:schemaRefs>
</ds:datastoreItem>
</file>

<file path=customXml/itemProps2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F71666C-0510-45E2-852D-77B3954BFB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db57f6-da48-408a-95df-676a4b354fc8"/>
    <ds:schemaRef ds:uri="7e800af8-ee0a-4abe-8364-e35e734580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2EA4B58-8586-44EE-BD92-83FC4E1E67C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1496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Karl Matysik</cp:lastModifiedBy>
  <cp:revision>262</cp:revision>
  <dcterms:created xsi:type="dcterms:W3CDTF">2026-08-18T16:23:00Z</dcterms:created>
  <dcterms:modified xsi:type="dcterms:W3CDTF">2026-09-21T19:37:00Z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0x010100DFD848D20BCBFC408AA1F43369968B11</vt:lpwstr>
  </property>
  <property fmtid="{D5CDD505-2E9C-101B-9397-08002B2CF9AE}" pid="3" name="MediaServiceImageTags">
    <vt:lpwstr/>
  </property>
</Properties>
</file>