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BA17C" w14:textId="12B88605" w:rsidR="003F3660" w:rsidRDefault="00980CD9" w:rsidP="00980CD9">
      <w:pPr>
        <w:tabs>
          <w:tab w:val="left" w:pos="708"/>
          <w:tab w:val="center" w:pos="7560"/>
        </w:tabs>
        <w:spacing w:after="4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8F004EA" wp14:editId="238BAB2A">
            <wp:simplePos x="0" y="0"/>
            <wp:positionH relativeFrom="column">
              <wp:posOffset>7620</wp:posOffset>
            </wp:positionH>
            <wp:positionV relativeFrom="paragraph">
              <wp:posOffset>-15240</wp:posOffset>
            </wp:positionV>
            <wp:extent cx="680085" cy="617220"/>
            <wp:effectExtent l="0" t="0" r="5715" b="0"/>
            <wp:wrapSquare wrapText="bothSides"/>
            <wp:docPr id="1400647354" name="Picture 1" descr="Barfor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rfor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  <w:u w:val="single"/>
        </w:rPr>
        <w:t>Y</w:t>
      </w:r>
      <w:r w:rsidR="004555F8">
        <w:rPr>
          <w:b/>
          <w:sz w:val="32"/>
          <w:u w:val="single"/>
        </w:rPr>
        <w:t xml:space="preserve">ear </w:t>
      </w:r>
      <w:r w:rsidR="004A0B7F">
        <w:rPr>
          <w:b/>
          <w:sz w:val="32"/>
          <w:u w:val="single"/>
        </w:rPr>
        <w:t>4</w:t>
      </w:r>
      <w:r w:rsidR="004555F8">
        <w:rPr>
          <w:b/>
          <w:sz w:val="32"/>
          <w:u w:val="single"/>
        </w:rPr>
        <w:t xml:space="preserve"> – Art and Design </w:t>
      </w:r>
      <w:r w:rsidR="00334094">
        <w:rPr>
          <w:b/>
          <w:sz w:val="32"/>
          <w:u w:val="single"/>
        </w:rPr>
        <w:t>Autumn 1, Spring 1, Summer 1</w:t>
      </w:r>
      <w:r w:rsidR="00334094">
        <w:rPr>
          <w:b/>
          <w:sz w:val="32"/>
          <w:u w:val="single"/>
        </w:rPr>
        <w:br/>
        <w:t>Design and Technology Autumn 2</w:t>
      </w:r>
      <w:r w:rsidR="006D7E9E">
        <w:rPr>
          <w:b/>
          <w:sz w:val="32"/>
          <w:u w:val="single"/>
        </w:rPr>
        <w:t xml:space="preserve">, Spring 2, Summer 2 </w:t>
      </w:r>
    </w:p>
    <w:p w14:paraId="26EEE140" w14:textId="22553848" w:rsidR="003F3660" w:rsidRDefault="00D74688" w:rsidP="001C0978">
      <w:pPr>
        <w:spacing w:after="100"/>
        <w:jc w:val="center"/>
      </w:pPr>
      <w:r>
        <w:rPr>
          <w:sz w:val="18"/>
        </w:rPr>
        <w:t>Curriculum Overview Template – Birmingham 2026/27</w:t>
      </w:r>
    </w:p>
    <w:p w14:paraId="354412F7" w14:textId="2F771420" w:rsidR="003F3660" w:rsidRDefault="003F3660">
      <w:pPr>
        <w:spacing w:before="60" w:after="20"/>
      </w:pPr>
    </w:p>
    <w:p w14:paraId="0F9868D9" w14:textId="54D80FFD" w:rsidR="003F3660" w:rsidRDefault="00D74688">
      <w:pPr>
        <w:spacing w:after="20"/>
      </w:pPr>
      <w:r>
        <w:rPr>
          <w:i/>
          <w:sz w:val="14"/>
        </w:rPr>
        <w:t>Half-term: 26–30 October 2026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993"/>
        <w:gridCol w:w="709"/>
        <w:gridCol w:w="852"/>
        <w:gridCol w:w="992"/>
        <w:gridCol w:w="991"/>
        <w:gridCol w:w="1136"/>
        <w:gridCol w:w="1276"/>
        <w:gridCol w:w="284"/>
        <w:gridCol w:w="1417"/>
        <w:gridCol w:w="992"/>
        <w:gridCol w:w="852"/>
        <w:gridCol w:w="992"/>
        <w:gridCol w:w="851"/>
        <w:gridCol w:w="850"/>
        <w:gridCol w:w="806"/>
      </w:tblGrid>
      <w:tr w:rsidR="006D7E9E" w14:paraId="4F87C0E3" w14:textId="77777777" w:rsidTr="00202BEF">
        <w:trPr>
          <w:jc w:val="center"/>
        </w:trPr>
        <w:tc>
          <w:tcPr>
            <w:tcW w:w="1134" w:type="dxa"/>
            <w:shd w:val="clear" w:color="auto" w:fill="EAF2F8"/>
            <w:vAlign w:val="center"/>
          </w:tcPr>
          <w:p w14:paraId="6F567729" w14:textId="77777777" w:rsidR="006D7E9E" w:rsidRPr="001C0978" w:rsidRDefault="006D7E9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949" w:type="dxa"/>
            <w:gridSpan w:val="7"/>
            <w:shd w:val="clear" w:color="auto" w:fill="F2F2F2"/>
            <w:vAlign w:val="center"/>
          </w:tcPr>
          <w:p w14:paraId="1E106704" w14:textId="4A7CBDD3" w:rsidR="006D7E9E" w:rsidRPr="006D7E9E" w:rsidRDefault="006D7E9E">
            <w:pPr>
              <w:jc w:val="center"/>
              <w:rPr>
                <w:b/>
                <w:bCs/>
                <w:sz w:val="14"/>
              </w:rPr>
            </w:pPr>
            <w:r w:rsidRPr="006D7E9E">
              <w:rPr>
                <w:b/>
                <w:bCs/>
                <w:sz w:val="14"/>
              </w:rPr>
              <w:t xml:space="preserve">Autumn 1 – Art and Design </w:t>
            </w:r>
          </w:p>
        </w:tc>
        <w:tc>
          <w:tcPr>
            <w:tcW w:w="284" w:type="dxa"/>
            <w:shd w:val="clear" w:color="auto" w:fill="FFF2CC"/>
            <w:vAlign w:val="center"/>
          </w:tcPr>
          <w:p w14:paraId="764CD273" w14:textId="77777777" w:rsidR="006D7E9E" w:rsidRDefault="006D7E9E">
            <w:pPr>
              <w:jc w:val="center"/>
              <w:rPr>
                <w:b/>
                <w:sz w:val="14"/>
              </w:rPr>
            </w:pPr>
          </w:p>
        </w:tc>
        <w:tc>
          <w:tcPr>
            <w:tcW w:w="6760" w:type="dxa"/>
            <w:gridSpan w:val="7"/>
            <w:shd w:val="clear" w:color="auto" w:fill="F2F2F2"/>
            <w:vAlign w:val="center"/>
          </w:tcPr>
          <w:p w14:paraId="224BC315" w14:textId="6B1F30BC" w:rsidR="006D7E9E" w:rsidRDefault="006D7E9E">
            <w:pPr>
              <w:jc w:val="center"/>
              <w:rPr>
                <w:sz w:val="14"/>
              </w:rPr>
            </w:pPr>
            <w:r w:rsidRPr="006D7E9E">
              <w:rPr>
                <w:b/>
                <w:bCs/>
                <w:sz w:val="14"/>
              </w:rPr>
              <w:t xml:space="preserve">Autumn </w:t>
            </w:r>
            <w:r>
              <w:rPr>
                <w:b/>
                <w:bCs/>
                <w:sz w:val="14"/>
              </w:rPr>
              <w:t>2</w:t>
            </w:r>
            <w:r w:rsidRPr="006D7E9E">
              <w:rPr>
                <w:b/>
                <w:bCs/>
                <w:sz w:val="14"/>
              </w:rPr>
              <w:t xml:space="preserve"> – </w:t>
            </w:r>
            <w:r>
              <w:rPr>
                <w:b/>
                <w:bCs/>
                <w:sz w:val="14"/>
              </w:rPr>
              <w:t>Design and Technology</w:t>
            </w:r>
          </w:p>
        </w:tc>
      </w:tr>
      <w:tr w:rsidR="003F3660" w14:paraId="14D097BA" w14:textId="77777777" w:rsidTr="00EE3EF6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64FAFB83" w14:textId="5E4EE956" w:rsidR="003F3660" w:rsidRDefault="00D74688">
            <w:pPr>
              <w:jc w:val="center"/>
            </w:pPr>
            <w:r w:rsidRPr="001C0978">
              <w:rPr>
                <w:b/>
                <w:sz w:val="18"/>
                <w:szCs w:val="18"/>
              </w:rPr>
              <w:t>AUTUMN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0B8FB0A7" w14:textId="77777777" w:rsidR="003F3660" w:rsidRDefault="00D74688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2278A4E7" w14:textId="77777777" w:rsidR="003F3660" w:rsidRDefault="00D74688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852" w:type="dxa"/>
            <w:shd w:val="clear" w:color="auto" w:fill="F2F2F2"/>
            <w:vAlign w:val="center"/>
          </w:tcPr>
          <w:p w14:paraId="095AE82B" w14:textId="77777777" w:rsidR="003F3660" w:rsidRDefault="00D74688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7F898093" w14:textId="77777777" w:rsidR="003F3660" w:rsidRDefault="00D74688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991" w:type="dxa"/>
            <w:shd w:val="clear" w:color="auto" w:fill="F2F2F2"/>
            <w:vAlign w:val="center"/>
          </w:tcPr>
          <w:p w14:paraId="59168821" w14:textId="77777777" w:rsidR="003F3660" w:rsidRDefault="00D74688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1136" w:type="dxa"/>
            <w:shd w:val="clear" w:color="auto" w:fill="F2F2F2"/>
            <w:vAlign w:val="center"/>
          </w:tcPr>
          <w:p w14:paraId="50713639" w14:textId="77777777" w:rsidR="003F3660" w:rsidRDefault="00D74688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23A198D" w14:textId="77777777" w:rsidR="003F3660" w:rsidRDefault="00D74688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284" w:type="dxa"/>
            <w:vMerge w:val="restart"/>
            <w:shd w:val="clear" w:color="auto" w:fill="FFF2CC"/>
            <w:vAlign w:val="center"/>
          </w:tcPr>
          <w:p w14:paraId="29F2FED4" w14:textId="77777777" w:rsidR="003F3660" w:rsidRDefault="00D74688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6A26E53A" w14:textId="77777777" w:rsidR="003F3660" w:rsidRDefault="00D74688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7134D695" w14:textId="77777777" w:rsidR="003F3660" w:rsidRDefault="00D74688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852" w:type="dxa"/>
            <w:shd w:val="clear" w:color="auto" w:fill="F2F2F2"/>
            <w:vAlign w:val="center"/>
          </w:tcPr>
          <w:p w14:paraId="1318FD48" w14:textId="77777777" w:rsidR="003F3660" w:rsidRDefault="00D74688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40B95D0B" w14:textId="77777777" w:rsidR="003F3660" w:rsidRDefault="00D74688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22333714" w14:textId="77777777" w:rsidR="003F3660" w:rsidRDefault="00D74688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21D4CA11" w14:textId="77777777" w:rsidR="003F3660" w:rsidRDefault="00D74688">
            <w:pPr>
              <w:jc w:val="center"/>
            </w:pPr>
            <w:r>
              <w:rPr>
                <w:sz w:val="14"/>
              </w:rPr>
              <w:t>Week 13</w:t>
            </w:r>
          </w:p>
        </w:tc>
        <w:tc>
          <w:tcPr>
            <w:tcW w:w="806" w:type="dxa"/>
            <w:shd w:val="clear" w:color="auto" w:fill="F2F2F2"/>
            <w:vAlign w:val="center"/>
          </w:tcPr>
          <w:p w14:paraId="7B58B2CF" w14:textId="77777777" w:rsidR="003F3660" w:rsidRDefault="00D74688">
            <w:pPr>
              <w:jc w:val="center"/>
            </w:pPr>
            <w:r>
              <w:rPr>
                <w:sz w:val="14"/>
              </w:rPr>
              <w:t>Week 14</w:t>
            </w:r>
          </w:p>
        </w:tc>
      </w:tr>
      <w:tr w:rsidR="00B650F0" w14:paraId="6B3BD032" w14:textId="77777777" w:rsidTr="00EE3EF6">
        <w:trPr>
          <w:jc w:val="center"/>
        </w:trPr>
        <w:tc>
          <w:tcPr>
            <w:tcW w:w="1134" w:type="dxa"/>
            <w:vMerge/>
          </w:tcPr>
          <w:p w14:paraId="21597D09" w14:textId="77777777" w:rsidR="00B650F0" w:rsidRDefault="00B650F0"/>
        </w:tc>
        <w:tc>
          <w:tcPr>
            <w:tcW w:w="3546" w:type="dxa"/>
            <w:gridSpan w:val="4"/>
            <w:shd w:val="clear" w:color="auto" w:fill="E6E6E6"/>
            <w:vAlign w:val="center"/>
          </w:tcPr>
          <w:p w14:paraId="3F727CF4" w14:textId="194FB473" w:rsidR="00B650F0" w:rsidRPr="00D71CCF" w:rsidRDefault="00B650F0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Drawing</w:t>
            </w:r>
            <w:r w:rsidR="007B5D5C">
              <w:rPr>
                <w:color w:val="0070C0"/>
              </w:rPr>
              <w:t xml:space="preserve"> </w:t>
            </w:r>
            <w:r>
              <w:rPr>
                <w:color w:val="0070C0"/>
              </w:rPr>
              <w:t xml:space="preserve">Block A </w:t>
            </w:r>
          </w:p>
        </w:tc>
        <w:tc>
          <w:tcPr>
            <w:tcW w:w="3403" w:type="dxa"/>
            <w:gridSpan w:val="3"/>
            <w:shd w:val="clear" w:color="auto" w:fill="E6E6E6"/>
            <w:vAlign w:val="center"/>
          </w:tcPr>
          <w:p w14:paraId="7FBE8811" w14:textId="412E1FB3" w:rsidR="00B650F0" w:rsidRPr="00D71CCF" w:rsidRDefault="00B650F0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P</w:t>
            </w:r>
            <w:r w:rsidR="00E05911">
              <w:rPr>
                <w:color w:val="0070C0"/>
              </w:rPr>
              <w:t>ainting</w:t>
            </w:r>
            <w:r w:rsidR="001A3E3C">
              <w:rPr>
                <w:color w:val="0070C0"/>
              </w:rPr>
              <w:t xml:space="preserve"> </w:t>
            </w:r>
            <w:r>
              <w:rPr>
                <w:color w:val="0070C0"/>
              </w:rPr>
              <w:t xml:space="preserve">Block B </w:t>
            </w:r>
          </w:p>
        </w:tc>
        <w:tc>
          <w:tcPr>
            <w:tcW w:w="284" w:type="dxa"/>
            <w:vMerge/>
          </w:tcPr>
          <w:p w14:paraId="4B76F99F" w14:textId="77777777" w:rsidR="00B650F0" w:rsidRDefault="00B650F0"/>
        </w:tc>
        <w:tc>
          <w:tcPr>
            <w:tcW w:w="3261" w:type="dxa"/>
            <w:gridSpan w:val="3"/>
            <w:shd w:val="clear" w:color="auto" w:fill="E6E6E6"/>
            <w:vAlign w:val="center"/>
          </w:tcPr>
          <w:p w14:paraId="3CEDDEB6" w14:textId="22D9909F" w:rsidR="00B650F0" w:rsidRPr="00D71CCF" w:rsidRDefault="00EE3EF6">
            <w:pPr>
              <w:jc w:val="center"/>
              <w:rPr>
                <w:color w:val="0070C0"/>
              </w:rPr>
            </w:pPr>
            <w:r>
              <w:t xml:space="preserve">Food and Nutrition </w:t>
            </w:r>
            <w:r w:rsidR="00B650F0">
              <w:t xml:space="preserve">Block A </w:t>
            </w:r>
          </w:p>
        </w:tc>
        <w:tc>
          <w:tcPr>
            <w:tcW w:w="2693" w:type="dxa"/>
            <w:gridSpan w:val="3"/>
            <w:shd w:val="clear" w:color="auto" w:fill="E6E6E6"/>
            <w:vAlign w:val="center"/>
          </w:tcPr>
          <w:p w14:paraId="3114E329" w14:textId="7BF678E0" w:rsidR="00B650F0" w:rsidRDefault="00E07B2A">
            <w:pPr>
              <w:jc w:val="center"/>
            </w:pPr>
            <w:r>
              <w:t>Mechanisms</w:t>
            </w:r>
            <w:r w:rsidR="00B650F0">
              <w:t xml:space="preserve"> Block B </w:t>
            </w:r>
          </w:p>
        </w:tc>
        <w:tc>
          <w:tcPr>
            <w:tcW w:w="806" w:type="dxa"/>
            <w:vMerge w:val="restart"/>
            <w:shd w:val="clear" w:color="auto" w:fill="E6E6E6"/>
            <w:vAlign w:val="center"/>
          </w:tcPr>
          <w:p w14:paraId="7AFA3122" w14:textId="1D9AFACD" w:rsidR="00B650F0" w:rsidRDefault="00B650F0">
            <w:pPr>
              <w:jc w:val="center"/>
            </w:pPr>
            <w:r>
              <w:t>Flexible Content</w:t>
            </w:r>
            <w:r w:rsidR="00E10500">
              <w:t xml:space="preserve"> </w:t>
            </w:r>
          </w:p>
        </w:tc>
      </w:tr>
      <w:tr w:rsidR="00B650F0" w14:paraId="2F44F560" w14:textId="77777777" w:rsidTr="00667E5E">
        <w:trPr>
          <w:trHeight w:val="3340"/>
          <w:jc w:val="center"/>
        </w:trPr>
        <w:tc>
          <w:tcPr>
            <w:tcW w:w="1134" w:type="dxa"/>
            <w:vMerge/>
          </w:tcPr>
          <w:p w14:paraId="70AF0F43" w14:textId="77777777" w:rsidR="00B650F0" w:rsidRDefault="00B650F0" w:rsidP="007A1297"/>
        </w:tc>
        <w:tc>
          <w:tcPr>
            <w:tcW w:w="3546" w:type="dxa"/>
            <w:gridSpan w:val="4"/>
          </w:tcPr>
          <w:p w14:paraId="49A98549" w14:textId="2E01993A" w:rsidR="00667E5E" w:rsidRPr="00D76DEF" w:rsidRDefault="00E05911" w:rsidP="00667E5E">
            <w:pPr>
              <w:rPr>
                <w:b/>
                <w:bCs/>
                <w:color w:val="0070C0"/>
              </w:rPr>
            </w:pPr>
            <w:r w:rsidRPr="00E05911">
              <w:drawing>
                <wp:anchor distT="0" distB="0" distL="114300" distR="114300" simplePos="0" relativeHeight="251650560" behindDoc="0" locked="0" layoutInCell="1" allowOverlap="1" wp14:anchorId="4C2BF33D" wp14:editId="06C8F39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1108710</wp:posOffset>
                  </wp:positionV>
                  <wp:extent cx="2154555" cy="767080"/>
                  <wp:effectExtent l="0" t="0" r="0" b="0"/>
                  <wp:wrapSquare wrapText="bothSides"/>
                  <wp:docPr id="16506127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061275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4555" cy="767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342EB" w:rsidRPr="00B342EB">
              <w:rPr>
                <w:b/>
                <w:bCs/>
                <w:color w:val="0070C0"/>
              </w:rPr>
              <w:drawing>
                <wp:anchor distT="0" distB="0" distL="114300" distR="114300" simplePos="0" relativeHeight="251648512" behindDoc="0" locked="0" layoutInCell="1" allowOverlap="1" wp14:anchorId="03E73020" wp14:editId="5BE8631A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25400</wp:posOffset>
                  </wp:positionV>
                  <wp:extent cx="2182495" cy="1055370"/>
                  <wp:effectExtent l="0" t="0" r="8255" b="0"/>
                  <wp:wrapSquare wrapText="bothSides"/>
                  <wp:docPr id="870124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012492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2495" cy="1055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E3ADF7" w14:textId="640EFCB5" w:rsidR="00667E5E" w:rsidRPr="00667E5E" w:rsidRDefault="00667E5E" w:rsidP="00667E5E"/>
        </w:tc>
        <w:tc>
          <w:tcPr>
            <w:tcW w:w="3403" w:type="dxa"/>
            <w:gridSpan w:val="3"/>
          </w:tcPr>
          <w:p w14:paraId="5EE113EF" w14:textId="71E014BF" w:rsidR="00B650F0" w:rsidRDefault="008E1D12" w:rsidP="007A1297">
            <w:pPr>
              <w:rPr>
                <w:b/>
                <w:bCs/>
              </w:rPr>
            </w:pPr>
            <w:r w:rsidRPr="001D439F">
              <w:rPr>
                <w:b/>
                <w:bCs/>
              </w:rPr>
              <w:t xml:space="preserve"> </w:t>
            </w:r>
          </w:p>
          <w:p w14:paraId="10528472" w14:textId="153D22F4" w:rsidR="00973F1A" w:rsidRPr="00973F1A" w:rsidRDefault="0057175B" w:rsidP="00973F1A">
            <w:r w:rsidRPr="0057175B">
              <w:drawing>
                <wp:inline distT="0" distB="0" distL="0" distR="0" wp14:anchorId="65729BDE" wp14:editId="78D27A72">
                  <wp:extent cx="2023745" cy="839470"/>
                  <wp:effectExtent l="0" t="0" r="0" b="0"/>
                  <wp:docPr id="288203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2035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745" cy="839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CED56F" w14:textId="77777777" w:rsidR="00973F1A" w:rsidRPr="00973F1A" w:rsidRDefault="00973F1A" w:rsidP="00973F1A"/>
          <w:p w14:paraId="234AB7C7" w14:textId="15594B9A" w:rsidR="00973F1A" w:rsidRPr="00973F1A" w:rsidRDefault="00E45C8F" w:rsidP="00973F1A">
            <w:r w:rsidRPr="00E45C8F">
              <w:drawing>
                <wp:inline distT="0" distB="0" distL="0" distR="0" wp14:anchorId="1DB61363" wp14:editId="6D127888">
                  <wp:extent cx="2023745" cy="709295"/>
                  <wp:effectExtent l="0" t="0" r="0" b="0"/>
                  <wp:docPr id="19767615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676150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745" cy="709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CB2171" w14:textId="77777777" w:rsidR="00973F1A" w:rsidRPr="00973F1A" w:rsidRDefault="00973F1A" w:rsidP="00973F1A"/>
          <w:p w14:paraId="2F857BCD" w14:textId="77777777" w:rsidR="00973F1A" w:rsidRPr="00973F1A" w:rsidRDefault="00973F1A" w:rsidP="00973F1A"/>
          <w:p w14:paraId="0F051077" w14:textId="6413B252" w:rsidR="00973F1A" w:rsidRDefault="00973F1A" w:rsidP="00973F1A">
            <w:pPr>
              <w:rPr>
                <w:b/>
                <w:bCs/>
              </w:rPr>
            </w:pPr>
          </w:p>
          <w:p w14:paraId="78130893" w14:textId="7208511D" w:rsidR="00973F1A" w:rsidRPr="00973F1A" w:rsidRDefault="00973F1A" w:rsidP="00973F1A"/>
          <w:p w14:paraId="22F27B42" w14:textId="7EE5F9E0" w:rsidR="00973F1A" w:rsidRPr="00973F1A" w:rsidRDefault="00973F1A" w:rsidP="00C827C0"/>
        </w:tc>
        <w:tc>
          <w:tcPr>
            <w:tcW w:w="284" w:type="dxa"/>
            <w:vMerge/>
          </w:tcPr>
          <w:p w14:paraId="4B6F5031" w14:textId="77777777" w:rsidR="00B650F0" w:rsidRDefault="00B650F0" w:rsidP="007A1297"/>
        </w:tc>
        <w:tc>
          <w:tcPr>
            <w:tcW w:w="3261" w:type="dxa"/>
            <w:gridSpan w:val="3"/>
          </w:tcPr>
          <w:p w14:paraId="253FB566" w14:textId="29FA9D85" w:rsidR="00B650F0" w:rsidRPr="00D71CCF" w:rsidRDefault="00AD7FAA" w:rsidP="00324151">
            <w:pPr>
              <w:jc w:val="center"/>
              <w:rPr>
                <w:b/>
                <w:bCs/>
                <w:color w:val="0070C0"/>
              </w:rPr>
            </w:pPr>
            <w:r>
              <w:rPr>
                <w:b/>
                <w:bCs/>
              </w:rPr>
              <w:t>What’s really in your food</w:t>
            </w:r>
            <w:r w:rsidRPr="0043075D">
              <w:rPr>
                <w:b/>
                <w:bCs/>
              </w:rPr>
              <w:t xml:space="preserve">? </w:t>
            </w:r>
            <w:r w:rsidRPr="00F809C8">
              <w:rPr>
                <w:b/>
                <w:bCs/>
                <w:color w:val="0070C0"/>
              </w:rPr>
              <w:drawing>
                <wp:anchor distT="0" distB="0" distL="114300" distR="114300" simplePos="0" relativeHeight="251667968" behindDoc="0" locked="0" layoutInCell="1" allowOverlap="1" wp14:anchorId="3FF0A0DC" wp14:editId="43FE261A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177800</wp:posOffset>
                  </wp:positionV>
                  <wp:extent cx="1933575" cy="1033780"/>
                  <wp:effectExtent l="0" t="0" r="9525" b="0"/>
                  <wp:wrapSquare wrapText="bothSides"/>
                  <wp:docPr id="1329195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919535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1033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809C8" w:rsidRPr="00F809C8">
              <w:rPr>
                <w:b/>
                <w:bCs/>
                <w:color w:val="0070C0"/>
              </w:rPr>
              <w:drawing>
                <wp:anchor distT="0" distB="0" distL="114300" distR="114300" simplePos="0" relativeHeight="251673088" behindDoc="0" locked="0" layoutInCell="1" allowOverlap="1" wp14:anchorId="2F342126" wp14:editId="63BF26F7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1211580</wp:posOffset>
                  </wp:positionV>
                  <wp:extent cx="1933575" cy="703580"/>
                  <wp:effectExtent l="0" t="0" r="9525" b="1270"/>
                  <wp:wrapSquare wrapText="bothSides"/>
                  <wp:docPr id="9350998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5099835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703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2B5B" w:rsidRPr="00B72B5B">
              <w:rPr>
                <w:b/>
                <w:bCs/>
                <w:color w:val="0070C0"/>
              </w:rPr>
              <w:t xml:space="preserve"> </w:t>
            </w:r>
          </w:p>
        </w:tc>
        <w:tc>
          <w:tcPr>
            <w:tcW w:w="2693" w:type="dxa"/>
            <w:gridSpan w:val="3"/>
          </w:tcPr>
          <w:p w14:paraId="3E07C597" w14:textId="48EE41B9" w:rsidR="00B650F0" w:rsidRPr="0043075D" w:rsidRDefault="00A30916" w:rsidP="00793064">
            <w:pPr>
              <w:rPr>
                <w:b/>
                <w:bCs/>
              </w:rPr>
            </w:pPr>
            <w:r w:rsidRPr="00A30916">
              <w:drawing>
                <wp:anchor distT="0" distB="0" distL="114300" distR="114300" simplePos="0" relativeHeight="251679232" behindDoc="0" locked="0" layoutInCell="1" allowOverlap="1" wp14:anchorId="3B0C1E85" wp14:editId="3A10B536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1190625</wp:posOffset>
                  </wp:positionV>
                  <wp:extent cx="1638300" cy="598170"/>
                  <wp:effectExtent l="0" t="0" r="0" b="0"/>
                  <wp:wrapSquare wrapText="bothSides"/>
                  <wp:docPr id="17638290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382900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598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30916">
              <w:drawing>
                <wp:anchor distT="0" distB="0" distL="114300" distR="114300" simplePos="0" relativeHeight="251677184" behindDoc="0" locked="0" layoutInCell="1" allowOverlap="1" wp14:anchorId="0BF5BCD0" wp14:editId="4D1B94DF">
                  <wp:simplePos x="0" y="0"/>
                  <wp:positionH relativeFrom="column">
                    <wp:posOffset>-64135</wp:posOffset>
                  </wp:positionH>
                  <wp:positionV relativeFrom="paragraph">
                    <wp:posOffset>363220</wp:posOffset>
                  </wp:positionV>
                  <wp:extent cx="1710690" cy="848995"/>
                  <wp:effectExtent l="0" t="0" r="3810" b="8255"/>
                  <wp:wrapSquare wrapText="bothSides"/>
                  <wp:docPr id="7377229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7722998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0690" cy="848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17958" w:rsidRPr="00A17958">
              <w:t xml:space="preserve"> </w:t>
            </w:r>
            <w:r w:rsidR="00E07B2A">
              <w:br/>
            </w:r>
            <w:r w:rsidR="00E07B2A" w:rsidRPr="0043075D">
              <w:rPr>
                <w:b/>
                <w:bCs/>
              </w:rPr>
              <w:t xml:space="preserve">How many ways are there to open a door? </w:t>
            </w:r>
            <w:r w:rsidR="00E07B2A" w:rsidRPr="0043075D">
              <w:rPr>
                <w:b/>
                <w:bCs/>
              </w:rPr>
              <w:br/>
            </w:r>
            <w:r w:rsidR="00E07B2A" w:rsidRPr="0043075D">
              <w:rPr>
                <w:b/>
                <w:bCs/>
              </w:rPr>
              <w:br/>
            </w:r>
          </w:p>
        </w:tc>
        <w:tc>
          <w:tcPr>
            <w:tcW w:w="806" w:type="dxa"/>
            <w:vMerge/>
          </w:tcPr>
          <w:p w14:paraId="3B0AFAD1" w14:textId="0032F5AE" w:rsidR="00B650F0" w:rsidRDefault="00B650F0" w:rsidP="00793064"/>
        </w:tc>
      </w:tr>
    </w:tbl>
    <w:p w14:paraId="03CEEFB9" w14:textId="77777777" w:rsidR="00AA45AC" w:rsidRDefault="00AA45AC">
      <w:pPr>
        <w:spacing w:before="60" w:after="20"/>
      </w:pPr>
    </w:p>
    <w:p w14:paraId="0FF039B9" w14:textId="77777777" w:rsidR="003F3660" w:rsidRDefault="00D74688">
      <w:pPr>
        <w:spacing w:after="20"/>
      </w:pPr>
      <w:r>
        <w:rPr>
          <w:i/>
          <w:sz w:val="14"/>
        </w:rPr>
        <w:t>Half-term: 15–19 February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63"/>
        <w:gridCol w:w="1247"/>
        <w:gridCol w:w="1079"/>
        <w:gridCol w:w="1191"/>
        <w:gridCol w:w="1275"/>
        <w:gridCol w:w="1023"/>
        <w:gridCol w:w="1104"/>
        <w:gridCol w:w="298"/>
        <w:gridCol w:w="1687"/>
        <w:gridCol w:w="1560"/>
        <w:gridCol w:w="6"/>
        <w:gridCol w:w="1269"/>
        <w:gridCol w:w="1057"/>
        <w:gridCol w:w="1165"/>
      </w:tblGrid>
      <w:tr w:rsidR="008237AD" w14:paraId="0392322A" w14:textId="77777777" w:rsidTr="00620CE3">
        <w:trPr>
          <w:jc w:val="center"/>
        </w:trPr>
        <w:tc>
          <w:tcPr>
            <w:tcW w:w="1163" w:type="dxa"/>
            <w:shd w:val="clear" w:color="auto" w:fill="EAF2F8"/>
            <w:vAlign w:val="center"/>
          </w:tcPr>
          <w:p w14:paraId="2CD3E275" w14:textId="77777777" w:rsidR="008237AD" w:rsidRPr="001C0978" w:rsidRDefault="008237AD" w:rsidP="008237A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919" w:type="dxa"/>
            <w:gridSpan w:val="6"/>
            <w:shd w:val="clear" w:color="auto" w:fill="F2F2F2"/>
            <w:vAlign w:val="center"/>
          </w:tcPr>
          <w:p w14:paraId="161C32D3" w14:textId="065341C4" w:rsidR="008237AD" w:rsidRDefault="008237AD" w:rsidP="008237AD">
            <w:pPr>
              <w:jc w:val="center"/>
              <w:rPr>
                <w:sz w:val="14"/>
              </w:rPr>
            </w:pPr>
            <w:r>
              <w:rPr>
                <w:b/>
                <w:bCs/>
                <w:sz w:val="14"/>
              </w:rPr>
              <w:t>Spring 1</w:t>
            </w:r>
            <w:r w:rsidRPr="006D7E9E">
              <w:rPr>
                <w:b/>
                <w:bCs/>
                <w:sz w:val="14"/>
              </w:rPr>
              <w:t xml:space="preserve"> – Art and Design</w:t>
            </w:r>
          </w:p>
        </w:tc>
        <w:tc>
          <w:tcPr>
            <w:tcW w:w="298" w:type="dxa"/>
            <w:shd w:val="clear" w:color="auto" w:fill="FFF2CC"/>
            <w:vAlign w:val="center"/>
          </w:tcPr>
          <w:p w14:paraId="52D6989A" w14:textId="77777777" w:rsidR="008237AD" w:rsidRDefault="008237AD" w:rsidP="008237AD">
            <w:pPr>
              <w:jc w:val="center"/>
              <w:rPr>
                <w:b/>
                <w:sz w:val="14"/>
              </w:rPr>
            </w:pPr>
          </w:p>
        </w:tc>
        <w:tc>
          <w:tcPr>
            <w:tcW w:w="6744" w:type="dxa"/>
            <w:gridSpan w:val="6"/>
            <w:shd w:val="clear" w:color="auto" w:fill="F2F2F2"/>
            <w:vAlign w:val="center"/>
          </w:tcPr>
          <w:p w14:paraId="484E6C01" w14:textId="5D0BF7BE" w:rsidR="008237AD" w:rsidRDefault="008237AD" w:rsidP="008237AD">
            <w:pPr>
              <w:jc w:val="center"/>
              <w:rPr>
                <w:sz w:val="14"/>
              </w:rPr>
            </w:pPr>
            <w:r>
              <w:rPr>
                <w:b/>
                <w:bCs/>
                <w:sz w:val="14"/>
              </w:rPr>
              <w:t>Spring 2</w:t>
            </w:r>
            <w:r w:rsidRPr="006D7E9E">
              <w:rPr>
                <w:b/>
                <w:bCs/>
                <w:sz w:val="14"/>
              </w:rPr>
              <w:t xml:space="preserve"> – </w:t>
            </w:r>
            <w:r>
              <w:rPr>
                <w:b/>
                <w:bCs/>
                <w:sz w:val="14"/>
              </w:rPr>
              <w:t>Design and Technology</w:t>
            </w:r>
          </w:p>
        </w:tc>
      </w:tr>
      <w:tr w:rsidR="008237AD" w14:paraId="2CD360D7" w14:textId="77777777" w:rsidTr="00E10500">
        <w:trPr>
          <w:jc w:val="center"/>
        </w:trPr>
        <w:tc>
          <w:tcPr>
            <w:tcW w:w="1163" w:type="dxa"/>
            <w:vMerge w:val="restart"/>
            <w:shd w:val="clear" w:color="auto" w:fill="EAF2F8"/>
            <w:vAlign w:val="center"/>
          </w:tcPr>
          <w:p w14:paraId="0DE31E64" w14:textId="77777777" w:rsidR="008237AD" w:rsidRDefault="008237AD" w:rsidP="008237AD">
            <w:pPr>
              <w:jc w:val="center"/>
            </w:pPr>
            <w:r w:rsidRPr="001C0978">
              <w:rPr>
                <w:b/>
                <w:sz w:val="18"/>
                <w:szCs w:val="18"/>
              </w:rPr>
              <w:t>SPRING</w:t>
            </w:r>
          </w:p>
        </w:tc>
        <w:tc>
          <w:tcPr>
            <w:tcW w:w="1247" w:type="dxa"/>
            <w:shd w:val="clear" w:color="auto" w:fill="F2F2F2"/>
            <w:vAlign w:val="center"/>
          </w:tcPr>
          <w:p w14:paraId="5D118DEF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1079" w:type="dxa"/>
            <w:shd w:val="clear" w:color="auto" w:fill="F2F2F2"/>
            <w:vAlign w:val="center"/>
          </w:tcPr>
          <w:p w14:paraId="057EFF17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1191" w:type="dxa"/>
            <w:shd w:val="clear" w:color="auto" w:fill="F2F2F2"/>
            <w:vAlign w:val="center"/>
          </w:tcPr>
          <w:p w14:paraId="740CD318" w14:textId="331B6F86" w:rsidR="008237AD" w:rsidRDefault="008237AD" w:rsidP="008237AD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2B0B3356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023" w:type="dxa"/>
            <w:shd w:val="clear" w:color="auto" w:fill="F2F2F2"/>
            <w:vAlign w:val="center"/>
          </w:tcPr>
          <w:p w14:paraId="67BD2835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1104" w:type="dxa"/>
            <w:shd w:val="clear" w:color="auto" w:fill="F2F2F2"/>
            <w:vAlign w:val="center"/>
          </w:tcPr>
          <w:p w14:paraId="5EBC5B69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298" w:type="dxa"/>
            <w:vMerge w:val="restart"/>
            <w:shd w:val="clear" w:color="auto" w:fill="FFF2CC"/>
            <w:vAlign w:val="center"/>
          </w:tcPr>
          <w:p w14:paraId="7B0BA308" w14:textId="77777777" w:rsidR="008237AD" w:rsidRDefault="008237AD" w:rsidP="008237AD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687" w:type="dxa"/>
            <w:shd w:val="clear" w:color="auto" w:fill="F2F2F2"/>
            <w:vAlign w:val="center"/>
          </w:tcPr>
          <w:p w14:paraId="087A6C96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1566" w:type="dxa"/>
            <w:gridSpan w:val="2"/>
            <w:shd w:val="clear" w:color="auto" w:fill="F2F2F2"/>
            <w:vAlign w:val="center"/>
          </w:tcPr>
          <w:p w14:paraId="5BA46193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269" w:type="dxa"/>
            <w:shd w:val="clear" w:color="auto" w:fill="F2F2F2"/>
            <w:vAlign w:val="center"/>
          </w:tcPr>
          <w:p w14:paraId="4C402F40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1057" w:type="dxa"/>
            <w:shd w:val="clear" w:color="auto" w:fill="F2F2F2"/>
            <w:vAlign w:val="center"/>
          </w:tcPr>
          <w:p w14:paraId="556184D6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1165" w:type="dxa"/>
            <w:shd w:val="clear" w:color="auto" w:fill="F2F2F2"/>
            <w:vAlign w:val="center"/>
          </w:tcPr>
          <w:p w14:paraId="1931F6BD" w14:textId="77777777" w:rsidR="008237AD" w:rsidRDefault="008237AD" w:rsidP="008237AD">
            <w:pPr>
              <w:jc w:val="center"/>
            </w:pPr>
            <w:r>
              <w:rPr>
                <w:sz w:val="14"/>
              </w:rPr>
              <w:t>Week 11</w:t>
            </w:r>
          </w:p>
        </w:tc>
      </w:tr>
      <w:tr w:rsidR="008237AD" w14:paraId="4D722D0E" w14:textId="77777777" w:rsidTr="00EA095D">
        <w:trPr>
          <w:jc w:val="center"/>
        </w:trPr>
        <w:tc>
          <w:tcPr>
            <w:tcW w:w="1163" w:type="dxa"/>
            <w:vMerge/>
          </w:tcPr>
          <w:p w14:paraId="4436EA14" w14:textId="77777777" w:rsidR="008237AD" w:rsidRDefault="008237AD" w:rsidP="008237AD"/>
        </w:tc>
        <w:tc>
          <w:tcPr>
            <w:tcW w:w="3517" w:type="dxa"/>
            <w:gridSpan w:val="3"/>
            <w:shd w:val="clear" w:color="auto" w:fill="E6E6E6"/>
            <w:vAlign w:val="center"/>
          </w:tcPr>
          <w:p w14:paraId="1EE1B081" w14:textId="0DD1B464" w:rsidR="008237AD" w:rsidRDefault="00E45C8F" w:rsidP="008237AD">
            <w:pPr>
              <w:jc w:val="center"/>
            </w:pPr>
            <w:r>
              <w:rPr>
                <w:color w:val="0070C0"/>
              </w:rPr>
              <w:t>Printmaking and Textiles</w:t>
            </w:r>
            <w:r w:rsidR="008237AD">
              <w:rPr>
                <w:color w:val="0070C0"/>
              </w:rPr>
              <w:t xml:space="preserve"> Block C</w:t>
            </w:r>
          </w:p>
        </w:tc>
        <w:tc>
          <w:tcPr>
            <w:tcW w:w="3402" w:type="dxa"/>
            <w:gridSpan w:val="3"/>
            <w:shd w:val="clear" w:color="auto" w:fill="E6E6E6"/>
            <w:vAlign w:val="center"/>
          </w:tcPr>
          <w:p w14:paraId="7742EE0D" w14:textId="5874537F" w:rsidR="008237AD" w:rsidRDefault="00002617" w:rsidP="008237AD">
            <w:pPr>
              <w:jc w:val="center"/>
            </w:pPr>
            <w:r>
              <w:rPr>
                <w:color w:val="00B0F0"/>
              </w:rPr>
              <w:t>3D</w:t>
            </w:r>
            <w:r w:rsidR="008237AD" w:rsidRPr="002E5110">
              <w:rPr>
                <w:color w:val="00B0F0"/>
              </w:rPr>
              <w:t xml:space="preserve"> Block D </w:t>
            </w:r>
          </w:p>
        </w:tc>
        <w:tc>
          <w:tcPr>
            <w:tcW w:w="298" w:type="dxa"/>
            <w:vMerge/>
          </w:tcPr>
          <w:p w14:paraId="5DB353AE" w14:textId="77777777" w:rsidR="008237AD" w:rsidRDefault="008237AD" w:rsidP="008237AD"/>
        </w:tc>
        <w:tc>
          <w:tcPr>
            <w:tcW w:w="3247" w:type="dxa"/>
            <w:gridSpan w:val="2"/>
            <w:shd w:val="clear" w:color="auto" w:fill="E6E6E6"/>
            <w:vAlign w:val="center"/>
          </w:tcPr>
          <w:p w14:paraId="7357835E" w14:textId="71F916E2" w:rsidR="008237AD" w:rsidRDefault="0043075D" w:rsidP="008237AD">
            <w:pPr>
              <w:jc w:val="center"/>
            </w:pPr>
            <w:r>
              <w:rPr>
                <w:b/>
                <w:lang w:val="en-GB"/>
              </w:rPr>
              <w:t>Textiles</w:t>
            </w:r>
            <w:r w:rsidR="008237AD">
              <w:rPr>
                <w:b/>
                <w:lang w:val="en-GB"/>
              </w:rPr>
              <w:t xml:space="preserve"> Block C</w:t>
            </w:r>
            <w:r w:rsidR="008237AD" w:rsidRPr="009460B2">
              <w:rPr>
                <w:b/>
                <w:lang w:val="en-GB"/>
              </w:rPr>
              <w:t xml:space="preserve"> </w:t>
            </w:r>
            <w:r w:rsidR="008237AD" w:rsidRPr="009460B2">
              <w:rPr>
                <w:lang w:val="en-GB"/>
              </w:rPr>
              <w:t xml:space="preserve"> </w:t>
            </w:r>
          </w:p>
        </w:tc>
        <w:tc>
          <w:tcPr>
            <w:tcW w:w="3497" w:type="dxa"/>
            <w:gridSpan w:val="4"/>
            <w:shd w:val="clear" w:color="auto" w:fill="E6E6E6"/>
            <w:vAlign w:val="center"/>
          </w:tcPr>
          <w:p w14:paraId="31A97820" w14:textId="335AC2AD" w:rsidR="008237AD" w:rsidRDefault="008F7555" w:rsidP="008237AD">
            <w:pPr>
              <w:jc w:val="center"/>
            </w:pPr>
            <w:r>
              <w:t>Structures</w:t>
            </w:r>
            <w:r w:rsidR="008237AD">
              <w:t xml:space="preserve"> Block D</w:t>
            </w:r>
          </w:p>
        </w:tc>
      </w:tr>
      <w:tr w:rsidR="008237AD" w14:paraId="231874C9" w14:textId="77777777" w:rsidTr="00334F9D">
        <w:trPr>
          <w:trHeight w:val="62"/>
          <w:jc w:val="center"/>
        </w:trPr>
        <w:tc>
          <w:tcPr>
            <w:tcW w:w="1163" w:type="dxa"/>
            <w:vMerge/>
          </w:tcPr>
          <w:p w14:paraId="30374C3A" w14:textId="77777777" w:rsidR="008237AD" w:rsidRDefault="008237AD" w:rsidP="008237AD"/>
        </w:tc>
        <w:tc>
          <w:tcPr>
            <w:tcW w:w="3517" w:type="dxa"/>
            <w:gridSpan w:val="3"/>
          </w:tcPr>
          <w:p w14:paraId="3075E309" w14:textId="0A475F88" w:rsidR="00A8141D" w:rsidRPr="00CD724F" w:rsidRDefault="00DF6C4F" w:rsidP="00CD724F">
            <w:pPr>
              <w:rPr>
                <w:b/>
                <w:bCs/>
                <w:u w:val="single"/>
                <w:lang w:val="en-GB"/>
              </w:rPr>
            </w:pPr>
            <w:r w:rsidRPr="00DF6C4F">
              <w:rPr>
                <w:lang w:val="en-GB"/>
              </w:rPr>
              <w:drawing>
                <wp:anchor distT="0" distB="0" distL="114300" distR="114300" simplePos="0" relativeHeight="251653632" behindDoc="0" locked="0" layoutInCell="1" allowOverlap="1" wp14:anchorId="59DA6A15" wp14:editId="7A9867B9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1266190</wp:posOffset>
                  </wp:positionV>
                  <wp:extent cx="2191385" cy="854075"/>
                  <wp:effectExtent l="0" t="0" r="0" b="3175"/>
                  <wp:wrapSquare wrapText="bothSides"/>
                  <wp:docPr id="14006477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064773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1385" cy="85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439CC" w:rsidRPr="002439CC">
              <w:rPr>
                <w:b/>
                <w:bCs/>
                <w:u w:val="single"/>
                <w:lang w:val="en-GB"/>
              </w:rPr>
              <w:t xml:space="preserve"> </w:t>
            </w:r>
            <w:r w:rsidR="008237AD">
              <w:rPr>
                <w:b/>
                <w:bCs/>
                <w:u w:val="single"/>
                <w:lang w:val="en-GB"/>
              </w:rPr>
              <w:br/>
            </w:r>
            <w:r w:rsidRPr="00DF6C4F">
              <w:rPr>
                <w:b/>
                <w:bCs/>
                <w:u w:val="single"/>
                <w:lang w:val="en-GB"/>
              </w:rPr>
              <w:drawing>
                <wp:inline distT="0" distB="0" distL="0" distR="0" wp14:anchorId="14699E06" wp14:editId="32E00520">
                  <wp:extent cx="2096135" cy="1100455"/>
                  <wp:effectExtent l="0" t="0" r="0" b="4445"/>
                  <wp:docPr id="18800566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0056612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6135" cy="1100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gridSpan w:val="3"/>
          </w:tcPr>
          <w:p w14:paraId="094B3DAF" w14:textId="4EE94072" w:rsidR="008237AD" w:rsidRDefault="008237AD" w:rsidP="008237AD">
            <w:pPr>
              <w:rPr>
                <w:b/>
                <w:bCs/>
              </w:rPr>
            </w:pPr>
            <w:r w:rsidRPr="007577D3">
              <w:rPr>
                <w:b/>
                <w:bCs/>
                <w:color w:val="00B050"/>
              </w:rPr>
              <w:t xml:space="preserve"> </w:t>
            </w:r>
          </w:p>
          <w:p w14:paraId="69A7E459" w14:textId="307F2618" w:rsidR="008931D5" w:rsidRPr="000F443B" w:rsidRDefault="00334F9D" w:rsidP="008931D5">
            <w:r w:rsidRPr="00334F9D">
              <w:drawing>
                <wp:inline distT="0" distB="0" distL="0" distR="0" wp14:anchorId="18E5389E" wp14:editId="2CB9CD55">
                  <wp:extent cx="2023110" cy="977265"/>
                  <wp:effectExtent l="0" t="0" r="0" b="0"/>
                  <wp:docPr id="7393447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9344792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977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76D725" w14:textId="236B25BF" w:rsidR="008237AD" w:rsidRPr="000F443B" w:rsidRDefault="008237AD" w:rsidP="008237AD"/>
          <w:p w14:paraId="57FAA7E6" w14:textId="46C00B75" w:rsidR="008237AD" w:rsidRPr="000F443B" w:rsidRDefault="00334F9D" w:rsidP="008237AD">
            <w:r w:rsidRPr="00334F9D">
              <w:drawing>
                <wp:inline distT="0" distB="0" distL="0" distR="0" wp14:anchorId="50847220" wp14:editId="041B21AD">
                  <wp:extent cx="2023110" cy="795020"/>
                  <wp:effectExtent l="0" t="0" r="0" b="5080"/>
                  <wp:docPr id="2181385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138524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795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E5C3C8" w14:textId="7CE6943E" w:rsidR="008237AD" w:rsidRPr="000F443B" w:rsidRDefault="008237AD" w:rsidP="008237AD"/>
          <w:p w14:paraId="0DA44E63" w14:textId="0D215BC6" w:rsidR="008237AD" w:rsidRDefault="008237AD" w:rsidP="008237AD">
            <w:pPr>
              <w:rPr>
                <w:b/>
                <w:bCs/>
              </w:rPr>
            </w:pPr>
          </w:p>
          <w:p w14:paraId="095E0303" w14:textId="2EE97B3B" w:rsidR="008237AD" w:rsidRPr="000F443B" w:rsidRDefault="008237AD" w:rsidP="008237AD">
            <w:r>
              <w:rPr>
                <w:b/>
                <w:bCs/>
              </w:rPr>
              <w:br/>
            </w:r>
          </w:p>
        </w:tc>
        <w:tc>
          <w:tcPr>
            <w:tcW w:w="298" w:type="dxa"/>
            <w:vMerge/>
          </w:tcPr>
          <w:p w14:paraId="76A63E89" w14:textId="77777777" w:rsidR="008237AD" w:rsidRDefault="008237AD" w:rsidP="008237AD"/>
        </w:tc>
        <w:tc>
          <w:tcPr>
            <w:tcW w:w="3247" w:type="dxa"/>
            <w:gridSpan w:val="2"/>
          </w:tcPr>
          <w:p w14:paraId="7693506C" w14:textId="10DC575F" w:rsidR="008237AD" w:rsidRPr="006D5F61" w:rsidRDefault="008237AD" w:rsidP="008237AD">
            <w:pPr>
              <w:ind w:left="115"/>
              <w:rPr>
                <w:b/>
                <w:bCs/>
                <w:lang w:val="en-GB"/>
              </w:rPr>
            </w:pPr>
            <w:r>
              <w:rPr>
                <w:b/>
                <w:bCs/>
                <w:color w:val="FFC000"/>
                <w:lang w:val="en-GB"/>
              </w:rPr>
              <w:t>-</w:t>
            </w:r>
          </w:p>
          <w:p w14:paraId="33752DD9" w14:textId="44197A89" w:rsidR="008237AD" w:rsidRPr="006762F1" w:rsidRDefault="008237AD" w:rsidP="008237AD">
            <w:pPr>
              <w:rPr>
                <w:b/>
                <w:bCs/>
                <w:color w:val="FFC000"/>
              </w:rPr>
            </w:pPr>
            <w:r w:rsidRPr="006D5F61">
              <w:rPr>
                <w:b/>
                <w:bCs/>
                <w:lang w:val="en-GB"/>
              </w:rPr>
              <w:t xml:space="preserve"> </w:t>
            </w:r>
            <w:r w:rsidR="00CA3E90">
              <w:rPr>
                <w:b/>
                <w:bCs/>
                <w:lang w:val="en-GB"/>
              </w:rPr>
              <w:t xml:space="preserve">How do you keep a tea towel from </w:t>
            </w:r>
            <w:r w:rsidR="00A4422E">
              <w:rPr>
                <w:b/>
                <w:bCs/>
                <w:lang w:val="en-GB"/>
              </w:rPr>
              <w:t xml:space="preserve">slipping off a hook? </w:t>
            </w:r>
            <w:r w:rsidR="00CA3E90" w:rsidRPr="00CA3E90">
              <w:rPr>
                <w:b/>
                <w:bCs/>
                <w:lang w:val="en-GB"/>
              </w:rPr>
              <w:drawing>
                <wp:inline distT="0" distB="0" distL="0" distR="0" wp14:anchorId="08ABDA73" wp14:editId="43E814D1">
                  <wp:extent cx="1924685" cy="943610"/>
                  <wp:effectExtent l="0" t="0" r="0" b="8890"/>
                  <wp:docPr id="13018660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1866086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685" cy="943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lang w:val="en-GB"/>
              </w:rPr>
              <w:br/>
            </w:r>
            <w:r>
              <w:rPr>
                <w:b/>
                <w:bCs/>
                <w:lang w:val="en-GB"/>
              </w:rPr>
              <w:br/>
            </w:r>
            <w:r w:rsidR="00CA3E90" w:rsidRPr="00CA3E90">
              <w:rPr>
                <w:b/>
                <w:bCs/>
                <w:lang w:val="en-GB"/>
              </w:rPr>
              <w:drawing>
                <wp:inline distT="0" distB="0" distL="0" distR="0" wp14:anchorId="58B8CA59" wp14:editId="443793F8">
                  <wp:extent cx="1924685" cy="681990"/>
                  <wp:effectExtent l="0" t="0" r="0" b="3810"/>
                  <wp:docPr id="11992457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9245782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685" cy="681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lang w:val="en-GB"/>
              </w:rPr>
              <w:br/>
            </w:r>
            <w:r>
              <w:rPr>
                <w:b/>
                <w:bCs/>
                <w:lang w:val="en-GB"/>
              </w:rPr>
              <w:br/>
            </w:r>
            <w:r>
              <w:rPr>
                <w:b/>
                <w:bCs/>
                <w:lang w:val="en-GB"/>
              </w:rPr>
              <w:br/>
            </w:r>
            <w:r>
              <w:rPr>
                <w:b/>
                <w:bCs/>
                <w:lang w:val="en-GB"/>
              </w:rPr>
              <w:br/>
            </w:r>
            <w:r>
              <w:rPr>
                <w:b/>
                <w:bCs/>
                <w:lang w:val="en-GB"/>
              </w:rPr>
              <w:br/>
            </w:r>
          </w:p>
        </w:tc>
        <w:tc>
          <w:tcPr>
            <w:tcW w:w="3497" w:type="dxa"/>
            <w:gridSpan w:val="4"/>
          </w:tcPr>
          <w:p w14:paraId="2485263B" w14:textId="1A4684D3" w:rsidR="008237AD" w:rsidRPr="006762F1" w:rsidRDefault="00CD724F" w:rsidP="008237AD">
            <w:pPr>
              <w:rPr>
                <w:b/>
                <w:bCs/>
                <w:color w:val="FFC000"/>
              </w:rPr>
            </w:pPr>
            <w:r w:rsidRPr="00CD724F">
              <w:rPr>
                <w:b/>
                <w:bCs/>
                <w:color w:val="FFC000"/>
              </w:rPr>
              <w:drawing>
                <wp:anchor distT="0" distB="0" distL="114300" distR="114300" simplePos="0" relativeHeight="251685376" behindDoc="0" locked="0" layoutInCell="1" allowOverlap="1" wp14:anchorId="51C12800" wp14:editId="389F6E31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1609090</wp:posOffset>
                  </wp:positionV>
                  <wp:extent cx="2083435" cy="751205"/>
                  <wp:effectExtent l="0" t="0" r="0" b="0"/>
                  <wp:wrapSquare wrapText="bothSides"/>
                  <wp:docPr id="5361852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618524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3435" cy="751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35179" w:rsidRPr="00C35179">
              <w:rPr>
                <w:b/>
                <w:bCs/>
                <w:color w:val="FFC000"/>
              </w:rPr>
              <w:drawing>
                <wp:anchor distT="0" distB="0" distL="114300" distR="114300" simplePos="0" relativeHeight="251683328" behindDoc="0" locked="0" layoutInCell="1" allowOverlap="1" wp14:anchorId="1806A5F2" wp14:editId="09216EA1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351790</wp:posOffset>
                  </wp:positionV>
                  <wp:extent cx="2083435" cy="1220470"/>
                  <wp:effectExtent l="0" t="0" r="0" b="0"/>
                  <wp:wrapSquare wrapText="bothSides"/>
                  <wp:docPr id="4493460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9346073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3435" cy="1220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A10F7" w:rsidRPr="005A10F7">
              <w:rPr>
                <w:b/>
                <w:bCs/>
                <w:color w:val="FFC000"/>
              </w:rPr>
              <w:t xml:space="preserve"> </w:t>
            </w:r>
            <w:r w:rsidR="008237AD">
              <w:rPr>
                <w:b/>
                <w:bCs/>
                <w:color w:val="FFC000"/>
              </w:rPr>
              <w:br/>
            </w:r>
            <w:r w:rsidR="008F7555">
              <w:rPr>
                <w:b/>
                <w:bCs/>
                <w:lang w:val="en-GB"/>
              </w:rPr>
              <w:t xml:space="preserve">Which shapes will give you </w:t>
            </w:r>
            <w:r w:rsidR="00C35179">
              <w:rPr>
                <w:b/>
                <w:bCs/>
                <w:lang w:val="en-GB"/>
              </w:rPr>
              <w:t xml:space="preserve">a structure stability? </w:t>
            </w:r>
            <w:r w:rsidR="00C35179">
              <w:rPr>
                <w:b/>
                <w:bCs/>
                <w:lang w:val="en-GB"/>
              </w:rPr>
              <w:br/>
            </w:r>
            <w:r w:rsidR="00C35179">
              <w:rPr>
                <w:b/>
                <w:bCs/>
                <w:lang w:val="en-GB"/>
              </w:rPr>
              <w:lastRenderedPageBreak/>
              <w:br/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  <w:r w:rsidR="008237AD">
              <w:rPr>
                <w:b/>
                <w:bCs/>
                <w:color w:val="FFC000"/>
              </w:rPr>
              <w:br/>
            </w:r>
          </w:p>
        </w:tc>
      </w:tr>
    </w:tbl>
    <w:p w14:paraId="3719F60D" w14:textId="2BA6EB61" w:rsidR="00FA136B" w:rsidRDefault="00FA136B">
      <w:pPr>
        <w:spacing w:after="20"/>
        <w:rPr>
          <w:i/>
          <w:sz w:val="14"/>
        </w:rPr>
      </w:pPr>
    </w:p>
    <w:p w14:paraId="15E534DD" w14:textId="77777777" w:rsidR="00FA136B" w:rsidRDefault="00FA136B">
      <w:pPr>
        <w:spacing w:after="20"/>
        <w:rPr>
          <w:i/>
          <w:sz w:val="14"/>
        </w:rPr>
      </w:pPr>
    </w:p>
    <w:p w14:paraId="0A0C8BA9" w14:textId="7A01108F" w:rsidR="003F3660" w:rsidRDefault="00D74688">
      <w:pPr>
        <w:spacing w:after="20"/>
      </w:pPr>
      <w:r>
        <w:rPr>
          <w:i/>
          <w:sz w:val="14"/>
        </w:rPr>
        <w:t>Half-term: 31 May–4 June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1276"/>
        <w:gridCol w:w="1134"/>
        <w:gridCol w:w="992"/>
        <w:gridCol w:w="993"/>
        <w:gridCol w:w="779"/>
        <w:gridCol w:w="780"/>
        <w:gridCol w:w="976"/>
        <w:gridCol w:w="300"/>
        <w:gridCol w:w="1559"/>
        <w:gridCol w:w="850"/>
        <w:gridCol w:w="851"/>
        <w:gridCol w:w="1701"/>
        <w:gridCol w:w="787"/>
        <w:gridCol w:w="1008"/>
      </w:tblGrid>
      <w:tr w:rsidR="00656E53" w14:paraId="3AEA2AE7" w14:textId="77777777" w:rsidTr="00996331">
        <w:trPr>
          <w:jc w:val="center"/>
        </w:trPr>
        <w:tc>
          <w:tcPr>
            <w:tcW w:w="1134" w:type="dxa"/>
            <w:shd w:val="clear" w:color="auto" w:fill="EAF2F8"/>
            <w:vAlign w:val="center"/>
          </w:tcPr>
          <w:p w14:paraId="1E228216" w14:textId="77777777" w:rsidR="00656E53" w:rsidRPr="001C0978" w:rsidRDefault="00656E53">
            <w:pPr>
              <w:jc w:val="center"/>
              <w:rPr>
                <w:b/>
                <w:szCs w:val="16"/>
              </w:rPr>
            </w:pPr>
          </w:p>
        </w:tc>
        <w:tc>
          <w:tcPr>
            <w:tcW w:w="6930" w:type="dxa"/>
            <w:gridSpan w:val="7"/>
            <w:shd w:val="clear" w:color="auto" w:fill="F2F2F2"/>
            <w:vAlign w:val="center"/>
          </w:tcPr>
          <w:p w14:paraId="6A74A872" w14:textId="383CF0E5" w:rsidR="00656E53" w:rsidRDefault="00656E53">
            <w:pPr>
              <w:jc w:val="center"/>
              <w:rPr>
                <w:sz w:val="14"/>
              </w:rPr>
            </w:pPr>
            <w:r>
              <w:rPr>
                <w:b/>
                <w:bCs/>
                <w:sz w:val="14"/>
              </w:rPr>
              <w:t>Summer 1</w:t>
            </w:r>
            <w:r w:rsidRPr="006D7E9E">
              <w:rPr>
                <w:b/>
                <w:bCs/>
                <w:sz w:val="14"/>
              </w:rPr>
              <w:t xml:space="preserve"> – Art and Design</w:t>
            </w:r>
          </w:p>
        </w:tc>
        <w:tc>
          <w:tcPr>
            <w:tcW w:w="300" w:type="dxa"/>
            <w:shd w:val="clear" w:color="auto" w:fill="FFF2CC"/>
            <w:vAlign w:val="center"/>
          </w:tcPr>
          <w:p w14:paraId="186F0617" w14:textId="77777777" w:rsidR="00656E53" w:rsidRDefault="00656E53">
            <w:pPr>
              <w:jc w:val="center"/>
              <w:rPr>
                <w:b/>
                <w:sz w:val="14"/>
              </w:rPr>
            </w:pPr>
          </w:p>
        </w:tc>
        <w:tc>
          <w:tcPr>
            <w:tcW w:w="6756" w:type="dxa"/>
            <w:gridSpan w:val="6"/>
            <w:shd w:val="clear" w:color="auto" w:fill="F2F2F2"/>
            <w:vAlign w:val="center"/>
          </w:tcPr>
          <w:p w14:paraId="1BF2566C" w14:textId="2FA600C7" w:rsidR="00656E53" w:rsidRDefault="00656E53">
            <w:pPr>
              <w:jc w:val="center"/>
              <w:rPr>
                <w:sz w:val="14"/>
              </w:rPr>
            </w:pPr>
            <w:r>
              <w:rPr>
                <w:b/>
                <w:bCs/>
                <w:sz w:val="14"/>
              </w:rPr>
              <w:t>Summer 2</w:t>
            </w:r>
            <w:r w:rsidRPr="006D7E9E">
              <w:rPr>
                <w:b/>
                <w:bCs/>
                <w:sz w:val="14"/>
              </w:rPr>
              <w:t xml:space="preserve"> – </w:t>
            </w:r>
            <w:r>
              <w:rPr>
                <w:b/>
                <w:bCs/>
                <w:sz w:val="14"/>
              </w:rPr>
              <w:t>Design and Technology</w:t>
            </w:r>
          </w:p>
        </w:tc>
      </w:tr>
      <w:tr w:rsidR="002E5110" w14:paraId="477937AF" w14:textId="77777777" w:rsidTr="00BB05FF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1E567923" w14:textId="77777777" w:rsidR="002E5110" w:rsidRDefault="002E5110">
            <w:pPr>
              <w:jc w:val="center"/>
            </w:pPr>
            <w:r w:rsidRPr="001C0978">
              <w:rPr>
                <w:b/>
                <w:szCs w:val="16"/>
              </w:rPr>
              <w:t>SUMMER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671E3AA" w14:textId="77777777" w:rsidR="002E5110" w:rsidRDefault="002E5110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A37FA8E" w14:textId="77777777" w:rsidR="002E5110" w:rsidRDefault="002E5110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61682DE5" w14:textId="7E77D720" w:rsidR="002E5110" w:rsidRDefault="002E5110" w:rsidP="002E5110">
            <w:r>
              <w:rPr>
                <w:sz w:val="14"/>
              </w:rPr>
              <w:t>Week 3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74B5A43F" w14:textId="44403DF1" w:rsidR="002E5110" w:rsidRDefault="002E5110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779" w:type="dxa"/>
            <w:shd w:val="clear" w:color="auto" w:fill="F2F2F2"/>
            <w:vAlign w:val="center"/>
          </w:tcPr>
          <w:p w14:paraId="1CF50BF8" w14:textId="543533CA" w:rsidR="002E5110" w:rsidRDefault="002E5110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780" w:type="dxa"/>
            <w:shd w:val="clear" w:color="auto" w:fill="F2F2F2"/>
            <w:vAlign w:val="center"/>
          </w:tcPr>
          <w:p w14:paraId="776B00F7" w14:textId="7692CB41" w:rsidR="002E5110" w:rsidRDefault="002E5110">
            <w:pPr>
              <w:jc w:val="center"/>
            </w:pPr>
            <w:r>
              <w:t>Week 6</w:t>
            </w:r>
          </w:p>
        </w:tc>
        <w:tc>
          <w:tcPr>
            <w:tcW w:w="976" w:type="dxa"/>
            <w:shd w:val="clear" w:color="auto" w:fill="F2F2F2"/>
            <w:vAlign w:val="center"/>
          </w:tcPr>
          <w:p w14:paraId="5F10FC23" w14:textId="77777777" w:rsidR="002E5110" w:rsidRDefault="002E5110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300" w:type="dxa"/>
            <w:vMerge w:val="restart"/>
            <w:shd w:val="clear" w:color="auto" w:fill="FFF2CC"/>
            <w:vAlign w:val="center"/>
          </w:tcPr>
          <w:p w14:paraId="29A5C706" w14:textId="77777777" w:rsidR="002E5110" w:rsidRDefault="002E5110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57D0F1C4" w14:textId="77777777" w:rsidR="002E5110" w:rsidRDefault="002E5110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05D7DC13" w14:textId="77777777" w:rsidR="002E5110" w:rsidRDefault="002E5110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45227FA5" w14:textId="77777777" w:rsidR="002E5110" w:rsidRDefault="002E5110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5787C65D" w14:textId="77777777" w:rsidR="002E5110" w:rsidRDefault="002E5110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787" w:type="dxa"/>
            <w:shd w:val="clear" w:color="auto" w:fill="F2F2F2"/>
            <w:vAlign w:val="center"/>
          </w:tcPr>
          <w:p w14:paraId="0ED1CD6E" w14:textId="77777777" w:rsidR="002E5110" w:rsidRDefault="002E5110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1008" w:type="dxa"/>
            <w:shd w:val="clear" w:color="auto" w:fill="F2F2F2"/>
            <w:vAlign w:val="center"/>
          </w:tcPr>
          <w:p w14:paraId="21C2C12A" w14:textId="77777777" w:rsidR="002E5110" w:rsidRDefault="002E5110">
            <w:pPr>
              <w:jc w:val="center"/>
            </w:pPr>
            <w:r>
              <w:rPr>
                <w:sz w:val="14"/>
              </w:rPr>
              <w:t>Week 13</w:t>
            </w:r>
          </w:p>
        </w:tc>
      </w:tr>
      <w:tr w:rsidR="003E4701" w14:paraId="70F32E35" w14:textId="77777777" w:rsidTr="00EA095D">
        <w:trPr>
          <w:jc w:val="center"/>
        </w:trPr>
        <w:tc>
          <w:tcPr>
            <w:tcW w:w="1134" w:type="dxa"/>
            <w:vMerge/>
          </w:tcPr>
          <w:p w14:paraId="1059FCBC" w14:textId="77777777" w:rsidR="003E4701" w:rsidRDefault="003E4701"/>
        </w:tc>
        <w:tc>
          <w:tcPr>
            <w:tcW w:w="3402" w:type="dxa"/>
            <w:gridSpan w:val="3"/>
            <w:shd w:val="clear" w:color="auto" w:fill="E6E6E6"/>
            <w:vAlign w:val="center"/>
          </w:tcPr>
          <w:p w14:paraId="06135785" w14:textId="36B75A5F" w:rsidR="003E4701" w:rsidRDefault="00002617">
            <w:pPr>
              <w:jc w:val="center"/>
            </w:pPr>
            <w:r>
              <w:t>Painting</w:t>
            </w:r>
            <w:r w:rsidR="003E4701">
              <w:t xml:space="preserve"> Block E </w:t>
            </w:r>
          </w:p>
        </w:tc>
        <w:tc>
          <w:tcPr>
            <w:tcW w:w="2552" w:type="dxa"/>
            <w:gridSpan w:val="3"/>
            <w:vMerge w:val="restart"/>
            <w:shd w:val="clear" w:color="auto" w:fill="E6E6E6"/>
            <w:vAlign w:val="center"/>
          </w:tcPr>
          <w:p w14:paraId="2F114051" w14:textId="012CFF5E" w:rsidR="003E4701" w:rsidRDefault="003E4701">
            <w:pPr>
              <w:jc w:val="center"/>
            </w:pPr>
            <w:r>
              <w:t xml:space="preserve">Creative Response Block F </w:t>
            </w:r>
          </w:p>
        </w:tc>
        <w:tc>
          <w:tcPr>
            <w:tcW w:w="976" w:type="dxa"/>
            <w:vMerge w:val="restart"/>
            <w:shd w:val="clear" w:color="auto" w:fill="E6E6E6"/>
            <w:vAlign w:val="center"/>
          </w:tcPr>
          <w:p w14:paraId="7852A83F" w14:textId="0DB7F544" w:rsidR="003E4701" w:rsidRDefault="003E4701">
            <w:pPr>
              <w:jc w:val="center"/>
            </w:pPr>
            <w:r>
              <w:t>Flexible Content</w:t>
            </w:r>
          </w:p>
        </w:tc>
        <w:tc>
          <w:tcPr>
            <w:tcW w:w="300" w:type="dxa"/>
            <w:vMerge/>
          </w:tcPr>
          <w:p w14:paraId="160D6CCE" w14:textId="77777777" w:rsidR="003E4701" w:rsidRDefault="003E4701"/>
        </w:tc>
        <w:tc>
          <w:tcPr>
            <w:tcW w:w="3260" w:type="dxa"/>
            <w:gridSpan w:val="3"/>
            <w:shd w:val="clear" w:color="auto" w:fill="E6E6E6"/>
            <w:vAlign w:val="center"/>
          </w:tcPr>
          <w:p w14:paraId="0F42D4BD" w14:textId="2696E9C0" w:rsidR="003E4701" w:rsidRDefault="00774E02">
            <w:pPr>
              <w:jc w:val="center"/>
            </w:pPr>
            <w:r>
              <w:t xml:space="preserve">Electrical Systems </w:t>
            </w:r>
            <w:r w:rsidR="003E4701">
              <w:t xml:space="preserve">Block E </w:t>
            </w:r>
            <w:r>
              <w:t xml:space="preserve"> (Science link)</w:t>
            </w:r>
          </w:p>
        </w:tc>
        <w:tc>
          <w:tcPr>
            <w:tcW w:w="3496" w:type="dxa"/>
            <w:gridSpan w:val="3"/>
            <w:shd w:val="clear" w:color="auto" w:fill="E6E6E6"/>
            <w:vAlign w:val="center"/>
          </w:tcPr>
          <w:p w14:paraId="7194B510" w14:textId="27459F4C" w:rsidR="003E4701" w:rsidRDefault="00CA5D2C">
            <w:pPr>
              <w:jc w:val="center"/>
            </w:pPr>
            <w:r>
              <w:t>Structures</w:t>
            </w:r>
            <w:r w:rsidR="003E4701">
              <w:t xml:space="preserve"> Block F</w:t>
            </w:r>
          </w:p>
        </w:tc>
      </w:tr>
      <w:tr w:rsidR="003E4701" w14:paraId="3CD588A6" w14:textId="77777777" w:rsidTr="00BC57D8">
        <w:trPr>
          <w:trHeight w:val="3718"/>
          <w:jc w:val="center"/>
        </w:trPr>
        <w:tc>
          <w:tcPr>
            <w:tcW w:w="1134" w:type="dxa"/>
            <w:vMerge/>
          </w:tcPr>
          <w:p w14:paraId="3C4089C9" w14:textId="77777777" w:rsidR="003E4701" w:rsidRDefault="003E4701" w:rsidP="00FA136B"/>
        </w:tc>
        <w:tc>
          <w:tcPr>
            <w:tcW w:w="3402" w:type="dxa"/>
            <w:gridSpan w:val="3"/>
          </w:tcPr>
          <w:p w14:paraId="3C81E77A" w14:textId="7812E740" w:rsidR="003E4701" w:rsidRDefault="006E508A" w:rsidP="00FA136B">
            <w:pPr>
              <w:jc w:val="center"/>
              <w:rPr>
                <w:noProof/>
              </w:rPr>
            </w:pPr>
            <w:r w:rsidRPr="009E6B74">
              <w:drawing>
                <wp:anchor distT="0" distB="0" distL="114300" distR="114300" simplePos="0" relativeHeight="251657728" behindDoc="0" locked="0" layoutInCell="1" allowOverlap="1" wp14:anchorId="787FE5FA" wp14:editId="795F28B5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862965</wp:posOffset>
                  </wp:positionV>
                  <wp:extent cx="2023110" cy="713740"/>
                  <wp:effectExtent l="0" t="0" r="0" b="0"/>
                  <wp:wrapSquare wrapText="bothSides"/>
                  <wp:docPr id="15363265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326577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713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E508A">
              <w:drawing>
                <wp:anchor distT="0" distB="0" distL="114300" distR="114300" simplePos="0" relativeHeight="251662848" behindDoc="0" locked="0" layoutInCell="1" allowOverlap="1" wp14:anchorId="245ECECA" wp14:editId="1B7A4E3B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3175</wp:posOffset>
                  </wp:positionV>
                  <wp:extent cx="2193925" cy="848995"/>
                  <wp:effectExtent l="0" t="0" r="0" b="8255"/>
                  <wp:wrapSquare wrapText="bothSides"/>
                  <wp:docPr id="14086694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8669428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3925" cy="848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77E4">
              <w:rPr>
                <w:noProof/>
              </w:rPr>
              <w:t xml:space="preserve"> </w:t>
            </w:r>
            <w:r w:rsidR="004B2F38">
              <w:rPr>
                <w:noProof/>
              </w:rPr>
              <w:t xml:space="preserve"> </w:t>
            </w:r>
            <w:r w:rsidR="004B2F38" w:rsidRPr="004B2F38">
              <w:rPr>
                <w:b/>
                <w:bCs/>
              </w:rPr>
              <w:t xml:space="preserve"> </w:t>
            </w:r>
          </w:p>
          <w:p w14:paraId="3395ADDE" w14:textId="40A3D3A0" w:rsidR="001B5EE0" w:rsidRDefault="001B5EE0" w:rsidP="001B5EE0">
            <w:pPr>
              <w:rPr>
                <w:noProof/>
              </w:rPr>
            </w:pPr>
          </w:p>
          <w:p w14:paraId="2AEFAC36" w14:textId="77777777" w:rsidR="001B5EE0" w:rsidRPr="001B5EE0" w:rsidRDefault="001B5EE0" w:rsidP="001B5EE0">
            <w:pPr>
              <w:ind w:firstLine="720"/>
            </w:pPr>
          </w:p>
        </w:tc>
        <w:tc>
          <w:tcPr>
            <w:tcW w:w="2552" w:type="dxa"/>
            <w:gridSpan w:val="3"/>
            <w:vMerge/>
          </w:tcPr>
          <w:p w14:paraId="0EBD0F86" w14:textId="3E332B67" w:rsidR="003E4701" w:rsidRPr="006762F1" w:rsidRDefault="003E4701" w:rsidP="00FA136B">
            <w:pPr>
              <w:rPr>
                <w:b/>
                <w:bCs/>
              </w:rPr>
            </w:pPr>
          </w:p>
        </w:tc>
        <w:tc>
          <w:tcPr>
            <w:tcW w:w="976" w:type="dxa"/>
            <w:vMerge/>
          </w:tcPr>
          <w:p w14:paraId="1540479D" w14:textId="364D6715" w:rsidR="003E4701" w:rsidRPr="006762F1" w:rsidRDefault="003E4701" w:rsidP="00FA136B">
            <w:pPr>
              <w:rPr>
                <w:b/>
                <w:bCs/>
              </w:rPr>
            </w:pPr>
          </w:p>
        </w:tc>
        <w:tc>
          <w:tcPr>
            <w:tcW w:w="300" w:type="dxa"/>
            <w:vMerge/>
          </w:tcPr>
          <w:p w14:paraId="5E0801FD" w14:textId="77777777" w:rsidR="003E4701" w:rsidRDefault="003E4701" w:rsidP="00FA136B"/>
        </w:tc>
        <w:tc>
          <w:tcPr>
            <w:tcW w:w="3260" w:type="dxa"/>
            <w:gridSpan w:val="3"/>
          </w:tcPr>
          <w:p w14:paraId="72FFAC22" w14:textId="3AAF5E35" w:rsidR="003E4701" w:rsidRDefault="0026215F" w:rsidP="00FA136B">
            <w:pPr>
              <w:rPr>
                <w:b/>
                <w:bCs/>
                <w:color w:val="FFC000"/>
              </w:rPr>
            </w:pPr>
            <w:r>
              <w:rPr>
                <w:b/>
                <w:bCs/>
                <w:lang w:val="en-GB"/>
              </w:rPr>
              <w:t xml:space="preserve">How useful are switches? </w:t>
            </w:r>
          </w:p>
          <w:p w14:paraId="7EDF95D9" w14:textId="36B6BEA8" w:rsidR="007322EB" w:rsidRDefault="00774E02" w:rsidP="007322EB">
            <w:pPr>
              <w:rPr>
                <w:b/>
                <w:bCs/>
                <w:color w:val="FFC000"/>
              </w:rPr>
            </w:pPr>
            <w:r w:rsidRPr="00774E02">
              <w:rPr>
                <w:b/>
                <w:bCs/>
                <w:color w:val="FFC000"/>
              </w:rPr>
              <w:drawing>
                <wp:inline distT="0" distB="0" distL="0" distR="0" wp14:anchorId="1BBCFCFD" wp14:editId="3C42341A">
                  <wp:extent cx="1932940" cy="897890"/>
                  <wp:effectExtent l="0" t="0" r="0" b="0"/>
                  <wp:docPr id="12742143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4214308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897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FCEBF2" w14:textId="78A7C1B1" w:rsidR="007322EB" w:rsidRPr="007322EB" w:rsidRDefault="0026215F" w:rsidP="007322EB">
            <w:r w:rsidRPr="0026215F">
              <w:drawing>
                <wp:inline distT="0" distB="0" distL="0" distR="0" wp14:anchorId="56BEAA78" wp14:editId="6B9EB181">
                  <wp:extent cx="1932940" cy="877570"/>
                  <wp:effectExtent l="0" t="0" r="0" b="0"/>
                  <wp:docPr id="9324879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248795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877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6" w:type="dxa"/>
            <w:gridSpan w:val="3"/>
          </w:tcPr>
          <w:p w14:paraId="11607783" w14:textId="3DD044F9" w:rsidR="003E4701" w:rsidRDefault="00BC57D8" w:rsidP="00FA136B">
            <w:r w:rsidRPr="00BC57D8">
              <w:drawing>
                <wp:anchor distT="0" distB="0" distL="114300" distR="114300" simplePos="0" relativeHeight="251693568" behindDoc="0" locked="0" layoutInCell="1" allowOverlap="1" wp14:anchorId="35853ADF" wp14:editId="4D08B039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1189990</wp:posOffset>
                  </wp:positionV>
                  <wp:extent cx="2082800" cy="741680"/>
                  <wp:effectExtent l="0" t="0" r="0" b="1270"/>
                  <wp:wrapSquare wrapText="bothSides"/>
                  <wp:docPr id="10795651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9565192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0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A68BD" w:rsidRPr="006A68BD">
              <w:drawing>
                <wp:anchor distT="0" distB="0" distL="114300" distR="114300" simplePos="0" relativeHeight="251690496" behindDoc="0" locked="0" layoutInCell="1" allowOverlap="1" wp14:anchorId="40A13464" wp14:editId="0180ABB4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136525</wp:posOffset>
                  </wp:positionV>
                  <wp:extent cx="2082800" cy="1052830"/>
                  <wp:effectExtent l="0" t="0" r="0" b="0"/>
                  <wp:wrapSquare wrapText="bothSides"/>
                  <wp:docPr id="12013934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139345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0" cy="1052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23D8A">
              <w:rPr>
                <w:b/>
                <w:bCs/>
                <w:lang w:val="en-GB"/>
              </w:rPr>
              <w:t xml:space="preserve">Is cheap food always worse for you? </w:t>
            </w:r>
            <w:r w:rsidR="006A68BD">
              <w:rPr>
                <w:b/>
                <w:bCs/>
                <w:lang w:val="en-GB"/>
              </w:rPr>
              <w:br/>
            </w:r>
            <w:r w:rsidR="006A68BD">
              <w:rPr>
                <w:b/>
                <w:bCs/>
                <w:lang w:val="en-GB"/>
              </w:rPr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  <w:r w:rsidR="00D729B8">
              <w:br/>
            </w:r>
          </w:p>
        </w:tc>
      </w:tr>
    </w:tbl>
    <w:p w14:paraId="66E81AA6" w14:textId="77777777" w:rsidR="003F3660" w:rsidRDefault="003F3660">
      <w:pPr>
        <w:spacing w:after="0"/>
      </w:pPr>
    </w:p>
    <w:p w14:paraId="7153440B" w14:textId="66E79BA8" w:rsidR="003F3660" w:rsidRDefault="003F3660">
      <w:pPr>
        <w:spacing w:before="80" w:after="0"/>
      </w:pPr>
    </w:p>
    <w:sectPr w:rsidR="003F3660" w:rsidSect="00034616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0B085A"/>
    <w:multiLevelType w:val="hybridMultilevel"/>
    <w:tmpl w:val="A21A2DDA"/>
    <w:lvl w:ilvl="0" w:tplc="BCB605D2">
      <w:numFmt w:val="bullet"/>
      <w:lvlText w:val=""/>
      <w:lvlJc w:val="left"/>
      <w:pPr>
        <w:ind w:left="488" w:hanging="360"/>
      </w:pPr>
      <w:rPr>
        <w:rFonts w:ascii="Symbol" w:eastAsiaTheme="minorEastAsia" w:hAnsi="Symbol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8" w:hanging="360"/>
      </w:pPr>
      <w:rPr>
        <w:rFonts w:ascii="Wingdings" w:hAnsi="Wingdings" w:hint="default"/>
      </w:rPr>
    </w:lvl>
  </w:abstractNum>
  <w:abstractNum w:abstractNumId="10" w15:restartNumberingAfterBreak="0">
    <w:nsid w:val="09523310"/>
    <w:multiLevelType w:val="hybridMultilevel"/>
    <w:tmpl w:val="E606F808"/>
    <w:lvl w:ilvl="0" w:tplc="A5927570">
      <w:numFmt w:val="bullet"/>
      <w:lvlText w:val=""/>
      <w:lvlJc w:val="left"/>
      <w:pPr>
        <w:ind w:left="473" w:hanging="360"/>
      </w:pPr>
      <w:rPr>
        <w:rFonts w:ascii="Symbol" w:eastAsiaTheme="minorEastAsia" w:hAnsi="Symbol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11" w15:restartNumberingAfterBreak="0">
    <w:nsid w:val="100E234D"/>
    <w:multiLevelType w:val="hybridMultilevel"/>
    <w:tmpl w:val="D32AA5F2"/>
    <w:lvl w:ilvl="0" w:tplc="E65C1A8E">
      <w:start w:val="1"/>
      <w:numFmt w:val="bullet"/>
      <w:lvlText w:val="•"/>
      <w:lvlJc w:val="left"/>
      <w:pPr>
        <w:ind w:left="11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36BE7160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E8B61A02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4014CCDA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5781850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D321632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8EA3F76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96EAE54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908A634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1CF16DF0"/>
    <w:multiLevelType w:val="hybridMultilevel"/>
    <w:tmpl w:val="BC42DE78"/>
    <w:lvl w:ilvl="0" w:tplc="2EFC0112">
      <w:start w:val="1"/>
      <w:numFmt w:val="bullet"/>
      <w:lvlText w:val="•"/>
      <w:lvlJc w:val="left"/>
      <w:pPr>
        <w:ind w:left="1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87B251C6">
      <w:start w:val="1"/>
      <w:numFmt w:val="bullet"/>
      <w:lvlText w:val="o"/>
      <w:lvlJc w:val="left"/>
      <w:pPr>
        <w:ind w:left="11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AAE825DA">
      <w:start w:val="1"/>
      <w:numFmt w:val="bullet"/>
      <w:lvlText w:val="▪"/>
      <w:lvlJc w:val="left"/>
      <w:pPr>
        <w:ind w:left="19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68305A64">
      <w:start w:val="1"/>
      <w:numFmt w:val="bullet"/>
      <w:lvlText w:val="•"/>
      <w:lvlJc w:val="left"/>
      <w:pPr>
        <w:ind w:left="26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2A3CC8FE">
      <w:start w:val="1"/>
      <w:numFmt w:val="bullet"/>
      <w:lvlText w:val="o"/>
      <w:lvlJc w:val="left"/>
      <w:pPr>
        <w:ind w:left="334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C62B664">
      <w:start w:val="1"/>
      <w:numFmt w:val="bullet"/>
      <w:lvlText w:val="▪"/>
      <w:lvlJc w:val="left"/>
      <w:pPr>
        <w:ind w:left="406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57CCE9E">
      <w:start w:val="1"/>
      <w:numFmt w:val="bullet"/>
      <w:lvlText w:val="•"/>
      <w:lvlJc w:val="left"/>
      <w:pPr>
        <w:ind w:left="47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58E4F4C">
      <w:start w:val="1"/>
      <w:numFmt w:val="bullet"/>
      <w:lvlText w:val="o"/>
      <w:lvlJc w:val="left"/>
      <w:pPr>
        <w:ind w:left="55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C02B790">
      <w:start w:val="1"/>
      <w:numFmt w:val="bullet"/>
      <w:lvlText w:val="▪"/>
      <w:lvlJc w:val="left"/>
      <w:pPr>
        <w:ind w:left="62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38444979"/>
    <w:multiLevelType w:val="hybridMultilevel"/>
    <w:tmpl w:val="C9020D92"/>
    <w:lvl w:ilvl="0" w:tplc="12EE76F4">
      <w:start w:val="20"/>
      <w:numFmt w:val="bullet"/>
      <w:lvlText w:val="-"/>
      <w:lvlJc w:val="left"/>
      <w:pPr>
        <w:ind w:left="482" w:hanging="360"/>
      </w:pPr>
      <w:rPr>
        <w:rFonts w:ascii="Arial" w:eastAsiaTheme="minorEastAsia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2" w:hanging="360"/>
      </w:pPr>
      <w:rPr>
        <w:rFonts w:ascii="Wingdings" w:hAnsi="Wingdings" w:hint="default"/>
      </w:rPr>
    </w:lvl>
  </w:abstractNum>
  <w:abstractNum w:abstractNumId="14" w15:restartNumberingAfterBreak="0">
    <w:nsid w:val="3CCF1874"/>
    <w:multiLevelType w:val="hybridMultilevel"/>
    <w:tmpl w:val="8104EEF6"/>
    <w:lvl w:ilvl="0" w:tplc="E27EA6DC">
      <w:start w:val="1"/>
      <w:numFmt w:val="bullet"/>
      <w:lvlText w:val="•"/>
      <w:lvlJc w:val="left"/>
      <w:pPr>
        <w:ind w:left="11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D0EDB6C">
      <w:start w:val="1"/>
      <w:numFmt w:val="bullet"/>
      <w:lvlText w:val="o"/>
      <w:lvlJc w:val="left"/>
      <w:pPr>
        <w:ind w:left="11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5358E802">
      <w:start w:val="1"/>
      <w:numFmt w:val="bullet"/>
      <w:lvlText w:val="▪"/>
      <w:lvlJc w:val="left"/>
      <w:pPr>
        <w:ind w:left="19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9D4246A">
      <w:start w:val="1"/>
      <w:numFmt w:val="bullet"/>
      <w:lvlText w:val="•"/>
      <w:lvlJc w:val="left"/>
      <w:pPr>
        <w:ind w:left="26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A909D40">
      <w:start w:val="1"/>
      <w:numFmt w:val="bullet"/>
      <w:lvlText w:val="o"/>
      <w:lvlJc w:val="left"/>
      <w:pPr>
        <w:ind w:left="334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0BA62CDA">
      <w:start w:val="1"/>
      <w:numFmt w:val="bullet"/>
      <w:lvlText w:val="▪"/>
      <w:lvlJc w:val="left"/>
      <w:pPr>
        <w:ind w:left="406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EE329EEC">
      <w:start w:val="1"/>
      <w:numFmt w:val="bullet"/>
      <w:lvlText w:val="•"/>
      <w:lvlJc w:val="left"/>
      <w:pPr>
        <w:ind w:left="47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C78CA5C">
      <w:start w:val="1"/>
      <w:numFmt w:val="bullet"/>
      <w:lvlText w:val="o"/>
      <w:lvlJc w:val="left"/>
      <w:pPr>
        <w:ind w:left="55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BB10D46E">
      <w:start w:val="1"/>
      <w:numFmt w:val="bullet"/>
      <w:lvlText w:val="▪"/>
      <w:lvlJc w:val="left"/>
      <w:pPr>
        <w:ind w:left="62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41D25289"/>
    <w:multiLevelType w:val="hybridMultilevel"/>
    <w:tmpl w:val="98EC00D4"/>
    <w:lvl w:ilvl="0" w:tplc="D7021E8E">
      <w:start w:val="20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405E95"/>
    <w:multiLevelType w:val="hybridMultilevel"/>
    <w:tmpl w:val="C4BAC4FA"/>
    <w:lvl w:ilvl="0" w:tplc="3340A132">
      <w:start w:val="1"/>
      <w:numFmt w:val="bullet"/>
      <w:lvlText w:val="•"/>
      <w:lvlJc w:val="left"/>
      <w:pPr>
        <w:ind w:left="11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854E940E">
      <w:start w:val="1"/>
      <w:numFmt w:val="bullet"/>
      <w:lvlText w:val="o"/>
      <w:lvlJc w:val="left"/>
      <w:pPr>
        <w:ind w:left="11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861454D0">
      <w:start w:val="1"/>
      <w:numFmt w:val="bullet"/>
      <w:lvlText w:val="▪"/>
      <w:lvlJc w:val="left"/>
      <w:pPr>
        <w:ind w:left="18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4DA3974">
      <w:start w:val="1"/>
      <w:numFmt w:val="bullet"/>
      <w:lvlText w:val="•"/>
      <w:lvlJc w:val="left"/>
      <w:pPr>
        <w:ind w:left="26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ED81B22">
      <w:start w:val="1"/>
      <w:numFmt w:val="bullet"/>
      <w:lvlText w:val="o"/>
      <w:lvlJc w:val="left"/>
      <w:pPr>
        <w:ind w:left="33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596FDA6">
      <w:start w:val="1"/>
      <w:numFmt w:val="bullet"/>
      <w:lvlText w:val="▪"/>
      <w:lvlJc w:val="left"/>
      <w:pPr>
        <w:ind w:left="40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64F8EBF8">
      <w:start w:val="1"/>
      <w:numFmt w:val="bullet"/>
      <w:lvlText w:val="•"/>
      <w:lvlJc w:val="left"/>
      <w:pPr>
        <w:ind w:left="47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3F422B38">
      <w:start w:val="1"/>
      <w:numFmt w:val="bullet"/>
      <w:lvlText w:val="o"/>
      <w:lvlJc w:val="left"/>
      <w:pPr>
        <w:ind w:left="54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5ACA5E26">
      <w:start w:val="1"/>
      <w:numFmt w:val="bullet"/>
      <w:lvlText w:val="▪"/>
      <w:lvlJc w:val="left"/>
      <w:pPr>
        <w:ind w:left="62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42FD1B79"/>
    <w:multiLevelType w:val="hybridMultilevel"/>
    <w:tmpl w:val="56DCB1C6"/>
    <w:lvl w:ilvl="0" w:tplc="A30EC4D4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A7BA1688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C6A88FF0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4D6EFD38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A24FBFC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3D60EA4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6DE6D50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23C0F546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13482FB0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8" w15:restartNumberingAfterBreak="0">
    <w:nsid w:val="537033D7"/>
    <w:multiLevelType w:val="hybridMultilevel"/>
    <w:tmpl w:val="F53EF31E"/>
    <w:lvl w:ilvl="0" w:tplc="571C5242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FD6ADD0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F621F00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B6182408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AEE63A78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5CEC3C16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7F76718E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DB18CF26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A62A530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9" w15:restartNumberingAfterBreak="0">
    <w:nsid w:val="550F7572"/>
    <w:multiLevelType w:val="hybridMultilevel"/>
    <w:tmpl w:val="E7FA1ABE"/>
    <w:lvl w:ilvl="0" w:tplc="7526B05A">
      <w:start w:val="1"/>
      <w:numFmt w:val="bullet"/>
      <w:lvlText w:val="•"/>
      <w:lvlJc w:val="left"/>
      <w:pPr>
        <w:ind w:left="12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0308814">
      <w:start w:val="1"/>
      <w:numFmt w:val="bullet"/>
      <w:lvlText w:val="o"/>
      <w:lvlJc w:val="left"/>
      <w:pPr>
        <w:ind w:left="119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D05A93BE">
      <w:start w:val="1"/>
      <w:numFmt w:val="bullet"/>
      <w:lvlText w:val="▪"/>
      <w:lvlJc w:val="left"/>
      <w:pPr>
        <w:ind w:left="19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5EBCB3E4">
      <w:start w:val="1"/>
      <w:numFmt w:val="bullet"/>
      <w:lvlText w:val="•"/>
      <w:lvlJc w:val="left"/>
      <w:pPr>
        <w:ind w:left="263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B368534E">
      <w:start w:val="1"/>
      <w:numFmt w:val="bullet"/>
      <w:lvlText w:val="o"/>
      <w:lvlJc w:val="left"/>
      <w:pPr>
        <w:ind w:left="335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2AD4968A">
      <w:start w:val="1"/>
      <w:numFmt w:val="bullet"/>
      <w:lvlText w:val="▪"/>
      <w:lvlJc w:val="left"/>
      <w:pPr>
        <w:ind w:left="407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94A0232A">
      <w:start w:val="1"/>
      <w:numFmt w:val="bullet"/>
      <w:lvlText w:val="•"/>
      <w:lvlJc w:val="left"/>
      <w:pPr>
        <w:ind w:left="479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C6A6BBA">
      <w:start w:val="1"/>
      <w:numFmt w:val="bullet"/>
      <w:lvlText w:val="o"/>
      <w:lvlJc w:val="left"/>
      <w:pPr>
        <w:ind w:left="55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24120AEE">
      <w:start w:val="1"/>
      <w:numFmt w:val="bullet"/>
      <w:lvlText w:val="▪"/>
      <w:lvlJc w:val="left"/>
      <w:pPr>
        <w:ind w:left="623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0" w15:restartNumberingAfterBreak="0">
    <w:nsid w:val="5EB17B5B"/>
    <w:multiLevelType w:val="hybridMultilevel"/>
    <w:tmpl w:val="3C8E9E12"/>
    <w:lvl w:ilvl="0" w:tplc="CA4AF0A2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4140B628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AB4540C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C35ADC70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ED6691A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8CAE76F2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844862E0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AEF449A2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19EE483A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1" w15:restartNumberingAfterBreak="0">
    <w:nsid w:val="62326EFE"/>
    <w:multiLevelType w:val="hybridMultilevel"/>
    <w:tmpl w:val="A1BC3AE0"/>
    <w:lvl w:ilvl="0" w:tplc="36C81FF8">
      <w:start w:val="1"/>
      <w:numFmt w:val="bullet"/>
      <w:lvlText w:val="•"/>
      <w:lvlJc w:val="left"/>
      <w:pPr>
        <w:ind w:left="1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40AB72C">
      <w:start w:val="1"/>
      <w:numFmt w:val="bullet"/>
      <w:lvlText w:val="o"/>
      <w:lvlJc w:val="left"/>
      <w:pPr>
        <w:ind w:left="11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EF2BDFC">
      <w:start w:val="1"/>
      <w:numFmt w:val="bullet"/>
      <w:lvlText w:val="▪"/>
      <w:lvlJc w:val="left"/>
      <w:pPr>
        <w:ind w:left="19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74CA090">
      <w:start w:val="1"/>
      <w:numFmt w:val="bullet"/>
      <w:lvlText w:val="•"/>
      <w:lvlJc w:val="left"/>
      <w:pPr>
        <w:ind w:left="26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23BE7A16">
      <w:start w:val="1"/>
      <w:numFmt w:val="bullet"/>
      <w:lvlText w:val="o"/>
      <w:lvlJc w:val="left"/>
      <w:pPr>
        <w:ind w:left="33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389ACCEA">
      <w:start w:val="1"/>
      <w:numFmt w:val="bullet"/>
      <w:lvlText w:val="▪"/>
      <w:lvlJc w:val="left"/>
      <w:pPr>
        <w:ind w:left="40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D6CA084">
      <w:start w:val="1"/>
      <w:numFmt w:val="bullet"/>
      <w:lvlText w:val="•"/>
      <w:lvlJc w:val="left"/>
      <w:pPr>
        <w:ind w:left="47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694BF42">
      <w:start w:val="1"/>
      <w:numFmt w:val="bullet"/>
      <w:lvlText w:val="o"/>
      <w:lvlJc w:val="left"/>
      <w:pPr>
        <w:ind w:left="55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D36C4DA0">
      <w:start w:val="1"/>
      <w:numFmt w:val="bullet"/>
      <w:lvlText w:val="▪"/>
      <w:lvlJc w:val="left"/>
      <w:pPr>
        <w:ind w:left="62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409035845">
    <w:abstractNumId w:val="8"/>
  </w:num>
  <w:num w:numId="2" w16cid:durableId="1928493804">
    <w:abstractNumId w:val="6"/>
  </w:num>
  <w:num w:numId="3" w16cid:durableId="1641421009">
    <w:abstractNumId w:val="5"/>
  </w:num>
  <w:num w:numId="4" w16cid:durableId="1048532524">
    <w:abstractNumId w:val="4"/>
  </w:num>
  <w:num w:numId="5" w16cid:durableId="291249748">
    <w:abstractNumId w:val="7"/>
  </w:num>
  <w:num w:numId="6" w16cid:durableId="1306619768">
    <w:abstractNumId w:val="3"/>
  </w:num>
  <w:num w:numId="7" w16cid:durableId="801580279">
    <w:abstractNumId w:val="2"/>
  </w:num>
  <w:num w:numId="8" w16cid:durableId="813641742">
    <w:abstractNumId w:val="1"/>
  </w:num>
  <w:num w:numId="9" w16cid:durableId="203830652">
    <w:abstractNumId w:val="0"/>
  </w:num>
  <w:num w:numId="10" w16cid:durableId="828714827">
    <w:abstractNumId w:val="16"/>
  </w:num>
  <w:num w:numId="11" w16cid:durableId="721169824">
    <w:abstractNumId w:val="17"/>
  </w:num>
  <w:num w:numId="12" w16cid:durableId="2145929814">
    <w:abstractNumId w:val="12"/>
  </w:num>
  <w:num w:numId="13" w16cid:durableId="1060788038">
    <w:abstractNumId w:val="9"/>
  </w:num>
  <w:num w:numId="14" w16cid:durableId="1764645929">
    <w:abstractNumId w:val="10"/>
  </w:num>
  <w:num w:numId="15" w16cid:durableId="713042250">
    <w:abstractNumId w:val="18"/>
  </w:num>
  <w:num w:numId="16" w16cid:durableId="2095474132">
    <w:abstractNumId w:val="20"/>
  </w:num>
  <w:num w:numId="17" w16cid:durableId="379210471">
    <w:abstractNumId w:val="19"/>
  </w:num>
  <w:num w:numId="18" w16cid:durableId="857696510">
    <w:abstractNumId w:val="21"/>
  </w:num>
  <w:num w:numId="19" w16cid:durableId="1195340920">
    <w:abstractNumId w:val="11"/>
  </w:num>
  <w:num w:numId="20" w16cid:durableId="1774204796">
    <w:abstractNumId w:val="14"/>
  </w:num>
  <w:num w:numId="21" w16cid:durableId="101387234">
    <w:abstractNumId w:val="13"/>
  </w:num>
  <w:num w:numId="22" w16cid:durableId="3184638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DisplayPageBoundarie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2617"/>
    <w:rsid w:val="00006022"/>
    <w:rsid w:val="000143E4"/>
    <w:rsid w:val="00026AAA"/>
    <w:rsid w:val="0003288F"/>
    <w:rsid w:val="00034616"/>
    <w:rsid w:val="00055AEE"/>
    <w:rsid w:val="0006063C"/>
    <w:rsid w:val="00071EDF"/>
    <w:rsid w:val="00075C2E"/>
    <w:rsid w:val="00080A9A"/>
    <w:rsid w:val="00082C16"/>
    <w:rsid w:val="000A189C"/>
    <w:rsid w:val="000C4284"/>
    <w:rsid w:val="000E7798"/>
    <w:rsid w:val="000F0937"/>
    <w:rsid w:val="000F1FD8"/>
    <w:rsid w:val="000F443B"/>
    <w:rsid w:val="00106658"/>
    <w:rsid w:val="001160CA"/>
    <w:rsid w:val="00144847"/>
    <w:rsid w:val="0015074B"/>
    <w:rsid w:val="001618AA"/>
    <w:rsid w:val="001931C2"/>
    <w:rsid w:val="00197B93"/>
    <w:rsid w:val="001A3E3C"/>
    <w:rsid w:val="001A5036"/>
    <w:rsid w:val="001B0FAC"/>
    <w:rsid w:val="001B5EE0"/>
    <w:rsid w:val="001B7A96"/>
    <w:rsid w:val="001C0978"/>
    <w:rsid w:val="001C677D"/>
    <w:rsid w:val="001D439F"/>
    <w:rsid w:val="001E5C8A"/>
    <w:rsid w:val="002121C7"/>
    <w:rsid w:val="002439CC"/>
    <w:rsid w:val="00256D4A"/>
    <w:rsid w:val="0026215F"/>
    <w:rsid w:val="0029639D"/>
    <w:rsid w:val="002A16D4"/>
    <w:rsid w:val="002C7572"/>
    <w:rsid w:val="002E5110"/>
    <w:rsid w:val="00307EDB"/>
    <w:rsid w:val="00324151"/>
    <w:rsid w:val="00326F90"/>
    <w:rsid w:val="00334094"/>
    <w:rsid w:val="00334F9D"/>
    <w:rsid w:val="00364CD7"/>
    <w:rsid w:val="00366437"/>
    <w:rsid w:val="00372BAD"/>
    <w:rsid w:val="0038346D"/>
    <w:rsid w:val="003A3B94"/>
    <w:rsid w:val="003B30F2"/>
    <w:rsid w:val="003C47D2"/>
    <w:rsid w:val="003D0B0F"/>
    <w:rsid w:val="003E4701"/>
    <w:rsid w:val="003F1178"/>
    <w:rsid w:val="003F3660"/>
    <w:rsid w:val="00427445"/>
    <w:rsid w:val="0043075D"/>
    <w:rsid w:val="00432F69"/>
    <w:rsid w:val="004370AE"/>
    <w:rsid w:val="004372C7"/>
    <w:rsid w:val="004555F8"/>
    <w:rsid w:val="00460E21"/>
    <w:rsid w:val="004A0B7F"/>
    <w:rsid w:val="004A58F7"/>
    <w:rsid w:val="004A7987"/>
    <w:rsid w:val="004B0D4C"/>
    <w:rsid w:val="004B2F38"/>
    <w:rsid w:val="004C238F"/>
    <w:rsid w:val="004D4BA1"/>
    <w:rsid w:val="004D50D3"/>
    <w:rsid w:val="004E4C3C"/>
    <w:rsid w:val="004F3AC4"/>
    <w:rsid w:val="004F6365"/>
    <w:rsid w:val="0055262D"/>
    <w:rsid w:val="0057175B"/>
    <w:rsid w:val="005854D2"/>
    <w:rsid w:val="005855E3"/>
    <w:rsid w:val="0058645D"/>
    <w:rsid w:val="00590535"/>
    <w:rsid w:val="005A10F7"/>
    <w:rsid w:val="005A1206"/>
    <w:rsid w:val="005B2FFB"/>
    <w:rsid w:val="005C4521"/>
    <w:rsid w:val="005F271F"/>
    <w:rsid w:val="00633EF3"/>
    <w:rsid w:val="0065078B"/>
    <w:rsid w:val="00656E53"/>
    <w:rsid w:val="00667E5E"/>
    <w:rsid w:val="006762F1"/>
    <w:rsid w:val="006A68BD"/>
    <w:rsid w:val="006D5F61"/>
    <w:rsid w:val="006D7E9E"/>
    <w:rsid w:val="006E508A"/>
    <w:rsid w:val="006F15F8"/>
    <w:rsid w:val="006F1B54"/>
    <w:rsid w:val="006F7DA6"/>
    <w:rsid w:val="00702B14"/>
    <w:rsid w:val="00720E23"/>
    <w:rsid w:val="007317D9"/>
    <w:rsid w:val="007322EB"/>
    <w:rsid w:val="00750F8C"/>
    <w:rsid w:val="007577D3"/>
    <w:rsid w:val="0076416D"/>
    <w:rsid w:val="00770848"/>
    <w:rsid w:val="00774E02"/>
    <w:rsid w:val="00777407"/>
    <w:rsid w:val="00777DD1"/>
    <w:rsid w:val="00793064"/>
    <w:rsid w:val="007A1297"/>
    <w:rsid w:val="007A6CB4"/>
    <w:rsid w:val="007B5D5C"/>
    <w:rsid w:val="007E3BB3"/>
    <w:rsid w:val="007F0315"/>
    <w:rsid w:val="007F2703"/>
    <w:rsid w:val="007F46FC"/>
    <w:rsid w:val="007F546B"/>
    <w:rsid w:val="007F7D26"/>
    <w:rsid w:val="00811411"/>
    <w:rsid w:val="008237AD"/>
    <w:rsid w:val="00844082"/>
    <w:rsid w:val="00872DC3"/>
    <w:rsid w:val="008738F0"/>
    <w:rsid w:val="00891E37"/>
    <w:rsid w:val="008931D5"/>
    <w:rsid w:val="00896534"/>
    <w:rsid w:val="008B0C95"/>
    <w:rsid w:val="008E1D12"/>
    <w:rsid w:val="008E1EEC"/>
    <w:rsid w:val="008F4908"/>
    <w:rsid w:val="008F7555"/>
    <w:rsid w:val="00907E6A"/>
    <w:rsid w:val="0093424D"/>
    <w:rsid w:val="009460B2"/>
    <w:rsid w:val="00947704"/>
    <w:rsid w:val="00951BBE"/>
    <w:rsid w:val="00964B29"/>
    <w:rsid w:val="00970794"/>
    <w:rsid w:val="00971DB9"/>
    <w:rsid w:val="00973F1A"/>
    <w:rsid w:val="00975D4B"/>
    <w:rsid w:val="0098089B"/>
    <w:rsid w:val="00980CD9"/>
    <w:rsid w:val="009813C3"/>
    <w:rsid w:val="009A6A2A"/>
    <w:rsid w:val="009B06F7"/>
    <w:rsid w:val="009C0900"/>
    <w:rsid w:val="009E33D7"/>
    <w:rsid w:val="009E6B74"/>
    <w:rsid w:val="00A0663F"/>
    <w:rsid w:val="00A17958"/>
    <w:rsid w:val="00A23362"/>
    <w:rsid w:val="00A24E81"/>
    <w:rsid w:val="00A30916"/>
    <w:rsid w:val="00A4422E"/>
    <w:rsid w:val="00A50BC8"/>
    <w:rsid w:val="00A8141D"/>
    <w:rsid w:val="00A837E3"/>
    <w:rsid w:val="00AA1D8D"/>
    <w:rsid w:val="00AA2260"/>
    <w:rsid w:val="00AA45AC"/>
    <w:rsid w:val="00AA6BCF"/>
    <w:rsid w:val="00AD7FAA"/>
    <w:rsid w:val="00AE32CA"/>
    <w:rsid w:val="00B12E44"/>
    <w:rsid w:val="00B342EB"/>
    <w:rsid w:val="00B4597E"/>
    <w:rsid w:val="00B47730"/>
    <w:rsid w:val="00B506A8"/>
    <w:rsid w:val="00B61013"/>
    <w:rsid w:val="00B650F0"/>
    <w:rsid w:val="00B72B5B"/>
    <w:rsid w:val="00B924B6"/>
    <w:rsid w:val="00BA45BC"/>
    <w:rsid w:val="00BB05FF"/>
    <w:rsid w:val="00BB2116"/>
    <w:rsid w:val="00BB7C2E"/>
    <w:rsid w:val="00BC57D8"/>
    <w:rsid w:val="00BD3A7B"/>
    <w:rsid w:val="00BD6696"/>
    <w:rsid w:val="00BE0BA1"/>
    <w:rsid w:val="00C22A81"/>
    <w:rsid w:val="00C35179"/>
    <w:rsid w:val="00C4101F"/>
    <w:rsid w:val="00C5765A"/>
    <w:rsid w:val="00C67E8E"/>
    <w:rsid w:val="00C72EF2"/>
    <w:rsid w:val="00C827C0"/>
    <w:rsid w:val="00C92902"/>
    <w:rsid w:val="00CA396F"/>
    <w:rsid w:val="00CA3E90"/>
    <w:rsid w:val="00CA5D2C"/>
    <w:rsid w:val="00CB0664"/>
    <w:rsid w:val="00CD478C"/>
    <w:rsid w:val="00CD724F"/>
    <w:rsid w:val="00CE5B07"/>
    <w:rsid w:val="00CF0841"/>
    <w:rsid w:val="00D038AC"/>
    <w:rsid w:val="00D16698"/>
    <w:rsid w:val="00D236FD"/>
    <w:rsid w:val="00D4218E"/>
    <w:rsid w:val="00D44120"/>
    <w:rsid w:val="00D539E7"/>
    <w:rsid w:val="00D53E09"/>
    <w:rsid w:val="00D71CCF"/>
    <w:rsid w:val="00D729B8"/>
    <w:rsid w:val="00D76DEF"/>
    <w:rsid w:val="00D832F0"/>
    <w:rsid w:val="00D86B63"/>
    <w:rsid w:val="00D930AD"/>
    <w:rsid w:val="00D964C2"/>
    <w:rsid w:val="00DC50A2"/>
    <w:rsid w:val="00DE0297"/>
    <w:rsid w:val="00DE370F"/>
    <w:rsid w:val="00DF6C4F"/>
    <w:rsid w:val="00E05911"/>
    <w:rsid w:val="00E07B2A"/>
    <w:rsid w:val="00E10500"/>
    <w:rsid w:val="00E23730"/>
    <w:rsid w:val="00E23D8A"/>
    <w:rsid w:val="00E24714"/>
    <w:rsid w:val="00E32BE3"/>
    <w:rsid w:val="00E351B3"/>
    <w:rsid w:val="00E45C8F"/>
    <w:rsid w:val="00E6191E"/>
    <w:rsid w:val="00E62039"/>
    <w:rsid w:val="00E6552F"/>
    <w:rsid w:val="00E71D0F"/>
    <w:rsid w:val="00EA095D"/>
    <w:rsid w:val="00EA77E4"/>
    <w:rsid w:val="00EE3EF6"/>
    <w:rsid w:val="00F044B5"/>
    <w:rsid w:val="00F075E3"/>
    <w:rsid w:val="00F35E65"/>
    <w:rsid w:val="00F36B86"/>
    <w:rsid w:val="00F43DC7"/>
    <w:rsid w:val="00F44F01"/>
    <w:rsid w:val="00F4720E"/>
    <w:rsid w:val="00F678A5"/>
    <w:rsid w:val="00F809C8"/>
    <w:rsid w:val="00F81CF1"/>
    <w:rsid w:val="00F860DF"/>
    <w:rsid w:val="00FA136B"/>
    <w:rsid w:val="00FA512C"/>
    <w:rsid w:val="00FA730D"/>
    <w:rsid w:val="00FB1CB7"/>
    <w:rsid w:val="00FB4775"/>
    <w:rsid w:val="00FB6BBD"/>
    <w:rsid w:val="00FC2896"/>
    <w:rsid w:val="00FC693F"/>
    <w:rsid w:val="00FD003D"/>
    <w:rsid w:val="00FD0775"/>
    <w:rsid w:val="00FD4C1F"/>
    <w:rsid w:val="00FF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D10481"/>
  <w14:defaultImageDpi w14:val="300"/>
  <w15:docId w15:val="{EEE7E7BD-1AAC-4D33-B846-CBE8A3F77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1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412EB8B-365C-4C14-AD9F-56365AD47B48}">
  <ds:schemaRefs>
    <ds:schemaRef ds:uri="http://schemas.microsoft.com/office/2006/metadata/properties"/>
    <ds:schemaRef ds:uri="http://schemas.microsoft.com/office/infopath/2007/PartnerControls"/>
    <ds:schemaRef ds:uri="7e800af8-ee0a-4abe-8364-e35e73458089"/>
    <ds:schemaRef ds:uri="e9db57f6-da48-408a-95df-676a4b354fc8"/>
  </ds:schemaRefs>
</ds:datastoreItem>
</file>

<file path=customXml/itemProps3.xml><?xml version="1.0" encoding="utf-8"?>
<ds:datastoreItem xmlns:ds="http://schemas.openxmlformats.org/officeDocument/2006/customXml" ds:itemID="{A2EA4B58-8586-44EE-BD92-83FC4E1E67C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71666C-0510-45E2-852D-77B3954BFB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db57f6-da48-408a-95df-676a4b354fc8"/>
    <ds:schemaRef ds:uri="7e800af8-ee0a-4abe-8364-e35e734580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Karl Matysik</cp:lastModifiedBy>
  <cp:revision>236</cp:revision>
  <dcterms:created xsi:type="dcterms:W3CDTF">2026-08-18T16:23:00Z</dcterms:created>
  <dcterms:modified xsi:type="dcterms:W3CDTF">2026-09-21T19:19:00Z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0x010100DFD848D20BCBFC408AA1F43369968B11</vt:lpwstr>
  </property>
  <property fmtid="{D5CDD505-2E9C-101B-9397-08002B2CF9AE}" pid="3" name="MediaServiceImageTags">
    <vt:lpwstr/>
  </property>
</Properties>
</file>