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30CE0042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>Y</w:t>
      </w:r>
      <w:r w:rsidR="004555F8">
        <w:rPr>
          <w:b/>
          <w:sz w:val="32"/>
          <w:u w:val="single"/>
        </w:rPr>
        <w:t xml:space="preserve">ear </w:t>
      </w:r>
      <w:r w:rsidR="00F81CF1">
        <w:rPr>
          <w:b/>
          <w:sz w:val="32"/>
          <w:u w:val="single"/>
        </w:rPr>
        <w:t>3</w:t>
      </w:r>
      <w:r w:rsidR="004555F8">
        <w:rPr>
          <w:b/>
          <w:sz w:val="32"/>
          <w:u w:val="single"/>
        </w:rPr>
        <w:t xml:space="preserve"> – Art and Design </w:t>
      </w:r>
      <w:r w:rsidR="00334094">
        <w:rPr>
          <w:b/>
          <w:sz w:val="32"/>
          <w:u w:val="single"/>
        </w:rPr>
        <w:t>Autumn 1, Spring 1, Summer 1</w:t>
      </w:r>
      <w:r w:rsidR="00334094">
        <w:rPr>
          <w:b/>
          <w:sz w:val="32"/>
          <w:u w:val="single"/>
        </w:rPr>
        <w:br/>
        <w:t>Design and Technology Autumn 2</w:t>
      </w:r>
      <w:r w:rsidR="006D7E9E">
        <w:rPr>
          <w:b/>
          <w:sz w:val="32"/>
          <w:u w:val="single"/>
        </w:rPr>
        <w:t xml:space="preserve">, Spring 2, Summer 2 </w:t>
      </w:r>
    </w:p>
    <w:p w14:paraId="26EEE140" w14:textId="22553848" w:rsidR="003F3660" w:rsidRDefault="00F7323B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54D80FFD" w:rsidR="003F3660" w:rsidRDefault="00F7323B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852"/>
        <w:gridCol w:w="992"/>
        <w:gridCol w:w="991"/>
        <w:gridCol w:w="1136"/>
        <w:gridCol w:w="1276"/>
        <w:gridCol w:w="284"/>
        <w:gridCol w:w="1417"/>
        <w:gridCol w:w="992"/>
        <w:gridCol w:w="852"/>
        <w:gridCol w:w="141"/>
        <w:gridCol w:w="851"/>
        <w:gridCol w:w="851"/>
        <w:gridCol w:w="850"/>
        <w:gridCol w:w="806"/>
      </w:tblGrid>
      <w:tr w:rsidR="006D7E9E" w14:paraId="4F87C0E3" w14:textId="77777777" w:rsidTr="00202BEF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6F567729" w14:textId="77777777" w:rsidR="006D7E9E" w:rsidRPr="001C0978" w:rsidRDefault="006D7E9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9" w:type="dxa"/>
            <w:gridSpan w:val="7"/>
            <w:shd w:val="clear" w:color="auto" w:fill="F2F2F2"/>
            <w:vAlign w:val="center"/>
          </w:tcPr>
          <w:p w14:paraId="1E106704" w14:textId="4A7CBDD3" w:rsidR="006D7E9E" w:rsidRPr="006D7E9E" w:rsidRDefault="006D7E9E">
            <w:pPr>
              <w:jc w:val="center"/>
              <w:rPr>
                <w:b/>
                <w:bCs/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1 – Art and Design </w:t>
            </w:r>
          </w:p>
        </w:tc>
        <w:tc>
          <w:tcPr>
            <w:tcW w:w="284" w:type="dxa"/>
            <w:shd w:val="clear" w:color="auto" w:fill="FFF2CC"/>
            <w:vAlign w:val="center"/>
          </w:tcPr>
          <w:p w14:paraId="764CD273" w14:textId="77777777" w:rsidR="006D7E9E" w:rsidRDefault="006D7E9E">
            <w:pPr>
              <w:jc w:val="center"/>
              <w:rPr>
                <w:b/>
                <w:sz w:val="14"/>
              </w:rPr>
            </w:pPr>
          </w:p>
        </w:tc>
        <w:tc>
          <w:tcPr>
            <w:tcW w:w="6760" w:type="dxa"/>
            <w:gridSpan w:val="8"/>
            <w:shd w:val="clear" w:color="auto" w:fill="F2F2F2"/>
            <w:vAlign w:val="center"/>
          </w:tcPr>
          <w:p w14:paraId="224BC315" w14:textId="6B1F30BC" w:rsidR="006D7E9E" w:rsidRDefault="006D7E9E">
            <w:pPr>
              <w:jc w:val="center"/>
              <w:rPr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</w:t>
            </w:r>
            <w:r>
              <w:rPr>
                <w:b/>
                <w:bCs/>
                <w:sz w:val="14"/>
              </w:rPr>
              <w:t>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3F3660" w14:paraId="14D097BA" w14:textId="77777777" w:rsidTr="004D4BA1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5E4EE956" w:rsidR="003F3660" w:rsidRDefault="00F7323B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F7323B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F7323B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095AE82B" w14:textId="77777777" w:rsidR="003F3660" w:rsidRDefault="00F7323B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F898093" w14:textId="77777777" w:rsidR="003F3660" w:rsidRDefault="00F7323B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9168821" w14:textId="77777777" w:rsidR="003F3660" w:rsidRDefault="00F7323B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0713639" w14:textId="77777777" w:rsidR="003F3660" w:rsidRDefault="00F7323B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F7323B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F7323B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A26E53A" w14:textId="77777777" w:rsidR="003F3660" w:rsidRDefault="00F7323B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4D695" w14:textId="77777777" w:rsidR="003F3660" w:rsidRDefault="00F7323B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993" w:type="dxa"/>
            <w:gridSpan w:val="2"/>
            <w:shd w:val="clear" w:color="auto" w:fill="F2F2F2"/>
            <w:vAlign w:val="center"/>
          </w:tcPr>
          <w:p w14:paraId="1318FD48" w14:textId="77777777" w:rsidR="003F3660" w:rsidRDefault="00F7323B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0B95D0B" w14:textId="77777777" w:rsidR="003F3660" w:rsidRDefault="00F7323B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F7323B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F7323B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F7323B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B650F0" w14:paraId="6B3BD032" w14:textId="77777777" w:rsidTr="004D4BA1">
        <w:trPr>
          <w:jc w:val="center"/>
        </w:trPr>
        <w:tc>
          <w:tcPr>
            <w:tcW w:w="1134" w:type="dxa"/>
            <w:vMerge/>
          </w:tcPr>
          <w:p w14:paraId="21597D09" w14:textId="77777777" w:rsidR="00B650F0" w:rsidRDefault="00B650F0"/>
        </w:tc>
        <w:tc>
          <w:tcPr>
            <w:tcW w:w="3546" w:type="dxa"/>
            <w:gridSpan w:val="4"/>
            <w:shd w:val="clear" w:color="auto" w:fill="E6E6E6"/>
            <w:vAlign w:val="center"/>
          </w:tcPr>
          <w:p w14:paraId="3F727CF4" w14:textId="5A22AA2D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Drawing </w:t>
            </w:r>
            <w:r w:rsidR="007B5D5C">
              <w:rPr>
                <w:color w:val="0070C0"/>
              </w:rPr>
              <w:t xml:space="preserve">and Painting </w:t>
            </w:r>
            <w:r>
              <w:rPr>
                <w:color w:val="0070C0"/>
              </w:rPr>
              <w:t xml:space="preserve">Block A </w:t>
            </w:r>
          </w:p>
        </w:tc>
        <w:tc>
          <w:tcPr>
            <w:tcW w:w="3403" w:type="dxa"/>
            <w:gridSpan w:val="3"/>
            <w:shd w:val="clear" w:color="auto" w:fill="E6E6E6"/>
            <w:vAlign w:val="center"/>
          </w:tcPr>
          <w:p w14:paraId="7FBE8811" w14:textId="7643E066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P</w:t>
            </w:r>
            <w:r w:rsidR="001A3E3C">
              <w:rPr>
                <w:color w:val="0070C0"/>
              </w:rPr>
              <w:t xml:space="preserve">rintmaking </w:t>
            </w:r>
            <w:r>
              <w:rPr>
                <w:color w:val="0070C0"/>
              </w:rPr>
              <w:t xml:space="preserve">Block B </w:t>
            </w:r>
          </w:p>
        </w:tc>
        <w:tc>
          <w:tcPr>
            <w:tcW w:w="284" w:type="dxa"/>
            <w:vMerge/>
          </w:tcPr>
          <w:p w14:paraId="4B76F99F" w14:textId="77777777" w:rsidR="00B650F0" w:rsidRDefault="00B650F0"/>
        </w:tc>
        <w:tc>
          <w:tcPr>
            <w:tcW w:w="3402" w:type="dxa"/>
            <w:gridSpan w:val="4"/>
            <w:shd w:val="clear" w:color="auto" w:fill="E6E6E6"/>
            <w:vAlign w:val="center"/>
          </w:tcPr>
          <w:p w14:paraId="3CEDDEB6" w14:textId="411D9CF9" w:rsidR="00B650F0" w:rsidRPr="00D71CCF" w:rsidRDefault="00B72B5B">
            <w:pPr>
              <w:jc w:val="center"/>
              <w:rPr>
                <w:color w:val="0070C0"/>
              </w:rPr>
            </w:pPr>
            <w:r>
              <w:t>Textiles</w:t>
            </w:r>
            <w:r w:rsidR="00B650F0">
              <w:t xml:space="preserve"> Block A </w:t>
            </w:r>
          </w:p>
        </w:tc>
        <w:tc>
          <w:tcPr>
            <w:tcW w:w="2552" w:type="dxa"/>
            <w:gridSpan w:val="3"/>
            <w:shd w:val="clear" w:color="auto" w:fill="E6E6E6"/>
            <w:vAlign w:val="center"/>
          </w:tcPr>
          <w:p w14:paraId="3114E329" w14:textId="1671D1FF" w:rsidR="00B650F0" w:rsidRDefault="00A17958">
            <w:pPr>
              <w:jc w:val="center"/>
            </w:pPr>
            <w:r>
              <w:t>Food and Nutrition</w:t>
            </w:r>
            <w:r w:rsidR="00B650F0">
              <w:t xml:space="preserve"> Block B </w:t>
            </w:r>
          </w:p>
        </w:tc>
        <w:tc>
          <w:tcPr>
            <w:tcW w:w="806" w:type="dxa"/>
            <w:vMerge w:val="restart"/>
            <w:shd w:val="clear" w:color="auto" w:fill="E6E6E6"/>
            <w:vAlign w:val="center"/>
          </w:tcPr>
          <w:p w14:paraId="7AFA3122" w14:textId="1D9AFACD" w:rsidR="00B650F0" w:rsidRDefault="00B650F0">
            <w:pPr>
              <w:jc w:val="center"/>
            </w:pPr>
            <w:r>
              <w:t>Flexible Content</w:t>
            </w:r>
            <w:r w:rsidR="00E10500">
              <w:t xml:space="preserve"> </w:t>
            </w:r>
          </w:p>
        </w:tc>
      </w:tr>
      <w:tr w:rsidR="00B650F0" w14:paraId="2F44F560" w14:textId="77777777" w:rsidTr="00667E5E">
        <w:trPr>
          <w:trHeight w:val="3340"/>
          <w:jc w:val="center"/>
        </w:trPr>
        <w:tc>
          <w:tcPr>
            <w:tcW w:w="1134" w:type="dxa"/>
            <w:vMerge/>
          </w:tcPr>
          <w:p w14:paraId="70AF0F43" w14:textId="77777777" w:rsidR="00B650F0" w:rsidRDefault="00B650F0" w:rsidP="007A1297"/>
        </w:tc>
        <w:tc>
          <w:tcPr>
            <w:tcW w:w="3546" w:type="dxa"/>
            <w:gridSpan w:val="4"/>
          </w:tcPr>
          <w:p w14:paraId="49A98549" w14:textId="627D9CEF" w:rsidR="00667E5E" w:rsidRPr="00D76DEF" w:rsidRDefault="00D76DEF" w:rsidP="00667E5E">
            <w:pPr>
              <w:rPr>
                <w:b/>
                <w:bCs/>
                <w:color w:val="0070C0"/>
              </w:rPr>
            </w:pPr>
            <w:r w:rsidRPr="00D76DEF">
              <w:rPr>
                <w:b/>
                <w:bCs/>
                <w:color w:val="0070C0"/>
              </w:rPr>
              <w:drawing>
                <wp:anchor distT="0" distB="0" distL="114300" distR="114300" simplePos="0" relativeHeight="251739648" behindDoc="1" locked="0" layoutInCell="1" allowOverlap="1" wp14:anchorId="515B0457" wp14:editId="6A9C57D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1483995</wp:posOffset>
                  </wp:positionV>
                  <wp:extent cx="2114550" cy="744220"/>
                  <wp:effectExtent l="0" t="0" r="0" b="0"/>
                  <wp:wrapTight wrapText="bothSides">
                    <wp:wrapPolygon edited="0">
                      <wp:start x="0" y="0"/>
                      <wp:lineTo x="0" y="21010"/>
                      <wp:lineTo x="21405" y="21010"/>
                      <wp:lineTo x="21405" y="0"/>
                      <wp:lineTo x="0" y="0"/>
                    </wp:wrapPolygon>
                  </wp:wrapTight>
                  <wp:docPr id="469860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86094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38AC" w:rsidRPr="00D038AC">
              <w:rPr>
                <w:b/>
                <w:bCs/>
                <w:color w:val="0070C0"/>
              </w:rPr>
              <w:drawing>
                <wp:anchor distT="0" distB="0" distL="114300" distR="114300" simplePos="0" relativeHeight="251673088" behindDoc="0" locked="0" layoutInCell="1" allowOverlap="1" wp14:anchorId="6AB31F60" wp14:editId="5F44ABCD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8890</wp:posOffset>
                  </wp:positionV>
                  <wp:extent cx="2114550" cy="1474470"/>
                  <wp:effectExtent l="0" t="0" r="0" b="0"/>
                  <wp:wrapSquare wrapText="bothSides"/>
                  <wp:docPr id="317838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83890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47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E3ADF7" w14:textId="2AD3BA7C" w:rsidR="00667E5E" w:rsidRPr="00667E5E" w:rsidRDefault="00667E5E" w:rsidP="00667E5E"/>
        </w:tc>
        <w:tc>
          <w:tcPr>
            <w:tcW w:w="3403" w:type="dxa"/>
            <w:gridSpan w:val="3"/>
          </w:tcPr>
          <w:p w14:paraId="5EE113EF" w14:textId="49548FFD" w:rsidR="00B650F0" w:rsidRDefault="001160CA" w:rsidP="007A1297">
            <w:pPr>
              <w:rPr>
                <w:b/>
                <w:bCs/>
              </w:rPr>
            </w:pPr>
            <w:r w:rsidRPr="001160CA">
              <w:rPr>
                <w:b/>
                <w:bCs/>
              </w:rPr>
              <w:drawing>
                <wp:anchor distT="0" distB="0" distL="114300" distR="114300" simplePos="0" relativeHeight="251679232" behindDoc="0" locked="0" layoutInCell="1" allowOverlap="1" wp14:anchorId="5DE23022" wp14:editId="3D4C1209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1108710</wp:posOffset>
                  </wp:positionV>
                  <wp:extent cx="2023745" cy="840740"/>
                  <wp:effectExtent l="0" t="0" r="0" b="0"/>
                  <wp:wrapSquare wrapText="bothSides"/>
                  <wp:docPr id="1246446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44658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0CA">
              <w:drawing>
                <wp:anchor distT="0" distB="0" distL="114300" distR="114300" simplePos="0" relativeHeight="251677184" behindDoc="0" locked="0" layoutInCell="1" allowOverlap="1" wp14:anchorId="0CEB9BB9" wp14:editId="3EC1D42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27940</wp:posOffset>
                  </wp:positionV>
                  <wp:extent cx="2023745" cy="1055370"/>
                  <wp:effectExtent l="0" t="0" r="0" b="0"/>
                  <wp:wrapSquare wrapText="bothSides"/>
                  <wp:docPr id="1326352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35272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105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D12" w:rsidRPr="001D439F">
              <w:rPr>
                <w:b/>
                <w:bCs/>
              </w:rPr>
              <w:t xml:space="preserve"> </w:t>
            </w:r>
          </w:p>
          <w:p w14:paraId="10528472" w14:textId="1C79B616" w:rsidR="00973F1A" w:rsidRPr="00973F1A" w:rsidRDefault="00973F1A" w:rsidP="00973F1A"/>
          <w:p w14:paraId="17CED56F" w14:textId="77777777" w:rsidR="00973F1A" w:rsidRPr="00973F1A" w:rsidRDefault="00973F1A" w:rsidP="00973F1A"/>
          <w:p w14:paraId="234AB7C7" w14:textId="18B1118E" w:rsidR="00973F1A" w:rsidRPr="00973F1A" w:rsidRDefault="00973F1A" w:rsidP="00973F1A"/>
          <w:p w14:paraId="35CB2171" w14:textId="77777777" w:rsidR="00973F1A" w:rsidRPr="00973F1A" w:rsidRDefault="00973F1A" w:rsidP="00973F1A"/>
          <w:p w14:paraId="2F857BCD" w14:textId="77777777" w:rsidR="00973F1A" w:rsidRPr="00973F1A" w:rsidRDefault="00973F1A" w:rsidP="00973F1A"/>
          <w:p w14:paraId="0F051077" w14:textId="6413B252" w:rsidR="00973F1A" w:rsidRDefault="00973F1A" w:rsidP="00973F1A">
            <w:pPr>
              <w:rPr>
                <w:b/>
                <w:bCs/>
              </w:rPr>
            </w:pPr>
          </w:p>
          <w:p w14:paraId="78130893" w14:textId="7208511D" w:rsidR="00973F1A" w:rsidRPr="00973F1A" w:rsidRDefault="00973F1A" w:rsidP="00973F1A"/>
          <w:p w14:paraId="22F27B42" w14:textId="7EE5F9E0" w:rsidR="00973F1A" w:rsidRPr="00973F1A" w:rsidRDefault="00973F1A" w:rsidP="00C827C0"/>
        </w:tc>
        <w:tc>
          <w:tcPr>
            <w:tcW w:w="284" w:type="dxa"/>
            <w:vMerge/>
          </w:tcPr>
          <w:p w14:paraId="4B6F5031" w14:textId="77777777" w:rsidR="00B650F0" w:rsidRDefault="00B650F0" w:rsidP="007A1297"/>
        </w:tc>
        <w:tc>
          <w:tcPr>
            <w:tcW w:w="3261" w:type="dxa"/>
            <w:gridSpan w:val="3"/>
          </w:tcPr>
          <w:p w14:paraId="253FB566" w14:textId="0ACDAF09" w:rsidR="00B650F0" w:rsidRPr="00D71CCF" w:rsidRDefault="00F81CF1" w:rsidP="00324151">
            <w:pPr>
              <w:jc w:val="center"/>
              <w:rPr>
                <w:b/>
                <w:bCs/>
                <w:color w:val="0070C0"/>
              </w:rPr>
            </w:pPr>
            <w:r w:rsidRPr="00F81CF1">
              <w:rPr>
                <w:b/>
                <w:bCs/>
                <w:color w:val="0070C0"/>
              </w:rPr>
              <w:drawing>
                <wp:inline distT="0" distB="0" distL="0" distR="0" wp14:anchorId="540F654A" wp14:editId="6DADB81F">
                  <wp:extent cx="1933575" cy="1085215"/>
                  <wp:effectExtent l="0" t="0" r="9525" b="635"/>
                  <wp:docPr id="16926287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62873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0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A730D" w:rsidRPr="00FA730D">
              <w:rPr>
                <w:b/>
                <w:bCs/>
                <w:color w:val="0070C0"/>
              </w:rPr>
              <w:drawing>
                <wp:anchor distT="0" distB="0" distL="114300" distR="114300" simplePos="0" relativeHeight="251730432" behindDoc="0" locked="0" layoutInCell="1" allowOverlap="1" wp14:anchorId="0FC093C3" wp14:editId="78E8183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1087120</wp:posOffset>
                  </wp:positionV>
                  <wp:extent cx="1933575" cy="759460"/>
                  <wp:effectExtent l="0" t="0" r="9525" b="2540"/>
                  <wp:wrapSquare wrapText="bothSides"/>
                  <wp:docPr id="1336425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42510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2B5B" w:rsidRPr="00B72B5B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2693" w:type="dxa"/>
            <w:gridSpan w:val="4"/>
          </w:tcPr>
          <w:p w14:paraId="3E07C597" w14:textId="6C474C25" w:rsidR="00B650F0" w:rsidRDefault="002121C7" w:rsidP="00793064">
            <w:r w:rsidRPr="002121C7">
              <w:drawing>
                <wp:anchor distT="0" distB="0" distL="114300" distR="114300" simplePos="0" relativeHeight="251656704" behindDoc="0" locked="0" layoutInCell="1" allowOverlap="1" wp14:anchorId="56764C60" wp14:editId="0D88A29D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1087120</wp:posOffset>
                  </wp:positionV>
                  <wp:extent cx="1725295" cy="609600"/>
                  <wp:effectExtent l="0" t="0" r="8255" b="0"/>
                  <wp:wrapSquare wrapText="bothSides"/>
                  <wp:docPr id="16106231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62313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29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730D" w:rsidRPr="00FA730D">
              <w:drawing>
                <wp:inline distT="0" distB="0" distL="0" distR="0" wp14:anchorId="27A13C0F" wp14:editId="1CCDB955">
                  <wp:extent cx="1571831" cy="1039586"/>
                  <wp:effectExtent l="0" t="0" r="9525" b="8255"/>
                  <wp:docPr id="6346313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63137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78" cy="105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17958" w:rsidRPr="00A17958">
              <w:t xml:space="preserve"> </w:t>
            </w:r>
          </w:p>
        </w:tc>
        <w:tc>
          <w:tcPr>
            <w:tcW w:w="806" w:type="dxa"/>
            <w:vMerge/>
          </w:tcPr>
          <w:p w14:paraId="3B0AFAD1" w14:textId="0032F5AE" w:rsidR="00B650F0" w:rsidRDefault="00B650F0" w:rsidP="00793064"/>
        </w:tc>
      </w:tr>
    </w:tbl>
    <w:p w14:paraId="03CEEFB9" w14:textId="77777777" w:rsidR="00AA45AC" w:rsidRDefault="00AA45AC">
      <w:pPr>
        <w:spacing w:before="60" w:after="20"/>
      </w:pPr>
    </w:p>
    <w:p w14:paraId="0FF039B9" w14:textId="77777777" w:rsidR="003F3660" w:rsidRDefault="00F7323B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79"/>
        <w:gridCol w:w="1191"/>
        <w:gridCol w:w="1275"/>
        <w:gridCol w:w="1023"/>
        <w:gridCol w:w="1104"/>
        <w:gridCol w:w="298"/>
        <w:gridCol w:w="1687"/>
        <w:gridCol w:w="1560"/>
        <w:gridCol w:w="6"/>
        <w:gridCol w:w="1269"/>
        <w:gridCol w:w="1057"/>
        <w:gridCol w:w="1165"/>
      </w:tblGrid>
      <w:tr w:rsidR="008237AD" w14:paraId="0392322A" w14:textId="77777777" w:rsidTr="00620CE3">
        <w:trPr>
          <w:jc w:val="center"/>
        </w:trPr>
        <w:tc>
          <w:tcPr>
            <w:tcW w:w="1163" w:type="dxa"/>
            <w:shd w:val="clear" w:color="auto" w:fill="EAF2F8"/>
            <w:vAlign w:val="center"/>
          </w:tcPr>
          <w:p w14:paraId="2CD3E275" w14:textId="77777777" w:rsidR="008237AD" w:rsidRPr="001C0978" w:rsidRDefault="008237AD" w:rsidP="008237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19" w:type="dxa"/>
            <w:gridSpan w:val="6"/>
            <w:shd w:val="clear" w:color="auto" w:fill="F2F2F2"/>
            <w:vAlign w:val="center"/>
          </w:tcPr>
          <w:p w14:paraId="161C32D3" w14:textId="065341C4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298" w:type="dxa"/>
            <w:shd w:val="clear" w:color="auto" w:fill="FFF2CC"/>
            <w:vAlign w:val="center"/>
          </w:tcPr>
          <w:p w14:paraId="52D6989A" w14:textId="77777777" w:rsidR="008237AD" w:rsidRDefault="008237AD" w:rsidP="008237AD">
            <w:pPr>
              <w:jc w:val="center"/>
              <w:rPr>
                <w:b/>
                <w:sz w:val="14"/>
              </w:rPr>
            </w:pPr>
          </w:p>
        </w:tc>
        <w:tc>
          <w:tcPr>
            <w:tcW w:w="6744" w:type="dxa"/>
            <w:gridSpan w:val="6"/>
            <w:shd w:val="clear" w:color="auto" w:fill="F2F2F2"/>
            <w:vAlign w:val="center"/>
          </w:tcPr>
          <w:p w14:paraId="484E6C01" w14:textId="5D0BF7BE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8237AD" w14:paraId="2CD360D7" w14:textId="77777777" w:rsidTr="00E1050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8237AD" w:rsidRDefault="008237AD" w:rsidP="008237AD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shd w:val="clear" w:color="auto" w:fill="F2F2F2"/>
            <w:vAlign w:val="center"/>
          </w:tcPr>
          <w:p w14:paraId="057EFF17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91" w:type="dxa"/>
            <w:shd w:val="clear" w:color="auto" w:fill="F2F2F2"/>
            <w:vAlign w:val="center"/>
          </w:tcPr>
          <w:p w14:paraId="740CD318" w14:textId="331B6F86" w:rsidR="008237AD" w:rsidRDefault="008237AD" w:rsidP="008237AD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0B335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shd w:val="clear" w:color="auto" w:fill="F2F2F2"/>
            <w:vAlign w:val="center"/>
          </w:tcPr>
          <w:p w14:paraId="5EBC5B69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8237AD" w:rsidRDefault="008237AD" w:rsidP="008237AD">
            <w:pPr>
              <w:jc w:val="center"/>
            </w:pPr>
            <w:r>
              <w:rPr>
                <w:b/>
                <w:sz w:val="14"/>
              </w:rPr>
              <w:t>HA</w:t>
            </w:r>
            <w:r>
              <w:rPr>
                <w:b/>
                <w:sz w:val="14"/>
              </w:rPr>
              <w:lastRenderedPageBreak/>
              <w:t>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687" w:type="dxa"/>
            <w:shd w:val="clear" w:color="auto" w:fill="F2F2F2"/>
            <w:vAlign w:val="center"/>
          </w:tcPr>
          <w:p w14:paraId="087A6C9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lastRenderedPageBreak/>
              <w:t>Week 7</w:t>
            </w:r>
          </w:p>
        </w:tc>
        <w:tc>
          <w:tcPr>
            <w:tcW w:w="1566" w:type="dxa"/>
            <w:gridSpan w:val="2"/>
            <w:shd w:val="clear" w:color="auto" w:fill="F2F2F2"/>
            <w:vAlign w:val="center"/>
          </w:tcPr>
          <w:p w14:paraId="5BA46193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69" w:type="dxa"/>
            <w:shd w:val="clear" w:color="auto" w:fill="F2F2F2"/>
            <w:vAlign w:val="center"/>
          </w:tcPr>
          <w:p w14:paraId="4C402F40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57" w:type="dxa"/>
            <w:shd w:val="clear" w:color="auto" w:fill="F2F2F2"/>
            <w:vAlign w:val="center"/>
          </w:tcPr>
          <w:p w14:paraId="556184D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5" w:type="dxa"/>
            <w:shd w:val="clear" w:color="auto" w:fill="F2F2F2"/>
            <w:vAlign w:val="center"/>
          </w:tcPr>
          <w:p w14:paraId="1931F6BD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237AD" w14:paraId="4D722D0E" w14:textId="77777777" w:rsidTr="00EA095D">
        <w:trPr>
          <w:jc w:val="center"/>
        </w:trPr>
        <w:tc>
          <w:tcPr>
            <w:tcW w:w="1163" w:type="dxa"/>
            <w:vMerge/>
          </w:tcPr>
          <w:p w14:paraId="4436EA14" w14:textId="77777777" w:rsidR="008237AD" w:rsidRDefault="008237AD" w:rsidP="008237AD"/>
        </w:tc>
        <w:tc>
          <w:tcPr>
            <w:tcW w:w="3517" w:type="dxa"/>
            <w:gridSpan w:val="3"/>
            <w:shd w:val="clear" w:color="auto" w:fill="E6E6E6"/>
            <w:vAlign w:val="center"/>
          </w:tcPr>
          <w:p w14:paraId="1EE1B081" w14:textId="083979D2" w:rsidR="008237AD" w:rsidRDefault="001A3E3C" w:rsidP="008237AD">
            <w:pPr>
              <w:jc w:val="center"/>
            </w:pPr>
            <w:r>
              <w:rPr>
                <w:color w:val="0070C0"/>
              </w:rPr>
              <w:t>Textiles and Collage</w:t>
            </w:r>
            <w:r w:rsidR="008237AD">
              <w:rPr>
                <w:color w:val="0070C0"/>
              </w:rPr>
              <w:t xml:space="preserve"> Block C</w:t>
            </w:r>
          </w:p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7742EE0D" w14:textId="5874537F" w:rsidR="008237AD" w:rsidRDefault="00002617" w:rsidP="008237AD">
            <w:pPr>
              <w:jc w:val="center"/>
            </w:pPr>
            <w:r>
              <w:rPr>
                <w:color w:val="00B0F0"/>
              </w:rPr>
              <w:t>3D</w:t>
            </w:r>
            <w:r w:rsidR="008237AD" w:rsidRPr="002E5110">
              <w:rPr>
                <w:color w:val="00B0F0"/>
              </w:rPr>
              <w:t xml:space="preserve"> Block D </w:t>
            </w:r>
          </w:p>
        </w:tc>
        <w:tc>
          <w:tcPr>
            <w:tcW w:w="298" w:type="dxa"/>
            <w:vMerge/>
          </w:tcPr>
          <w:p w14:paraId="5DB353AE" w14:textId="77777777" w:rsidR="008237AD" w:rsidRDefault="008237AD" w:rsidP="008237AD"/>
        </w:tc>
        <w:tc>
          <w:tcPr>
            <w:tcW w:w="3247" w:type="dxa"/>
            <w:gridSpan w:val="2"/>
            <w:shd w:val="clear" w:color="auto" w:fill="E6E6E6"/>
            <w:vAlign w:val="center"/>
          </w:tcPr>
          <w:p w14:paraId="7357835E" w14:textId="0E5EE5BF" w:rsidR="008237AD" w:rsidRDefault="00975D4B" w:rsidP="008237AD">
            <w:pPr>
              <w:jc w:val="center"/>
            </w:pPr>
            <w:r>
              <w:rPr>
                <w:b/>
                <w:lang w:val="en-GB"/>
              </w:rPr>
              <w:t>Mechanisms</w:t>
            </w:r>
            <w:r w:rsidR="008237AD">
              <w:rPr>
                <w:b/>
                <w:lang w:val="en-GB"/>
              </w:rPr>
              <w:t xml:space="preserve"> Block C</w:t>
            </w:r>
            <w:r w:rsidR="008237AD" w:rsidRPr="009460B2">
              <w:rPr>
                <w:b/>
                <w:lang w:val="en-GB"/>
              </w:rPr>
              <w:t xml:space="preserve"> </w:t>
            </w:r>
            <w:r w:rsidR="008237AD" w:rsidRPr="009460B2">
              <w:rPr>
                <w:lang w:val="en-GB"/>
              </w:rPr>
              <w:t xml:space="preserve"> </w:t>
            </w:r>
          </w:p>
        </w:tc>
        <w:tc>
          <w:tcPr>
            <w:tcW w:w="3497" w:type="dxa"/>
            <w:gridSpan w:val="4"/>
            <w:shd w:val="clear" w:color="auto" w:fill="E6E6E6"/>
            <w:vAlign w:val="center"/>
          </w:tcPr>
          <w:p w14:paraId="31A97820" w14:textId="6B8AA118" w:rsidR="008237AD" w:rsidRDefault="007F7D26" w:rsidP="008237AD">
            <w:pPr>
              <w:jc w:val="center"/>
            </w:pPr>
            <w:r>
              <w:t>Food and Nutrition</w:t>
            </w:r>
            <w:r w:rsidR="008237AD">
              <w:t xml:space="preserve"> Block D</w:t>
            </w:r>
          </w:p>
        </w:tc>
      </w:tr>
      <w:tr w:rsidR="008237AD" w14:paraId="231874C9" w14:textId="77777777" w:rsidTr="000F443B">
        <w:trPr>
          <w:trHeight w:val="2915"/>
          <w:jc w:val="center"/>
        </w:trPr>
        <w:tc>
          <w:tcPr>
            <w:tcW w:w="1163" w:type="dxa"/>
            <w:vMerge/>
          </w:tcPr>
          <w:p w14:paraId="30374C3A" w14:textId="77777777" w:rsidR="008237AD" w:rsidRDefault="008237AD" w:rsidP="008237AD"/>
        </w:tc>
        <w:tc>
          <w:tcPr>
            <w:tcW w:w="3517" w:type="dxa"/>
            <w:gridSpan w:val="3"/>
          </w:tcPr>
          <w:p w14:paraId="7561BB75" w14:textId="64A66CFB" w:rsidR="008237AD" w:rsidRDefault="00A8141D" w:rsidP="008237AD">
            <w:pPr>
              <w:rPr>
                <w:b/>
                <w:bCs/>
                <w:u w:val="single"/>
                <w:lang w:val="en-GB"/>
              </w:rPr>
            </w:pPr>
            <w:r w:rsidRPr="00A8141D">
              <w:rPr>
                <w:lang w:val="en-GB"/>
              </w:rPr>
              <w:drawing>
                <wp:anchor distT="0" distB="0" distL="114300" distR="114300" simplePos="0" relativeHeight="251681280" behindDoc="0" locked="0" layoutInCell="1" allowOverlap="1" wp14:anchorId="655A2B9C" wp14:editId="54E5A46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1204595</wp:posOffset>
                  </wp:positionV>
                  <wp:extent cx="2096135" cy="738505"/>
                  <wp:effectExtent l="0" t="0" r="0" b="4445"/>
                  <wp:wrapSquare wrapText="bothSides"/>
                  <wp:docPr id="1321863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86392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73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39CC" w:rsidRPr="002439CC">
              <w:rPr>
                <w:b/>
                <w:bCs/>
                <w:u w:val="single"/>
                <w:lang w:val="en-GB"/>
              </w:rPr>
              <w:t xml:space="preserve"> </w:t>
            </w:r>
            <w:r w:rsidR="008237AD">
              <w:rPr>
                <w:b/>
                <w:bCs/>
                <w:u w:val="single"/>
                <w:lang w:val="en-GB"/>
              </w:rPr>
              <w:br/>
            </w:r>
            <w:r w:rsidRPr="00A8141D">
              <w:rPr>
                <w:b/>
                <w:bCs/>
                <w:u w:val="single"/>
                <w:lang w:val="en-GB"/>
              </w:rPr>
              <w:drawing>
                <wp:inline distT="0" distB="0" distL="0" distR="0" wp14:anchorId="2DD2647A" wp14:editId="7B656E10">
                  <wp:extent cx="2096135" cy="1033145"/>
                  <wp:effectExtent l="0" t="0" r="0" b="0"/>
                  <wp:docPr id="8253084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30847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BCD39" w14:textId="290841E5" w:rsidR="00A8141D" w:rsidRDefault="00A8141D" w:rsidP="00A8141D">
            <w:pPr>
              <w:rPr>
                <w:b/>
                <w:bCs/>
                <w:u w:val="single"/>
                <w:lang w:val="en-GB"/>
              </w:rPr>
            </w:pPr>
          </w:p>
          <w:p w14:paraId="3075E309" w14:textId="1B7EA5AC" w:rsidR="00A8141D" w:rsidRPr="00A8141D" w:rsidRDefault="00A8141D" w:rsidP="00A8141D">
            <w:pPr>
              <w:tabs>
                <w:tab w:val="left" w:pos="960"/>
              </w:tabs>
              <w:rPr>
                <w:lang w:val="en-GB"/>
              </w:rPr>
            </w:pPr>
            <w:r>
              <w:rPr>
                <w:lang w:val="en-GB"/>
              </w:rPr>
              <w:tab/>
            </w:r>
          </w:p>
        </w:tc>
        <w:tc>
          <w:tcPr>
            <w:tcW w:w="3402" w:type="dxa"/>
            <w:gridSpan w:val="3"/>
          </w:tcPr>
          <w:p w14:paraId="094B3DAF" w14:textId="2EA7E7E5" w:rsidR="008237AD" w:rsidRDefault="00C22A81" w:rsidP="008237AD">
            <w:pPr>
              <w:rPr>
                <w:b/>
                <w:bCs/>
              </w:rPr>
            </w:pPr>
            <w:r w:rsidRPr="00C22A81">
              <w:drawing>
                <wp:anchor distT="0" distB="0" distL="114300" distR="114300" simplePos="0" relativeHeight="251684352" behindDoc="0" locked="0" layoutInCell="1" allowOverlap="1" wp14:anchorId="01D4ACD6" wp14:editId="5461A11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643890</wp:posOffset>
                  </wp:positionV>
                  <wp:extent cx="2023110" cy="760095"/>
                  <wp:effectExtent l="0" t="0" r="0" b="1905"/>
                  <wp:wrapSquare wrapText="bothSides"/>
                  <wp:docPr id="763459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45903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37AD" w:rsidRPr="007577D3">
              <w:rPr>
                <w:b/>
                <w:bCs/>
                <w:color w:val="00B050"/>
              </w:rPr>
              <w:t xml:space="preserve"> </w:t>
            </w:r>
          </w:p>
          <w:p w14:paraId="69A7E459" w14:textId="49F28B97" w:rsidR="008931D5" w:rsidRPr="000F443B" w:rsidRDefault="008931D5" w:rsidP="008931D5">
            <w:r w:rsidRPr="008931D5">
              <w:drawing>
                <wp:anchor distT="0" distB="0" distL="114300" distR="114300" simplePos="0" relativeHeight="251682304" behindDoc="0" locked="0" layoutInCell="1" allowOverlap="1" wp14:anchorId="0AAEED4E" wp14:editId="2306A2C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-635</wp:posOffset>
                  </wp:positionV>
                  <wp:extent cx="2023110" cy="535940"/>
                  <wp:effectExtent l="0" t="0" r="0" b="0"/>
                  <wp:wrapSquare wrapText="bothSides"/>
                  <wp:docPr id="5171214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121427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53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76D725" w14:textId="236B25BF" w:rsidR="008237AD" w:rsidRPr="000F443B" w:rsidRDefault="008237AD" w:rsidP="008237AD"/>
          <w:p w14:paraId="57FAA7E6" w14:textId="26448B7C" w:rsidR="008237AD" w:rsidRPr="000F443B" w:rsidRDefault="008237AD" w:rsidP="008237AD"/>
          <w:p w14:paraId="3DE5C3C8" w14:textId="7CE6943E" w:rsidR="008237AD" w:rsidRPr="000F443B" w:rsidRDefault="008237AD" w:rsidP="008237AD"/>
          <w:p w14:paraId="0DA44E63" w14:textId="0D215BC6" w:rsidR="008237AD" w:rsidRDefault="008237AD" w:rsidP="008237AD">
            <w:pPr>
              <w:rPr>
                <w:b/>
                <w:bCs/>
              </w:rPr>
            </w:pPr>
          </w:p>
          <w:p w14:paraId="095E0303" w14:textId="2EE97B3B" w:rsidR="008237AD" w:rsidRPr="000F443B" w:rsidRDefault="008237AD" w:rsidP="008237AD">
            <w:r>
              <w:rPr>
                <w:b/>
                <w:bCs/>
              </w:rPr>
              <w:br/>
            </w:r>
          </w:p>
        </w:tc>
        <w:tc>
          <w:tcPr>
            <w:tcW w:w="298" w:type="dxa"/>
            <w:vMerge/>
          </w:tcPr>
          <w:p w14:paraId="76A63E89" w14:textId="77777777" w:rsidR="008237AD" w:rsidRDefault="008237AD" w:rsidP="008237AD"/>
        </w:tc>
        <w:tc>
          <w:tcPr>
            <w:tcW w:w="3247" w:type="dxa"/>
            <w:gridSpan w:val="2"/>
          </w:tcPr>
          <w:p w14:paraId="7693506C" w14:textId="3009B0EE" w:rsidR="008237AD" w:rsidRPr="006D5F61" w:rsidRDefault="007F7D26" w:rsidP="008237AD">
            <w:pPr>
              <w:ind w:left="115"/>
              <w:rPr>
                <w:b/>
                <w:bCs/>
                <w:lang w:val="en-GB"/>
              </w:rPr>
            </w:pPr>
            <w:r w:rsidRPr="007F7D26">
              <w:rPr>
                <w:b/>
                <w:bCs/>
                <w:color w:val="FFC000"/>
                <w:lang w:val="en-GB"/>
              </w:rPr>
              <w:drawing>
                <wp:anchor distT="0" distB="0" distL="114300" distR="114300" simplePos="0" relativeHeight="251662848" behindDoc="0" locked="0" layoutInCell="1" allowOverlap="1" wp14:anchorId="2EC420F7" wp14:editId="4526A2A4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943610</wp:posOffset>
                  </wp:positionV>
                  <wp:extent cx="2006600" cy="614680"/>
                  <wp:effectExtent l="0" t="0" r="0" b="0"/>
                  <wp:wrapSquare wrapText="bothSides"/>
                  <wp:docPr id="1090031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03139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600" cy="61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2C16" w:rsidRPr="00082C16">
              <w:rPr>
                <w:b/>
                <w:bCs/>
                <w:color w:val="FFC000"/>
                <w:lang w:val="en-GB"/>
              </w:rPr>
              <w:drawing>
                <wp:anchor distT="0" distB="0" distL="114300" distR="114300" simplePos="0" relativeHeight="251660800" behindDoc="0" locked="0" layoutInCell="1" allowOverlap="1" wp14:anchorId="00163527" wp14:editId="559CD83E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12700</wp:posOffset>
                  </wp:positionV>
                  <wp:extent cx="2002790" cy="925195"/>
                  <wp:effectExtent l="0" t="0" r="0" b="8255"/>
                  <wp:wrapSquare wrapText="bothSides"/>
                  <wp:docPr id="153819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1905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790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37AD">
              <w:rPr>
                <w:b/>
                <w:bCs/>
                <w:color w:val="FFC000"/>
                <w:lang w:val="en-GB"/>
              </w:rPr>
              <w:t>-</w:t>
            </w:r>
          </w:p>
          <w:p w14:paraId="33752DD9" w14:textId="31590AFF" w:rsidR="008237AD" w:rsidRPr="006762F1" w:rsidRDefault="008237AD" w:rsidP="008237AD">
            <w:pPr>
              <w:rPr>
                <w:b/>
                <w:bCs/>
                <w:color w:val="FFC000"/>
              </w:rPr>
            </w:pPr>
            <w:r w:rsidRPr="006D5F61">
              <w:rPr>
                <w:b/>
                <w:bCs/>
                <w:lang w:val="en-GB"/>
              </w:rPr>
              <w:t xml:space="preserve"> </w:t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</w:p>
        </w:tc>
        <w:tc>
          <w:tcPr>
            <w:tcW w:w="3497" w:type="dxa"/>
            <w:gridSpan w:val="4"/>
          </w:tcPr>
          <w:p w14:paraId="2485263B" w14:textId="434383CA" w:rsidR="008237AD" w:rsidRPr="006762F1" w:rsidRDefault="007F546B" w:rsidP="008237AD">
            <w:pPr>
              <w:rPr>
                <w:b/>
                <w:bCs/>
                <w:color w:val="FFC000"/>
              </w:rPr>
            </w:pPr>
            <w:r w:rsidRPr="007F546B">
              <w:rPr>
                <w:b/>
                <w:bCs/>
                <w:color w:val="FFC000"/>
              </w:rPr>
              <w:drawing>
                <wp:anchor distT="0" distB="0" distL="114300" distR="114300" simplePos="0" relativeHeight="251735552" behindDoc="0" locked="0" layoutInCell="1" allowOverlap="1" wp14:anchorId="1023BBB2" wp14:editId="54ED9F66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1379220</wp:posOffset>
                  </wp:positionV>
                  <wp:extent cx="2083435" cy="795020"/>
                  <wp:effectExtent l="0" t="0" r="0" b="5080"/>
                  <wp:wrapSquare wrapText="bothSides"/>
                  <wp:docPr id="16133800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338009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60DF" w:rsidRPr="00F860DF">
              <w:rPr>
                <w:b/>
                <w:bCs/>
                <w:noProof/>
                <w:color w:val="FFC000"/>
              </w:rPr>
              <w:drawing>
                <wp:anchor distT="0" distB="0" distL="114300" distR="114300" simplePos="0" relativeHeight="251666944" behindDoc="0" locked="0" layoutInCell="1" allowOverlap="1" wp14:anchorId="6CEE20F9" wp14:editId="651F3CE9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18415</wp:posOffset>
                  </wp:positionV>
                  <wp:extent cx="2083435" cy="1339850"/>
                  <wp:effectExtent l="0" t="0" r="0" b="0"/>
                  <wp:wrapSquare wrapText="bothSides"/>
                  <wp:docPr id="1984105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10526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133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10F7" w:rsidRPr="005A10F7">
              <w:rPr>
                <w:b/>
                <w:bCs/>
                <w:color w:val="FFC000"/>
              </w:rPr>
              <w:t xml:space="preserve"> </w:t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</w:p>
        </w:tc>
      </w:tr>
    </w:tbl>
    <w:p w14:paraId="3719F60D" w14:textId="2BA6EB61" w:rsidR="00FA136B" w:rsidRDefault="00FA136B">
      <w:pPr>
        <w:spacing w:after="20"/>
        <w:rPr>
          <w:i/>
          <w:sz w:val="14"/>
        </w:rPr>
      </w:pPr>
    </w:p>
    <w:p w14:paraId="15E534DD" w14:textId="77777777" w:rsidR="00FA136B" w:rsidRDefault="00FA136B">
      <w:pPr>
        <w:spacing w:after="20"/>
        <w:rPr>
          <w:i/>
          <w:sz w:val="14"/>
        </w:rPr>
      </w:pPr>
    </w:p>
    <w:p w14:paraId="0A0C8BA9" w14:textId="7A01108F" w:rsidR="003F3660" w:rsidRDefault="00F7323B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992"/>
        <w:gridCol w:w="993"/>
        <w:gridCol w:w="779"/>
        <w:gridCol w:w="780"/>
        <w:gridCol w:w="976"/>
        <w:gridCol w:w="300"/>
        <w:gridCol w:w="1559"/>
        <w:gridCol w:w="850"/>
        <w:gridCol w:w="851"/>
        <w:gridCol w:w="1701"/>
        <w:gridCol w:w="787"/>
        <w:gridCol w:w="1008"/>
      </w:tblGrid>
      <w:tr w:rsidR="00656E53" w14:paraId="3AEA2AE7" w14:textId="77777777" w:rsidTr="00996331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1E228216" w14:textId="77777777" w:rsidR="00656E53" w:rsidRPr="001C0978" w:rsidRDefault="00656E53">
            <w:pPr>
              <w:jc w:val="center"/>
              <w:rPr>
                <w:b/>
                <w:szCs w:val="16"/>
              </w:rPr>
            </w:pPr>
          </w:p>
        </w:tc>
        <w:tc>
          <w:tcPr>
            <w:tcW w:w="6930" w:type="dxa"/>
            <w:gridSpan w:val="7"/>
            <w:shd w:val="clear" w:color="auto" w:fill="F2F2F2"/>
            <w:vAlign w:val="center"/>
          </w:tcPr>
          <w:p w14:paraId="6A74A872" w14:textId="383CF0E5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300" w:type="dxa"/>
            <w:shd w:val="clear" w:color="auto" w:fill="FFF2CC"/>
            <w:vAlign w:val="center"/>
          </w:tcPr>
          <w:p w14:paraId="186F0617" w14:textId="77777777" w:rsidR="00656E53" w:rsidRDefault="00656E53">
            <w:pPr>
              <w:jc w:val="center"/>
              <w:rPr>
                <w:b/>
                <w:sz w:val="14"/>
              </w:rPr>
            </w:pPr>
          </w:p>
        </w:tc>
        <w:tc>
          <w:tcPr>
            <w:tcW w:w="6756" w:type="dxa"/>
            <w:gridSpan w:val="6"/>
            <w:shd w:val="clear" w:color="auto" w:fill="F2F2F2"/>
            <w:vAlign w:val="center"/>
          </w:tcPr>
          <w:p w14:paraId="1BF2566C" w14:textId="2FA600C7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2E5110" w14:paraId="477937AF" w14:textId="77777777" w:rsidTr="00BB05FF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2E5110" w:rsidRDefault="002E51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2E5110" w:rsidRDefault="002E51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37FA8E" w14:textId="77777777" w:rsidR="002E5110" w:rsidRDefault="002E51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1682DE5" w14:textId="7E77D720" w:rsidR="002E5110" w:rsidRDefault="002E5110" w:rsidP="002E5110">
            <w:r>
              <w:rPr>
                <w:sz w:val="14"/>
              </w:rPr>
              <w:t>Week 3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4B5A43F" w14:textId="44403DF1" w:rsidR="002E5110" w:rsidRDefault="002E51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779" w:type="dxa"/>
            <w:shd w:val="clear" w:color="auto" w:fill="F2F2F2"/>
            <w:vAlign w:val="center"/>
          </w:tcPr>
          <w:p w14:paraId="1CF50BF8" w14:textId="543533CA" w:rsidR="002E5110" w:rsidRDefault="002E51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80" w:type="dxa"/>
            <w:shd w:val="clear" w:color="auto" w:fill="F2F2F2"/>
            <w:vAlign w:val="center"/>
          </w:tcPr>
          <w:p w14:paraId="776B00F7" w14:textId="7692CB41" w:rsidR="002E5110" w:rsidRDefault="002E5110">
            <w:pPr>
              <w:jc w:val="center"/>
            </w:pPr>
            <w:r>
              <w:t>Week 6</w:t>
            </w:r>
          </w:p>
        </w:tc>
        <w:tc>
          <w:tcPr>
            <w:tcW w:w="976" w:type="dxa"/>
            <w:shd w:val="clear" w:color="auto" w:fill="F2F2F2"/>
            <w:vAlign w:val="center"/>
          </w:tcPr>
          <w:p w14:paraId="5F10FC23" w14:textId="77777777" w:rsidR="002E5110" w:rsidRDefault="002E51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2E5110" w:rsidRDefault="002E51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2E5110" w:rsidRDefault="002E51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5D7DC13" w14:textId="77777777" w:rsidR="002E5110" w:rsidRDefault="002E51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227FA5" w14:textId="77777777" w:rsidR="002E5110" w:rsidRDefault="002E51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87C65D" w14:textId="77777777" w:rsidR="002E5110" w:rsidRDefault="002E51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787" w:type="dxa"/>
            <w:shd w:val="clear" w:color="auto" w:fill="F2F2F2"/>
            <w:vAlign w:val="center"/>
          </w:tcPr>
          <w:p w14:paraId="0ED1CD6E" w14:textId="77777777" w:rsidR="002E5110" w:rsidRDefault="002E51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2E5110" w:rsidRDefault="002E51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3E4701" w14:paraId="70F32E35" w14:textId="77777777" w:rsidTr="00EA095D">
        <w:trPr>
          <w:jc w:val="center"/>
        </w:trPr>
        <w:tc>
          <w:tcPr>
            <w:tcW w:w="1134" w:type="dxa"/>
            <w:vMerge/>
          </w:tcPr>
          <w:p w14:paraId="1059FCBC" w14:textId="77777777" w:rsidR="003E4701" w:rsidRDefault="003E4701"/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06135785" w14:textId="36B75A5F" w:rsidR="003E4701" w:rsidRDefault="00002617">
            <w:pPr>
              <w:jc w:val="center"/>
            </w:pPr>
            <w:r>
              <w:t>Painting</w:t>
            </w:r>
            <w:r w:rsidR="003E4701">
              <w:t xml:space="preserve"> Block E </w:t>
            </w:r>
          </w:p>
        </w:tc>
        <w:tc>
          <w:tcPr>
            <w:tcW w:w="2552" w:type="dxa"/>
            <w:gridSpan w:val="3"/>
            <w:vMerge w:val="restart"/>
            <w:shd w:val="clear" w:color="auto" w:fill="E6E6E6"/>
            <w:vAlign w:val="center"/>
          </w:tcPr>
          <w:p w14:paraId="2F114051" w14:textId="012CFF5E" w:rsidR="003E4701" w:rsidRDefault="003E4701">
            <w:pPr>
              <w:jc w:val="center"/>
            </w:pPr>
            <w:r>
              <w:t xml:space="preserve">Creative Response Block F </w:t>
            </w:r>
          </w:p>
        </w:tc>
        <w:tc>
          <w:tcPr>
            <w:tcW w:w="976" w:type="dxa"/>
            <w:vMerge w:val="restart"/>
            <w:shd w:val="clear" w:color="auto" w:fill="E6E6E6"/>
            <w:vAlign w:val="center"/>
          </w:tcPr>
          <w:p w14:paraId="7852A83F" w14:textId="0DB7F544" w:rsidR="003E4701" w:rsidRDefault="003E4701">
            <w:pPr>
              <w:jc w:val="center"/>
            </w:pPr>
            <w:r>
              <w:t>Flexible Content</w:t>
            </w:r>
          </w:p>
        </w:tc>
        <w:tc>
          <w:tcPr>
            <w:tcW w:w="300" w:type="dxa"/>
            <w:vMerge/>
          </w:tcPr>
          <w:p w14:paraId="160D6CCE" w14:textId="77777777" w:rsidR="003E4701" w:rsidRDefault="003E4701"/>
        </w:tc>
        <w:tc>
          <w:tcPr>
            <w:tcW w:w="3260" w:type="dxa"/>
            <w:gridSpan w:val="3"/>
            <w:shd w:val="clear" w:color="auto" w:fill="E6E6E6"/>
            <w:vAlign w:val="center"/>
          </w:tcPr>
          <w:p w14:paraId="0F42D4BD" w14:textId="78333B5E" w:rsidR="003E4701" w:rsidRDefault="000F0937">
            <w:pPr>
              <w:jc w:val="center"/>
            </w:pPr>
            <w:r>
              <w:t>Systems</w:t>
            </w:r>
            <w:r w:rsidR="003E4701">
              <w:t xml:space="preserve"> Block E </w:t>
            </w:r>
          </w:p>
        </w:tc>
        <w:tc>
          <w:tcPr>
            <w:tcW w:w="3496" w:type="dxa"/>
            <w:gridSpan w:val="3"/>
            <w:shd w:val="clear" w:color="auto" w:fill="E6E6E6"/>
            <w:vAlign w:val="center"/>
          </w:tcPr>
          <w:p w14:paraId="7194B510" w14:textId="27459F4C" w:rsidR="003E4701" w:rsidRDefault="00CA5D2C">
            <w:pPr>
              <w:jc w:val="center"/>
            </w:pPr>
            <w:r>
              <w:t>Structures</w:t>
            </w:r>
            <w:r w:rsidR="003E4701">
              <w:t xml:space="preserve"> Block F</w:t>
            </w:r>
          </w:p>
        </w:tc>
      </w:tr>
      <w:tr w:rsidR="003E4701" w14:paraId="3CD588A6" w14:textId="77777777" w:rsidTr="00EA095D">
        <w:trPr>
          <w:jc w:val="center"/>
        </w:trPr>
        <w:tc>
          <w:tcPr>
            <w:tcW w:w="1134" w:type="dxa"/>
            <w:vMerge/>
          </w:tcPr>
          <w:p w14:paraId="3C4089C9" w14:textId="77777777" w:rsidR="003E4701" w:rsidRDefault="003E4701" w:rsidP="00FA136B"/>
        </w:tc>
        <w:tc>
          <w:tcPr>
            <w:tcW w:w="3402" w:type="dxa"/>
            <w:gridSpan w:val="3"/>
          </w:tcPr>
          <w:p w14:paraId="3C81E77A" w14:textId="3B8D225E" w:rsidR="003E4701" w:rsidRDefault="001B5EE0" w:rsidP="00FA136B">
            <w:pPr>
              <w:jc w:val="center"/>
              <w:rPr>
                <w:noProof/>
              </w:rPr>
            </w:pPr>
            <w:r w:rsidRPr="001B5EE0">
              <w:drawing>
                <wp:anchor distT="0" distB="0" distL="114300" distR="114300" simplePos="0" relativeHeight="251686400" behindDoc="0" locked="0" layoutInCell="1" allowOverlap="1" wp14:anchorId="0A1BC3B4" wp14:editId="56783B74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940435</wp:posOffset>
                  </wp:positionV>
                  <wp:extent cx="2023110" cy="725170"/>
                  <wp:effectExtent l="0" t="0" r="0" b="0"/>
                  <wp:wrapSquare wrapText="bothSides"/>
                  <wp:docPr id="1303383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38314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2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003D" w:rsidRPr="00FD003D">
              <w:rPr>
                <w:noProof/>
              </w:rPr>
              <w:drawing>
                <wp:inline distT="0" distB="0" distL="0" distR="0" wp14:anchorId="4BB8A4CF" wp14:editId="05977271">
                  <wp:extent cx="2023110" cy="898525"/>
                  <wp:effectExtent l="0" t="0" r="0" b="0"/>
                  <wp:docPr id="11108513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85136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89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A77E4">
              <w:rPr>
                <w:noProof/>
              </w:rPr>
              <w:t xml:space="preserve"> </w:t>
            </w:r>
            <w:r w:rsidR="004B2F38">
              <w:rPr>
                <w:noProof/>
              </w:rPr>
              <w:t xml:space="preserve"> </w:t>
            </w:r>
            <w:r w:rsidR="004B2F38" w:rsidRPr="004B2F38">
              <w:rPr>
                <w:b/>
                <w:bCs/>
              </w:rPr>
              <w:t xml:space="preserve"> </w:t>
            </w:r>
          </w:p>
          <w:p w14:paraId="3395ADDE" w14:textId="27BC1EE4" w:rsidR="001B5EE0" w:rsidRDefault="001B5EE0" w:rsidP="001B5EE0">
            <w:pPr>
              <w:rPr>
                <w:noProof/>
              </w:rPr>
            </w:pPr>
          </w:p>
          <w:p w14:paraId="2AEFAC36" w14:textId="13D05D04" w:rsidR="001B5EE0" w:rsidRPr="001B5EE0" w:rsidRDefault="001B5EE0" w:rsidP="001B5EE0">
            <w:pPr>
              <w:ind w:firstLine="720"/>
            </w:pPr>
          </w:p>
        </w:tc>
        <w:tc>
          <w:tcPr>
            <w:tcW w:w="2552" w:type="dxa"/>
            <w:gridSpan w:val="3"/>
            <w:vMerge/>
          </w:tcPr>
          <w:p w14:paraId="0EBD0F86" w14:textId="3E332B67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976" w:type="dxa"/>
            <w:vMerge/>
          </w:tcPr>
          <w:p w14:paraId="1540479D" w14:textId="364D6715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300" w:type="dxa"/>
            <w:vMerge/>
          </w:tcPr>
          <w:p w14:paraId="5E0801FD" w14:textId="77777777" w:rsidR="003E4701" w:rsidRDefault="003E4701" w:rsidP="00FA136B"/>
        </w:tc>
        <w:tc>
          <w:tcPr>
            <w:tcW w:w="3260" w:type="dxa"/>
            <w:gridSpan w:val="3"/>
          </w:tcPr>
          <w:p w14:paraId="72FFAC22" w14:textId="5A4B39C4" w:rsidR="003E4701" w:rsidRDefault="000F0937" w:rsidP="00FA136B">
            <w:pPr>
              <w:rPr>
                <w:b/>
                <w:bCs/>
                <w:color w:val="FFC000"/>
              </w:rPr>
            </w:pPr>
            <w:r w:rsidRPr="000F0937">
              <w:drawing>
                <wp:anchor distT="0" distB="0" distL="114300" distR="114300" simplePos="0" relativeHeight="251668992" behindDoc="0" locked="0" layoutInCell="1" allowOverlap="1" wp14:anchorId="3BACE6A0" wp14:editId="5463875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1043940</wp:posOffset>
                  </wp:positionV>
                  <wp:extent cx="1943735" cy="2019300"/>
                  <wp:effectExtent l="0" t="0" r="0" b="0"/>
                  <wp:wrapSquare wrapText="bothSides"/>
                  <wp:docPr id="20169130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91304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735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0937">
              <w:rPr>
                <w:b/>
                <w:bCs/>
                <w:color w:val="FFC000"/>
              </w:rPr>
              <w:drawing>
                <wp:inline distT="0" distB="0" distL="0" distR="0" wp14:anchorId="20C7E34C" wp14:editId="58D25679">
                  <wp:extent cx="1932940" cy="1020445"/>
                  <wp:effectExtent l="0" t="0" r="0" b="8255"/>
                  <wp:docPr id="3701724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17241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02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F95D9" w14:textId="1AE8B6C3" w:rsidR="007322EB" w:rsidRDefault="007322EB" w:rsidP="007322EB">
            <w:pPr>
              <w:rPr>
                <w:b/>
                <w:bCs/>
                <w:color w:val="FFC000"/>
              </w:rPr>
            </w:pPr>
          </w:p>
          <w:p w14:paraId="60FCEBF2" w14:textId="2FD6B0D9" w:rsidR="007322EB" w:rsidRPr="007322EB" w:rsidRDefault="007322EB" w:rsidP="007322EB"/>
        </w:tc>
        <w:tc>
          <w:tcPr>
            <w:tcW w:w="3496" w:type="dxa"/>
            <w:gridSpan w:val="3"/>
          </w:tcPr>
          <w:p w14:paraId="11607783" w14:textId="6F98FD5A" w:rsidR="003E4701" w:rsidRDefault="00D832F0" w:rsidP="00FA136B">
            <w:r w:rsidRPr="00D832F0">
              <w:drawing>
                <wp:anchor distT="0" distB="0" distL="114300" distR="114300" simplePos="0" relativeHeight="251671040" behindDoc="0" locked="0" layoutInCell="1" allowOverlap="1" wp14:anchorId="63041BD5" wp14:editId="6C8C8995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1043305</wp:posOffset>
                  </wp:positionV>
                  <wp:extent cx="2082800" cy="739775"/>
                  <wp:effectExtent l="0" t="0" r="0" b="3175"/>
                  <wp:wrapSquare wrapText="bothSides"/>
                  <wp:docPr id="1455984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98402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832F0">
              <w:drawing>
                <wp:inline distT="0" distB="0" distL="0" distR="0" wp14:anchorId="087D1F55" wp14:editId="4327A917">
                  <wp:extent cx="2082800" cy="1035685"/>
                  <wp:effectExtent l="0" t="0" r="0" b="0"/>
                  <wp:docPr id="1994621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4621613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03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617"/>
    <w:rsid w:val="00006022"/>
    <w:rsid w:val="000143E4"/>
    <w:rsid w:val="00026AAA"/>
    <w:rsid w:val="0003288F"/>
    <w:rsid w:val="00034616"/>
    <w:rsid w:val="00055AEE"/>
    <w:rsid w:val="0006063C"/>
    <w:rsid w:val="00071EDF"/>
    <w:rsid w:val="00075C2E"/>
    <w:rsid w:val="00080A9A"/>
    <w:rsid w:val="00082C16"/>
    <w:rsid w:val="000A189C"/>
    <w:rsid w:val="000C4284"/>
    <w:rsid w:val="000E7798"/>
    <w:rsid w:val="000F0937"/>
    <w:rsid w:val="000F1FD8"/>
    <w:rsid w:val="000F443B"/>
    <w:rsid w:val="00106658"/>
    <w:rsid w:val="001160CA"/>
    <w:rsid w:val="00144847"/>
    <w:rsid w:val="0015074B"/>
    <w:rsid w:val="001618AA"/>
    <w:rsid w:val="001931C2"/>
    <w:rsid w:val="00197B93"/>
    <w:rsid w:val="001A3E3C"/>
    <w:rsid w:val="001A5036"/>
    <w:rsid w:val="001B0FAC"/>
    <w:rsid w:val="001B5EE0"/>
    <w:rsid w:val="001B7A96"/>
    <w:rsid w:val="001C0978"/>
    <w:rsid w:val="001D439F"/>
    <w:rsid w:val="001E5C8A"/>
    <w:rsid w:val="002121C7"/>
    <w:rsid w:val="002439CC"/>
    <w:rsid w:val="00256D4A"/>
    <w:rsid w:val="0029639D"/>
    <w:rsid w:val="002A16D4"/>
    <w:rsid w:val="002C7572"/>
    <w:rsid w:val="002E5110"/>
    <w:rsid w:val="00307EDB"/>
    <w:rsid w:val="00324151"/>
    <w:rsid w:val="00326F90"/>
    <w:rsid w:val="00334094"/>
    <w:rsid w:val="00364CD7"/>
    <w:rsid w:val="00366437"/>
    <w:rsid w:val="00372BAD"/>
    <w:rsid w:val="0038346D"/>
    <w:rsid w:val="003A3B94"/>
    <w:rsid w:val="003B30F2"/>
    <w:rsid w:val="003C47D2"/>
    <w:rsid w:val="003D0B0F"/>
    <w:rsid w:val="003E4701"/>
    <w:rsid w:val="003F1178"/>
    <w:rsid w:val="003F3660"/>
    <w:rsid w:val="00427445"/>
    <w:rsid w:val="00432F69"/>
    <w:rsid w:val="004370AE"/>
    <w:rsid w:val="004372C7"/>
    <w:rsid w:val="004555F8"/>
    <w:rsid w:val="00460E21"/>
    <w:rsid w:val="004A58F7"/>
    <w:rsid w:val="004A7987"/>
    <w:rsid w:val="004B0D4C"/>
    <w:rsid w:val="004B2F38"/>
    <w:rsid w:val="004C238F"/>
    <w:rsid w:val="004D4BA1"/>
    <w:rsid w:val="004D50D3"/>
    <w:rsid w:val="004E4C3C"/>
    <w:rsid w:val="004F3AC4"/>
    <w:rsid w:val="004F6365"/>
    <w:rsid w:val="0055262D"/>
    <w:rsid w:val="005854D2"/>
    <w:rsid w:val="005855E3"/>
    <w:rsid w:val="0058645D"/>
    <w:rsid w:val="00590535"/>
    <w:rsid w:val="005A10F7"/>
    <w:rsid w:val="005A1206"/>
    <w:rsid w:val="005B2FFB"/>
    <w:rsid w:val="005C4521"/>
    <w:rsid w:val="005F271F"/>
    <w:rsid w:val="00633EF3"/>
    <w:rsid w:val="0065078B"/>
    <w:rsid w:val="00656E53"/>
    <w:rsid w:val="00667E5E"/>
    <w:rsid w:val="006762F1"/>
    <w:rsid w:val="006D5F61"/>
    <w:rsid w:val="006D7E9E"/>
    <w:rsid w:val="006F15F8"/>
    <w:rsid w:val="006F1B54"/>
    <w:rsid w:val="006F7DA6"/>
    <w:rsid w:val="00702B14"/>
    <w:rsid w:val="00720E23"/>
    <w:rsid w:val="007317D9"/>
    <w:rsid w:val="007322EB"/>
    <w:rsid w:val="00750F8C"/>
    <w:rsid w:val="007577D3"/>
    <w:rsid w:val="0076416D"/>
    <w:rsid w:val="00770848"/>
    <w:rsid w:val="00777407"/>
    <w:rsid w:val="00777DD1"/>
    <w:rsid w:val="00793064"/>
    <w:rsid w:val="007A1297"/>
    <w:rsid w:val="007A6CB4"/>
    <w:rsid w:val="007B5D5C"/>
    <w:rsid w:val="007E3BB3"/>
    <w:rsid w:val="007F0315"/>
    <w:rsid w:val="007F2703"/>
    <w:rsid w:val="007F46FC"/>
    <w:rsid w:val="007F546B"/>
    <w:rsid w:val="007F7D26"/>
    <w:rsid w:val="00811411"/>
    <w:rsid w:val="008237AD"/>
    <w:rsid w:val="00844082"/>
    <w:rsid w:val="00872DC3"/>
    <w:rsid w:val="008738F0"/>
    <w:rsid w:val="00891E37"/>
    <w:rsid w:val="008931D5"/>
    <w:rsid w:val="00896534"/>
    <w:rsid w:val="008B0C95"/>
    <w:rsid w:val="008E1D12"/>
    <w:rsid w:val="008E1EEC"/>
    <w:rsid w:val="008F4908"/>
    <w:rsid w:val="00907E6A"/>
    <w:rsid w:val="0093424D"/>
    <w:rsid w:val="009460B2"/>
    <w:rsid w:val="00947704"/>
    <w:rsid w:val="00951BBE"/>
    <w:rsid w:val="00964B29"/>
    <w:rsid w:val="00970794"/>
    <w:rsid w:val="00971DB9"/>
    <w:rsid w:val="00973F1A"/>
    <w:rsid w:val="00975D4B"/>
    <w:rsid w:val="0098089B"/>
    <w:rsid w:val="00980CD9"/>
    <w:rsid w:val="009813C3"/>
    <w:rsid w:val="009A6A2A"/>
    <w:rsid w:val="009B06F7"/>
    <w:rsid w:val="009C0900"/>
    <w:rsid w:val="009E33D7"/>
    <w:rsid w:val="00A0663F"/>
    <w:rsid w:val="00A17958"/>
    <w:rsid w:val="00A23362"/>
    <w:rsid w:val="00A24E81"/>
    <w:rsid w:val="00A50BC8"/>
    <w:rsid w:val="00A8141D"/>
    <w:rsid w:val="00A837E3"/>
    <w:rsid w:val="00AA1D8D"/>
    <w:rsid w:val="00AA2260"/>
    <w:rsid w:val="00AA45AC"/>
    <w:rsid w:val="00AA6BCF"/>
    <w:rsid w:val="00AE32CA"/>
    <w:rsid w:val="00B12E44"/>
    <w:rsid w:val="00B4597E"/>
    <w:rsid w:val="00B47730"/>
    <w:rsid w:val="00B506A8"/>
    <w:rsid w:val="00B61013"/>
    <w:rsid w:val="00B650F0"/>
    <w:rsid w:val="00B72B5B"/>
    <w:rsid w:val="00B924B6"/>
    <w:rsid w:val="00BA45BC"/>
    <w:rsid w:val="00BB05FF"/>
    <w:rsid w:val="00BB2116"/>
    <w:rsid w:val="00BB7C2E"/>
    <w:rsid w:val="00BD3A7B"/>
    <w:rsid w:val="00BD6696"/>
    <w:rsid w:val="00BE0BA1"/>
    <w:rsid w:val="00C22A81"/>
    <w:rsid w:val="00C4101F"/>
    <w:rsid w:val="00C5765A"/>
    <w:rsid w:val="00C67E8E"/>
    <w:rsid w:val="00C72EF2"/>
    <w:rsid w:val="00C827C0"/>
    <w:rsid w:val="00C92902"/>
    <w:rsid w:val="00CA396F"/>
    <w:rsid w:val="00CA5D2C"/>
    <w:rsid w:val="00CB0664"/>
    <w:rsid w:val="00CD478C"/>
    <w:rsid w:val="00CE5B07"/>
    <w:rsid w:val="00CF0841"/>
    <w:rsid w:val="00D038AC"/>
    <w:rsid w:val="00D16698"/>
    <w:rsid w:val="00D236FD"/>
    <w:rsid w:val="00D4218E"/>
    <w:rsid w:val="00D44120"/>
    <w:rsid w:val="00D539E7"/>
    <w:rsid w:val="00D53E09"/>
    <w:rsid w:val="00D71CCF"/>
    <w:rsid w:val="00D729B8"/>
    <w:rsid w:val="00D76DEF"/>
    <w:rsid w:val="00D832F0"/>
    <w:rsid w:val="00D86B63"/>
    <w:rsid w:val="00D930AD"/>
    <w:rsid w:val="00D964C2"/>
    <w:rsid w:val="00DC50A2"/>
    <w:rsid w:val="00DE0297"/>
    <w:rsid w:val="00DE370F"/>
    <w:rsid w:val="00E10500"/>
    <w:rsid w:val="00E23730"/>
    <w:rsid w:val="00E24714"/>
    <w:rsid w:val="00E32BE3"/>
    <w:rsid w:val="00E351B3"/>
    <w:rsid w:val="00E6191E"/>
    <w:rsid w:val="00E62039"/>
    <w:rsid w:val="00E6552F"/>
    <w:rsid w:val="00E71D0F"/>
    <w:rsid w:val="00EA095D"/>
    <w:rsid w:val="00EA77E4"/>
    <w:rsid w:val="00F044B5"/>
    <w:rsid w:val="00F075E3"/>
    <w:rsid w:val="00F35E65"/>
    <w:rsid w:val="00F36B86"/>
    <w:rsid w:val="00F43DC7"/>
    <w:rsid w:val="00F44F01"/>
    <w:rsid w:val="00F4720E"/>
    <w:rsid w:val="00F678A5"/>
    <w:rsid w:val="00F81CF1"/>
    <w:rsid w:val="00F860DF"/>
    <w:rsid w:val="00FA136B"/>
    <w:rsid w:val="00FA512C"/>
    <w:rsid w:val="00FA730D"/>
    <w:rsid w:val="00FB1CB7"/>
    <w:rsid w:val="00FB4775"/>
    <w:rsid w:val="00FB6BBD"/>
    <w:rsid w:val="00FC2896"/>
    <w:rsid w:val="00FC693F"/>
    <w:rsid w:val="00FD003D"/>
    <w:rsid w:val="00FD0775"/>
    <w:rsid w:val="00FD4C1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211</cp:revision>
  <dcterms:created xsi:type="dcterms:W3CDTF">2026-08-18T16:23:00Z</dcterms:created>
  <dcterms:modified xsi:type="dcterms:W3CDTF">2026-09-21T19:05:00Z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