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39ECFC66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1 – Art and Design </w:t>
      </w:r>
    </w:p>
    <w:p w14:paraId="26EEE140" w14:textId="22553848" w:rsidR="003F3660" w:rsidRDefault="0086748B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86748B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141"/>
        <w:gridCol w:w="851"/>
        <w:gridCol w:w="851"/>
        <w:gridCol w:w="850"/>
        <w:gridCol w:w="806"/>
      </w:tblGrid>
      <w:tr w:rsidR="003F3660" w14:paraId="14D097BA" w14:textId="77777777" w:rsidTr="004D4BA1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86748B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86748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86748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86748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86748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86748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86748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86748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86748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86748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86748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993" w:type="dxa"/>
            <w:gridSpan w:val="2"/>
            <w:shd w:val="clear" w:color="auto" w:fill="F2F2F2"/>
            <w:vAlign w:val="center"/>
          </w:tcPr>
          <w:p w14:paraId="1318FD48" w14:textId="77777777" w:rsidR="003F3660" w:rsidRDefault="0086748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0B95D0B" w14:textId="77777777" w:rsidR="003F3660" w:rsidRDefault="0086748B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86748B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86748B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86748B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4D4BA1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1A6839DE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Drawing 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29A78F81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Painting 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402" w:type="dxa"/>
            <w:gridSpan w:val="4"/>
            <w:shd w:val="clear" w:color="auto" w:fill="E6E6E6"/>
            <w:vAlign w:val="center"/>
          </w:tcPr>
          <w:p w14:paraId="3CEDDEB6" w14:textId="038B8986" w:rsidR="00B650F0" w:rsidRPr="00D71CCF" w:rsidRDefault="00B650F0">
            <w:pPr>
              <w:jc w:val="center"/>
              <w:rPr>
                <w:color w:val="0070C0"/>
              </w:rPr>
            </w:pPr>
            <w:r>
              <w:t xml:space="preserve">Mechanisms Block A </w:t>
            </w:r>
          </w:p>
        </w:tc>
        <w:tc>
          <w:tcPr>
            <w:tcW w:w="2552" w:type="dxa"/>
            <w:gridSpan w:val="3"/>
            <w:shd w:val="clear" w:color="auto" w:fill="E6E6E6"/>
            <w:vAlign w:val="center"/>
          </w:tcPr>
          <w:p w14:paraId="3114E329" w14:textId="76FC920F" w:rsidR="00B650F0" w:rsidRDefault="00B650F0">
            <w:pPr>
              <w:jc w:val="center"/>
            </w:pPr>
            <w:r>
              <w:t xml:space="preserve">Structures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0B13E9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Food and Nutrition lesson 1</w:t>
            </w:r>
          </w:p>
        </w:tc>
      </w:tr>
      <w:tr w:rsidR="00B650F0" w14:paraId="2F44F560" w14:textId="77777777" w:rsidTr="00EA095D">
        <w:trPr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19E3ADF7" w14:textId="5BE9A8FD" w:rsidR="00B650F0" w:rsidRPr="00D71CCF" w:rsidRDefault="007F46FC" w:rsidP="004555F8">
            <w:pPr>
              <w:rPr>
                <w:b/>
                <w:bCs/>
                <w:color w:val="0070C0"/>
              </w:rPr>
            </w:pPr>
            <w:r w:rsidRPr="00971DB9">
              <w:rPr>
                <w:b/>
                <w:bCs/>
              </w:rPr>
              <w:drawing>
                <wp:anchor distT="0" distB="0" distL="114300" distR="114300" simplePos="0" relativeHeight="251658752" behindDoc="0" locked="0" layoutInCell="1" allowOverlap="1" wp14:anchorId="75282CF3" wp14:editId="17528FF9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1905</wp:posOffset>
                  </wp:positionV>
                  <wp:extent cx="1664335" cy="973455"/>
                  <wp:effectExtent l="0" t="0" r="0" b="0"/>
                  <wp:wrapSquare wrapText="bothSides"/>
                  <wp:docPr id="16908556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85569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335" cy="97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62D" w:rsidRPr="001D439F">
              <w:rPr>
                <w:b/>
                <w:bCs/>
                <w:noProof/>
              </w:rPr>
              <w:drawing>
                <wp:anchor distT="0" distB="0" distL="114300" distR="114300" simplePos="0" relativeHeight="251623936" behindDoc="0" locked="0" layoutInCell="1" allowOverlap="1" wp14:anchorId="132283DB" wp14:editId="7A3213E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982980</wp:posOffset>
                  </wp:positionV>
                  <wp:extent cx="2114550" cy="788035"/>
                  <wp:effectExtent l="0" t="0" r="0" b="0"/>
                  <wp:wrapSquare wrapText="bothSides"/>
                  <wp:docPr id="12612749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2749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971DB9">
              <w:rPr>
                <w:b/>
                <w:bCs/>
              </w:rPr>
              <w:br/>
            </w:r>
            <w:r w:rsidR="001D439F" w:rsidRPr="001D439F">
              <w:rPr>
                <w:b/>
                <w:bCs/>
              </w:rPr>
              <w:t xml:space="preserve">Core knowledge: drawing, pressure and orientation </w:t>
            </w:r>
            <w:r w:rsidR="000143E4">
              <w:rPr>
                <w:b/>
                <w:bCs/>
                <w:color w:val="0070C0"/>
              </w:rPr>
              <w:br/>
            </w:r>
          </w:p>
        </w:tc>
        <w:tc>
          <w:tcPr>
            <w:tcW w:w="3403" w:type="dxa"/>
            <w:gridSpan w:val="3"/>
          </w:tcPr>
          <w:p w14:paraId="5EE113EF" w14:textId="0F52D7A3" w:rsidR="00B650F0" w:rsidRDefault="00C72EF2" w:rsidP="007A1297">
            <w:pPr>
              <w:rPr>
                <w:b/>
                <w:bCs/>
              </w:rPr>
            </w:pPr>
            <w:r w:rsidRPr="00C72EF2">
              <w:rPr>
                <w:b/>
                <w:bCs/>
              </w:rPr>
              <w:drawing>
                <wp:anchor distT="0" distB="0" distL="114300" distR="114300" simplePos="0" relativeHeight="251660800" behindDoc="0" locked="0" layoutInCell="1" allowOverlap="1" wp14:anchorId="753A593D" wp14:editId="12DDEB2B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1905</wp:posOffset>
                  </wp:positionV>
                  <wp:extent cx="1666875" cy="979170"/>
                  <wp:effectExtent l="0" t="0" r="9525" b="0"/>
                  <wp:wrapSquare wrapText="bothSides"/>
                  <wp:docPr id="1265175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1759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9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D12" w:rsidRPr="001D439F">
              <w:rPr>
                <w:b/>
                <w:bCs/>
              </w:rPr>
              <w:t xml:space="preserve"> </w:t>
            </w:r>
          </w:p>
          <w:p w14:paraId="10528472" w14:textId="77777777" w:rsidR="00973F1A" w:rsidRPr="00973F1A" w:rsidRDefault="00973F1A" w:rsidP="00973F1A"/>
          <w:p w14:paraId="17CED56F" w14:textId="77777777" w:rsidR="00973F1A" w:rsidRPr="00973F1A" w:rsidRDefault="00973F1A" w:rsidP="00973F1A"/>
          <w:p w14:paraId="234AB7C7" w14:textId="18B1118E" w:rsidR="00973F1A" w:rsidRPr="00973F1A" w:rsidRDefault="00973F1A" w:rsidP="00973F1A"/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827413B" w:rsidR="00973F1A" w:rsidRPr="00973F1A" w:rsidRDefault="00C72EF2" w:rsidP="00973F1A">
            <w:r w:rsidRPr="008E1D12">
              <w:rPr>
                <w:b/>
                <w:bCs/>
                <w:noProof/>
                <w:color w:val="0070C0"/>
              </w:rPr>
              <w:drawing>
                <wp:anchor distT="0" distB="0" distL="114300" distR="114300" simplePos="0" relativeHeight="251630080" behindDoc="0" locked="0" layoutInCell="1" allowOverlap="1" wp14:anchorId="689F8699" wp14:editId="0EB971B3">
                  <wp:simplePos x="0" y="0"/>
                  <wp:positionH relativeFrom="column">
                    <wp:posOffset>-1781175</wp:posOffset>
                  </wp:positionH>
                  <wp:positionV relativeFrom="paragraph">
                    <wp:posOffset>141605</wp:posOffset>
                  </wp:positionV>
                  <wp:extent cx="2121535" cy="803910"/>
                  <wp:effectExtent l="0" t="0" r="0" b="0"/>
                  <wp:wrapSquare wrapText="bothSides"/>
                  <wp:docPr id="16699774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97743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1535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0BF2B6" w14:textId="00DEF4D7" w:rsidR="00973F1A" w:rsidRPr="00973F1A" w:rsidRDefault="00973F1A" w:rsidP="00973F1A">
            <w:r>
              <w:br/>
            </w:r>
            <w:r w:rsidRPr="001D439F">
              <w:rPr>
                <w:b/>
                <w:bCs/>
              </w:rPr>
              <w:t xml:space="preserve">Core knowledge: </w:t>
            </w:r>
            <w:r>
              <w:rPr>
                <w:b/>
                <w:bCs/>
              </w:rPr>
              <w:t xml:space="preserve">palette, primary </w:t>
            </w:r>
            <w:proofErr w:type="spellStart"/>
            <w:r>
              <w:rPr>
                <w:b/>
                <w:bCs/>
              </w:rPr>
              <w:t>colours</w:t>
            </w:r>
            <w:proofErr w:type="spellEnd"/>
            <w:r>
              <w:rPr>
                <w:b/>
                <w:bCs/>
              </w:rPr>
              <w:t xml:space="preserve"> and brushstroke </w:t>
            </w:r>
            <w:r w:rsidRPr="001D439F">
              <w:rPr>
                <w:b/>
                <w:bCs/>
              </w:rPr>
              <w:t xml:space="preserve"> </w:t>
            </w:r>
          </w:p>
          <w:p w14:paraId="22F27B42" w14:textId="448E7458" w:rsidR="00973F1A" w:rsidRPr="00973F1A" w:rsidRDefault="00973F1A" w:rsidP="00973F1A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253FB566" w14:textId="7698832C" w:rsidR="00B650F0" w:rsidRPr="00D71CCF" w:rsidRDefault="0038346D" w:rsidP="00324151">
            <w:pPr>
              <w:jc w:val="center"/>
              <w:rPr>
                <w:b/>
                <w:bCs/>
                <w:color w:val="0070C0"/>
              </w:rPr>
            </w:pPr>
            <w:r w:rsidRPr="0038346D">
              <w:rPr>
                <w:b/>
                <w:bCs/>
                <w:color w:val="0070C0"/>
              </w:rPr>
              <w:drawing>
                <wp:anchor distT="0" distB="0" distL="114300" distR="114300" simplePos="0" relativeHeight="251680768" behindDoc="0" locked="0" layoutInCell="1" allowOverlap="1" wp14:anchorId="53ED3448" wp14:editId="1B5D41A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942975</wp:posOffset>
                  </wp:positionV>
                  <wp:extent cx="1933575" cy="765810"/>
                  <wp:effectExtent l="0" t="0" r="9525" b="0"/>
                  <wp:wrapSquare wrapText="bothSides"/>
                  <wp:docPr id="1777077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0770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5C8A" w:rsidRPr="001E5C8A">
              <w:rPr>
                <w:b/>
                <w:bCs/>
                <w:color w:val="0070C0"/>
              </w:rPr>
              <w:drawing>
                <wp:anchor distT="0" distB="0" distL="114300" distR="114300" simplePos="0" relativeHeight="251679744" behindDoc="0" locked="0" layoutInCell="1" allowOverlap="1" wp14:anchorId="0B062FAE" wp14:editId="5C0CE32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1905</wp:posOffset>
                  </wp:positionV>
                  <wp:extent cx="1933575" cy="913130"/>
                  <wp:effectExtent l="0" t="0" r="9525" b="1270"/>
                  <wp:wrapSquare wrapText="bothSides"/>
                  <wp:docPr id="11632204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32204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913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  <w:gridSpan w:val="4"/>
          </w:tcPr>
          <w:p w14:paraId="3E07C597" w14:textId="361CEA54" w:rsidR="00B650F0" w:rsidRDefault="005C4521" w:rsidP="00793064">
            <w:r w:rsidRPr="005C4521">
              <w:drawing>
                <wp:anchor distT="0" distB="0" distL="114300" distR="114300" simplePos="0" relativeHeight="251682816" behindDoc="0" locked="0" layoutInCell="1" allowOverlap="1" wp14:anchorId="0E56732F" wp14:editId="74A6707D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915035</wp:posOffset>
                  </wp:positionV>
                  <wp:extent cx="1638935" cy="821690"/>
                  <wp:effectExtent l="0" t="0" r="0" b="0"/>
                  <wp:wrapSquare wrapText="bothSides"/>
                  <wp:docPr id="1831297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29713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82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4908" w:rsidRPr="008F4908">
              <w:drawing>
                <wp:anchor distT="0" distB="0" distL="114300" distR="114300" simplePos="0" relativeHeight="251681792" behindDoc="0" locked="0" layoutInCell="1" allowOverlap="1" wp14:anchorId="757313F1" wp14:editId="4B7093D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1905</wp:posOffset>
                  </wp:positionV>
                  <wp:extent cx="1572895" cy="876300"/>
                  <wp:effectExtent l="0" t="0" r="8255" b="0"/>
                  <wp:wrapSquare wrapText="bothSides"/>
                  <wp:docPr id="1572182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18252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86748B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3F3660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86748B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86748B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3F3660" w:rsidRDefault="0086748B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3F3660" w:rsidRDefault="0086748B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3F3660" w:rsidRDefault="0086748B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3F3660" w:rsidRDefault="0086748B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3F3660" w:rsidRDefault="0086748B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3F3660" w:rsidRDefault="0086748B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3F3660" w:rsidRDefault="0086748B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3F3660" w:rsidRDefault="0086748B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3F3660" w:rsidRDefault="0086748B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3F3660" w:rsidRDefault="0086748B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3F3660" w:rsidRDefault="0086748B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1A5036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1A5036" w:rsidRDefault="001A5036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2D962CDD" w:rsidR="001A5036" w:rsidRDefault="001A5036">
            <w:pPr>
              <w:jc w:val="center"/>
            </w:pPr>
            <w:r>
              <w:rPr>
                <w:color w:val="0070C0"/>
              </w:rPr>
              <w:t>Printmaking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63C7C02D" w:rsidR="001A5036" w:rsidRDefault="001A5036">
            <w:pPr>
              <w:jc w:val="center"/>
            </w:pPr>
            <w:r w:rsidRPr="002E5110">
              <w:rPr>
                <w:color w:val="00B0F0"/>
              </w:rPr>
              <w:t xml:space="preserve">Textiles Block D </w:t>
            </w:r>
          </w:p>
        </w:tc>
        <w:tc>
          <w:tcPr>
            <w:tcW w:w="298" w:type="dxa"/>
            <w:vMerge/>
          </w:tcPr>
          <w:p w14:paraId="5DB353AE" w14:textId="77777777" w:rsidR="001A5036" w:rsidRDefault="001A5036"/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728C204F" w:rsidR="001A5036" w:rsidRDefault="001A5036" w:rsidP="009460B2">
            <w:pPr>
              <w:jc w:val="center"/>
            </w:pPr>
            <w:r>
              <w:rPr>
                <w:b/>
                <w:lang w:val="en-GB"/>
              </w:rPr>
              <w:t>Food and Nutrition Block C</w:t>
            </w:r>
            <w:r w:rsidRPr="009460B2">
              <w:rPr>
                <w:b/>
                <w:lang w:val="en-GB"/>
              </w:rPr>
              <w:t xml:space="preserve"> </w:t>
            </w:r>
            <w:r w:rsidRPr="009460B2">
              <w:rPr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40BB4036" w:rsidR="001A5036" w:rsidRDefault="00026AAA">
            <w:pPr>
              <w:jc w:val="center"/>
            </w:pPr>
            <w:r>
              <w:t>Materials Block D</w:t>
            </w:r>
          </w:p>
        </w:tc>
      </w:tr>
      <w:tr w:rsidR="001A5036" w14:paraId="231874C9" w14:textId="77777777" w:rsidTr="000F443B">
        <w:trPr>
          <w:trHeight w:val="2915"/>
          <w:jc w:val="center"/>
        </w:trPr>
        <w:tc>
          <w:tcPr>
            <w:tcW w:w="1163" w:type="dxa"/>
            <w:vMerge/>
          </w:tcPr>
          <w:p w14:paraId="30374C3A" w14:textId="77777777" w:rsidR="001A5036" w:rsidRDefault="001A5036"/>
        </w:tc>
        <w:tc>
          <w:tcPr>
            <w:tcW w:w="3517" w:type="dxa"/>
            <w:gridSpan w:val="3"/>
          </w:tcPr>
          <w:p w14:paraId="3075E309" w14:textId="6C583339" w:rsidR="001A5036" w:rsidRPr="00B4597E" w:rsidRDefault="00FA136B" w:rsidP="007E3BB3">
            <w:pPr>
              <w:rPr>
                <w:b/>
                <w:bCs/>
                <w:u w:val="single"/>
                <w:lang w:val="en-GB"/>
              </w:rPr>
            </w:pPr>
            <w:r w:rsidRPr="00872DC3">
              <w:rPr>
                <w:b/>
                <w:bCs/>
              </w:rPr>
              <w:drawing>
                <wp:anchor distT="0" distB="0" distL="114300" distR="114300" simplePos="0" relativeHeight="251673088" behindDoc="0" locked="0" layoutInCell="1" allowOverlap="1" wp14:anchorId="5CC245E8" wp14:editId="63D9457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53975</wp:posOffset>
                  </wp:positionV>
                  <wp:extent cx="1474470" cy="857250"/>
                  <wp:effectExtent l="0" t="0" r="0" b="0"/>
                  <wp:wrapSquare wrapText="bothSides"/>
                  <wp:docPr id="86149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49874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47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443B" w:rsidRPr="00E62039">
              <w:rPr>
                <w:b/>
                <w:bCs/>
                <w:noProof/>
                <w:u w:val="single"/>
                <w:lang w:val="en-GB"/>
              </w:rPr>
              <w:drawing>
                <wp:anchor distT="0" distB="0" distL="114300" distR="114300" simplePos="0" relativeHeight="251643392" behindDoc="0" locked="0" layoutInCell="1" allowOverlap="1" wp14:anchorId="7DBCF267" wp14:editId="5A06E388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925830</wp:posOffset>
                  </wp:positionV>
                  <wp:extent cx="2096135" cy="661035"/>
                  <wp:effectExtent l="0" t="0" r="0" b="5715"/>
                  <wp:wrapSquare wrapText="bothSides"/>
                  <wp:docPr id="1293035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03510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661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  <w:u w:val="single"/>
                <w:lang w:val="en-GB"/>
              </w:rPr>
              <w:br/>
            </w:r>
            <w:r w:rsidR="000F443B">
              <w:rPr>
                <w:b/>
                <w:bCs/>
              </w:rPr>
              <w:br/>
            </w:r>
            <w:r w:rsidR="000F443B" w:rsidRPr="001D439F">
              <w:rPr>
                <w:b/>
                <w:bCs/>
              </w:rPr>
              <w:t xml:space="preserve">Core knowledge: </w:t>
            </w:r>
            <w:r w:rsidR="000F443B">
              <w:rPr>
                <w:b/>
                <w:bCs/>
              </w:rPr>
              <w:t xml:space="preserve">printmaking, stencil and relief printing  </w:t>
            </w:r>
            <w:r w:rsidR="000F443B" w:rsidRPr="001D439F">
              <w:rPr>
                <w:b/>
                <w:bCs/>
              </w:rPr>
              <w:t xml:space="preserve"> </w:t>
            </w:r>
          </w:p>
        </w:tc>
        <w:tc>
          <w:tcPr>
            <w:tcW w:w="3402" w:type="dxa"/>
            <w:gridSpan w:val="3"/>
          </w:tcPr>
          <w:p w14:paraId="094B3DAF" w14:textId="5B359E7C" w:rsidR="001A5036" w:rsidRDefault="00FA136B" w:rsidP="00720E23">
            <w:pPr>
              <w:rPr>
                <w:b/>
                <w:bCs/>
              </w:rPr>
            </w:pPr>
            <w:r w:rsidRPr="00FA136B">
              <w:rPr>
                <w:b/>
                <w:bCs/>
                <w:color w:val="00B050"/>
              </w:rPr>
              <w:drawing>
                <wp:anchor distT="0" distB="0" distL="114300" distR="114300" simplePos="0" relativeHeight="251677184" behindDoc="0" locked="0" layoutInCell="1" allowOverlap="1" wp14:anchorId="3241E8E9" wp14:editId="587EE8B0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13970</wp:posOffset>
                  </wp:positionV>
                  <wp:extent cx="1463675" cy="880110"/>
                  <wp:effectExtent l="0" t="0" r="3175" b="0"/>
                  <wp:wrapSquare wrapText="bothSides"/>
                  <wp:docPr id="1618707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70704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675" cy="88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77D3" w:rsidRPr="007577D3">
              <w:rPr>
                <w:b/>
                <w:bCs/>
                <w:color w:val="00B050"/>
              </w:rPr>
              <w:t xml:space="preserve"> </w:t>
            </w:r>
          </w:p>
          <w:p w14:paraId="1B76D725" w14:textId="792D557D" w:rsidR="000F443B" w:rsidRPr="000F443B" w:rsidRDefault="000F443B" w:rsidP="000F443B"/>
          <w:p w14:paraId="5FC0137E" w14:textId="77777777" w:rsidR="000F443B" w:rsidRPr="000F443B" w:rsidRDefault="000F443B" w:rsidP="000F443B"/>
          <w:p w14:paraId="57FAA7E6" w14:textId="77777777" w:rsidR="000F443B" w:rsidRPr="000F443B" w:rsidRDefault="000F443B" w:rsidP="000F443B"/>
          <w:p w14:paraId="3DE5C3C8" w14:textId="6EFB75C1" w:rsidR="000F443B" w:rsidRPr="000F443B" w:rsidRDefault="000F443B" w:rsidP="000F443B"/>
          <w:p w14:paraId="0DA44E63" w14:textId="0D215BC6" w:rsidR="000F443B" w:rsidRDefault="000F443B" w:rsidP="000F443B">
            <w:pPr>
              <w:rPr>
                <w:b/>
                <w:bCs/>
              </w:rPr>
            </w:pPr>
          </w:p>
          <w:p w14:paraId="095E0303" w14:textId="496779AF" w:rsidR="000F443B" w:rsidRPr="000F443B" w:rsidRDefault="000F443B" w:rsidP="000F443B">
            <w:r w:rsidRPr="007577D3">
              <w:rPr>
                <w:b/>
                <w:bCs/>
                <w:noProof/>
                <w:color w:val="00B050"/>
              </w:rPr>
              <w:drawing>
                <wp:anchor distT="0" distB="0" distL="114300" distR="114300" simplePos="0" relativeHeight="251650560" behindDoc="0" locked="0" layoutInCell="1" allowOverlap="1" wp14:anchorId="57D6ADA0" wp14:editId="5B63D685">
                  <wp:simplePos x="0" y="0"/>
                  <wp:positionH relativeFrom="column">
                    <wp:posOffset>-1568450</wp:posOffset>
                  </wp:positionH>
                  <wp:positionV relativeFrom="paragraph">
                    <wp:posOffset>194310</wp:posOffset>
                  </wp:positionV>
                  <wp:extent cx="2023110" cy="782320"/>
                  <wp:effectExtent l="0" t="0" r="0" b="0"/>
                  <wp:wrapSquare wrapText="bothSides"/>
                  <wp:docPr id="904038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03877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8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br/>
            </w:r>
            <w:r w:rsidRPr="001D439F">
              <w:rPr>
                <w:b/>
                <w:bCs/>
              </w:rPr>
              <w:t xml:space="preserve">Core knowledge: </w:t>
            </w:r>
            <w:r>
              <w:rPr>
                <w:b/>
                <w:bCs/>
              </w:rPr>
              <w:t xml:space="preserve">fabric, yarn and portrait  </w:t>
            </w:r>
            <w:r w:rsidRPr="001D439F">
              <w:rPr>
                <w:b/>
                <w:bCs/>
              </w:rPr>
              <w:t xml:space="preserve"> </w:t>
            </w:r>
          </w:p>
        </w:tc>
        <w:tc>
          <w:tcPr>
            <w:tcW w:w="298" w:type="dxa"/>
            <w:vMerge/>
          </w:tcPr>
          <w:p w14:paraId="76A63E89" w14:textId="77777777" w:rsidR="001A5036" w:rsidRDefault="001A5036"/>
        </w:tc>
        <w:tc>
          <w:tcPr>
            <w:tcW w:w="3247" w:type="dxa"/>
            <w:gridSpan w:val="2"/>
          </w:tcPr>
          <w:p w14:paraId="7693506C" w14:textId="5660579F" w:rsidR="001A5036" w:rsidRPr="006D5F61" w:rsidRDefault="00432F69" w:rsidP="00B650F0">
            <w:pPr>
              <w:ind w:left="115"/>
              <w:rPr>
                <w:b/>
                <w:bCs/>
                <w:lang w:val="en-GB"/>
              </w:rPr>
            </w:pPr>
            <w:r w:rsidRPr="00432F69">
              <w:rPr>
                <w:b/>
                <w:bCs/>
                <w:lang w:val="en-GB"/>
              </w:rPr>
              <w:drawing>
                <wp:anchor distT="0" distB="0" distL="114300" distR="114300" simplePos="0" relativeHeight="251693568" behindDoc="0" locked="0" layoutInCell="1" allowOverlap="1" wp14:anchorId="172EF9D7" wp14:editId="69DEB64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13970</wp:posOffset>
                  </wp:positionV>
                  <wp:extent cx="1376680" cy="836930"/>
                  <wp:effectExtent l="0" t="0" r="0" b="1270"/>
                  <wp:wrapSquare wrapText="bothSides"/>
                  <wp:docPr id="1749728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72898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80" cy="83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036">
              <w:rPr>
                <w:b/>
                <w:bCs/>
                <w:color w:val="FFC000"/>
                <w:lang w:val="en-GB"/>
              </w:rPr>
              <w:t>-</w:t>
            </w:r>
          </w:p>
          <w:p w14:paraId="33752DD9" w14:textId="10293AE0" w:rsidR="001A5036" w:rsidRPr="006762F1" w:rsidRDefault="00D4218E" w:rsidP="006D5F61">
            <w:pPr>
              <w:rPr>
                <w:b/>
                <w:bCs/>
                <w:color w:val="FFC000"/>
              </w:rPr>
            </w:pPr>
            <w:r w:rsidRPr="00D4218E">
              <w:rPr>
                <w:b/>
                <w:bCs/>
                <w:color w:val="FFC000"/>
              </w:rPr>
              <w:drawing>
                <wp:anchor distT="0" distB="0" distL="114300" distR="114300" simplePos="0" relativeHeight="251695616" behindDoc="0" locked="0" layoutInCell="1" allowOverlap="1" wp14:anchorId="1B410DF2" wp14:editId="7A25F6FC">
                  <wp:simplePos x="0" y="0"/>
                  <wp:positionH relativeFrom="column">
                    <wp:posOffset>-1556385</wp:posOffset>
                  </wp:positionH>
                  <wp:positionV relativeFrom="paragraph">
                    <wp:posOffset>757555</wp:posOffset>
                  </wp:positionV>
                  <wp:extent cx="2045970" cy="730250"/>
                  <wp:effectExtent l="0" t="0" r="0" b="0"/>
                  <wp:wrapSquare wrapText="bothSides"/>
                  <wp:docPr id="1525747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74782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97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5036" w:rsidRPr="006D5F61"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0DD0670C" w:rsidR="001A5036" w:rsidRPr="006762F1" w:rsidRDefault="00777407" w:rsidP="004F3AC4">
            <w:pPr>
              <w:rPr>
                <w:b/>
                <w:bCs/>
                <w:color w:val="FFC000"/>
              </w:rPr>
            </w:pPr>
            <w:r w:rsidRPr="00777407">
              <w:rPr>
                <w:b/>
                <w:bCs/>
                <w:color w:val="FFC000"/>
              </w:rPr>
              <w:drawing>
                <wp:anchor distT="0" distB="0" distL="114300" distR="114300" simplePos="0" relativeHeight="251697664" behindDoc="0" locked="0" layoutInCell="1" allowOverlap="1" wp14:anchorId="683DC7BF" wp14:editId="1477175F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871855</wp:posOffset>
                  </wp:positionV>
                  <wp:extent cx="2083435" cy="783590"/>
                  <wp:effectExtent l="0" t="0" r="0" b="0"/>
                  <wp:wrapSquare wrapText="bothSides"/>
                  <wp:docPr id="20657426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74267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br/>
            </w:r>
            <w:r w:rsidR="000F1FD8" w:rsidRPr="000F1FD8">
              <w:rPr>
                <w:b/>
                <w:bCs/>
                <w:color w:val="FFC000"/>
              </w:rPr>
              <w:drawing>
                <wp:anchor distT="0" distB="0" distL="114300" distR="114300" simplePos="0" relativeHeight="251685888" behindDoc="0" locked="0" layoutInCell="1" allowOverlap="1" wp14:anchorId="0FD06EE9" wp14:editId="17C760D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-1905</wp:posOffset>
                  </wp:positionV>
                  <wp:extent cx="1545590" cy="852170"/>
                  <wp:effectExtent l="0" t="0" r="0" b="5080"/>
                  <wp:wrapSquare wrapText="bothSides"/>
                  <wp:docPr id="1016226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226736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590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3719F60D" w14:textId="77777777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86748B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992"/>
        <w:gridCol w:w="993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2E5110" w14:paraId="477937AF" w14:textId="77777777" w:rsidTr="00BB05FF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</w:t>
            </w:r>
            <w:r>
              <w:rPr>
                <w:b/>
                <w:sz w:val="14"/>
              </w:rPr>
              <w:lastRenderedPageBreak/>
              <w:t>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lastRenderedPageBreak/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EA095D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06135785" w14:textId="3E24E363" w:rsidR="003E4701" w:rsidRDefault="003E4701">
            <w:pPr>
              <w:jc w:val="center"/>
            </w:pPr>
            <w:r>
              <w:t xml:space="preserve">3D Block E </w:t>
            </w:r>
          </w:p>
        </w:tc>
        <w:tc>
          <w:tcPr>
            <w:tcW w:w="2552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 xml:space="preserve">Flexible </w:t>
            </w:r>
            <w:r>
              <w:lastRenderedPageBreak/>
              <w:t>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1035AB59" w:rsidR="003E4701" w:rsidRDefault="003E4701">
            <w:pPr>
              <w:jc w:val="center"/>
            </w:pPr>
            <w:r>
              <w:t xml:space="preserve">Textiles Block E 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2B1E613E" w:rsidR="003E4701" w:rsidRDefault="003E4701">
            <w:pPr>
              <w:jc w:val="center"/>
            </w:pPr>
            <w:r>
              <w:t>Food and nutrition Block F</w:t>
            </w:r>
          </w:p>
        </w:tc>
      </w:tr>
      <w:tr w:rsidR="003E4701" w14:paraId="3CD588A6" w14:textId="77777777" w:rsidTr="00EA095D">
        <w:trPr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3402" w:type="dxa"/>
            <w:gridSpan w:val="3"/>
          </w:tcPr>
          <w:p w14:paraId="2AEFAC36" w14:textId="4FA31346" w:rsidR="003E4701" w:rsidRPr="006762F1" w:rsidRDefault="003E4701" w:rsidP="00FA136B">
            <w:pPr>
              <w:jc w:val="center"/>
              <w:rPr>
                <w:b/>
                <w:bCs/>
                <w:color w:val="FFC000"/>
              </w:rPr>
            </w:pPr>
            <w:r w:rsidRPr="00372BAD">
              <w:rPr>
                <w:b/>
                <w:bCs/>
                <w:noProof/>
              </w:rPr>
              <w:drawing>
                <wp:anchor distT="0" distB="0" distL="114300" distR="114300" simplePos="0" relativeHeight="251677696" behindDoc="0" locked="0" layoutInCell="1" allowOverlap="1" wp14:anchorId="03D92C9A" wp14:editId="3F6EA371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1428115</wp:posOffset>
                  </wp:positionV>
                  <wp:extent cx="2023110" cy="717550"/>
                  <wp:effectExtent l="0" t="0" r="0" b="6350"/>
                  <wp:wrapSquare wrapText="bothSides"/>
                  <wp:docPr id="14937713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77137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6365">
              <w:rPr>
                <w:b/>
                <w:bCs/>
              </w:rPr>
              <w:drawing>
                <wp:anchor distT="0" distB="0" distL="114300" distR="114300" simplePos="0" relativeHeight="251678720" behindDoc="0" locked="0" layoutInCell="1" allowOverlap="1" wp14:anchorId="55D05E92" wp14:editId="2D5D94B5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45085</wp:posOffset>
                  </wp:positionV>
                  <wp:extent cx="2023110" cy="1383030"/>
                  <wp:effectExtent l="0" t="0" r="0" b="7620"/>
                  <wp:wrapSquare wrapText="bothSides"/>
                  <wp:docPr id="724008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008894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BAD">
              <w:rPr>
                <w:b/>
                <w:bCs/>
              </w:rPr>
              <w:t xml:space="preserve">Core </w:t>
            </w:r>
            <w:proofErr w:type="spellStart"/>
            <w:proofErr w:type="gramStart"/>
            <w:r w:rsidRPr="00372BAD">
              <w:rPr>
                <w:b/>
                <w:bCs/>
              </w:rPr>
              <w:t>knowledge:inuksuk</w:t>
            </w:r>
            <w:proofErr w:type="spellEnd"/>
            <w:proofErr w:type="gramEnd"/>
            <w:r w:rsidRPr="00372BAD">
              <w:rPr>
                <w:b/>
                <w:bCs/>
              </w:rPr>
              <w:t>, smooth, pebble</w:t>
            </w:r>
          </w:p>
        </w:tc>
        <w:tc>
          <w:tcPr>
            <w:tcW w:w="2552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60FCEBF2" w14:textId="664B55D1" w:rsidR="003E4701" w:rsidRPr="006762F1" w:rsidRDefault="000C4284" w:rsidP="00FA136B">
            <w:pPr>
              <w:rPr>
                <w:b/>
                <w:bCs/>
                <w:color w:val="FFC000"/>
              </w:rPr>
            </w:pPr>
            <w:r w:rsidRPr="000C4284">
              <w:rPr>
                <w:b/>
                <w:bCs/>
                <w:color w:val="FFC000"/>
              </w:rPr>
              <w:drawing>
                <wp:anchor distT="0" distB="0" distL="114300" distR="114300" simplePos="0" relativeHeight="251688960" behindDoc="0" locked="0" layoutInCell="1" allowOverlap="1" wp14:anchorId="73282ABC" wp14:editId="09DC596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992505</wp:posOffset>
                  </wp:positionV>
                  <wp:extent cx="2076450" cy="756285"/>
                  <wp:effectExtent l="0" t="0" r="0" b="5715"/>
                  <wp:wrapSquare wrapText="bothSides"/>
                  <wp:docPr id="3247848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78481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284">
              <w:rPr>
                <w:b/>
                <w:bCs/>
                <w:color w:val="FFC000"/>
              </w:rPr>
              <w:drawing>
                <wp:anchor distT="0" distB="0" distL="114300" distR="114300" simplePos="0" relativeHeight="251687936" behindDoc="0" locked="0" layoutInCell="1" allowOverlap="1" wp14:anchorId="64F4AA34" wp14:editId="7D34A30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-36195</wp:posOffset>
                  </wp:positionV>
                  <wp:extent cx="1932940" cy="990600"/>
                  <wp:effectExtent l="0" t="0" r="0" b="0"/>
                  <wp:wrapSquare wrapText="bothSides"/>
                  <wp:docPr id="1554136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13690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96" w:type="dxa"/>
            <w:gridSpan w:val="3"/>
          </w:tcPr>
          <w:p w14:paraId="11607783" w14:textId="44B2D0FB" w:rsidR="003E4701" w:rsidRDefault="00D729B8" w:rsidP="00FA136B">
            <w:r w:rsidRPr="00D729B8">
              <w:drawing>
                <wp:anchor distT="0" distB="0" distL="114300" distR="114300" simplePos="0" relativeHeight="251699712" behindDoc="0" locked="0" layoutInCell="1" allowOverlap="1" wp14:anchorId="2112AB9E" wp14:editId="0CF8C935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1014730</wp:posOffset>
                  </wp:positionV>
                  <wp:extent cx="2082800" cy="741045"/>
                  <wp:effectExtent l="0" t="0" r="0" b="1905"/>
                  <wp:wrapSquare wrapText="bothSides"/>
                  <wp:docPr id="5509766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976614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4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 w:rsidR="00071EDF" w:rsidRPr="00071EDF">
              <w:drawing>
                <wp:anchor distT="0" distB="0" distL="114300" distR="114300" simplePos="0" relativeHeight="251689984" behindDoc="0" locked="0" layoutInCell="1" allowOverlap="1" wp14:anchorId="76305100" wp14:editId="4BA363B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1905</wp:posOffset>
                  </wp:positionV>
                  <wp:extent cx="1600200" cy="989965"/>
                  <wp:effectExtent l="0" t="0" r="0" b="635"/>
                  <wp:wrapSquare wrapText="bothSides"/>
                  <wp:docPr id="1001408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408055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8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A189C"/>
    <w:rsid w:val="000C4284"/>
    <w:rsid w:val="000E7798"/>
    <w:rsid w:val="000F1FD8"/>
    <w:rsid w:val="000F443B"/>
    <w:rsid w:val="00106658"/>
    <w:rsid w:val="00144847"/>
    <w:rsid w:val="0015074B"/>
    <w:rsid w:val="001618AA"/>
    <w:rsid w:val="001931C2"/>
    <w:rsid w:val="00197B93"/>
    <w:rsid w:val="001A5036"/>
    <w:rsid w:val="001B0FAC"/>
    <w:rsid w:val="001B7A96"/>
    <w:rsid w:val="001C0978"/>
    <w:rsid w:val="001D439F"/>
    <w:rsid w:val="001E5C8A"/>
    <w:rsid w:val="00256D4A"/>
    <w:rsid w:val="0029639D"/>
    <w:rsid w:val="002A16D4"/>
    <w:rsid w:val="002C7572"/>
    <w:rsid w:val="002E5110"/>
    <w:rsid w:val="00307EDB"/>
    <w:rsid w:val="00324151"/>
    <w:rsid w:val="00326F90"/>
    <w:rsid w:val="00364CD7"/>
    <w:rsid w:val="00366437"/>
    <w:rsid w:val="00372BAD"/>
    <w:rsid w:val="0038346D"/>
    <w:rsid w:val="003A3B94"/>
    <w:rsid w:val="003B30F2"/>
    <w:rsid w:val="003C47D2"/>
    <w:rsid w:val="003D0B0F"/>
    <w:rsid w:val="003E4701"/>
    <w:rsid w:val="003F1178"/>
    <w:rsid w:val="003F3660"/>
    <w:rsid w:val="00427445"/>
    <w:rsid w:val="00432F69"/>
    <w:rsid w:val="004370AE"/>
    <w:rsid w:val="004372C7"/>
    <w:rsid w:val="004555F8"/>
    <w:rsid w:val="00460E21"/>
    <w:rsid w:val="004A58F7"/>
    <w:rsid w:val="004A7987"/>
    <w:rsid w:val="004B0D4C"/>
    <w:rsid w:val="004C238F"/>
    <w:rsid w:val="004D4BA1"/>
    <w:rsid w:val="004D50D3"/>
    <w:rsid w:val="004E4C3C"/>
    <w:rsid w:val="004F3AC4"/>
    <w:rsid w:val="004F6365"/>
    <w:rsid w:val="0055262D"/>
    <w:rsid w:val="005854D2"/>
    <w:rsid w:val="005855E3"/>
    <w:rsid w:val="0058645D"/>
    <w:rsid w:val="00590535"/>
    <w:rsid w:val="005A1206"/>
    <w:rsid w:val="005B2FFB"/>
    <w:rsid w:val="005C4521"/>
    <w:rsid w:val="005F271F"/>
    <w:rsid w:val="00633EF3"/>
    <w:rsid w:val="0065078B"/>
    <w:rsid w:val="006762F1"/>
    <w:rsid w:val="006D5F61"/>
    <w:rsid w:val="006F15F8"/>
    <w:rsid w:val="006F7DA6"/>
    <w:rsid w:val="00702B14"/>
    <w:rsid w:val="00720E23"/>
    <w:rsid w:val="007317D9"/>
    <w:rsid w:val="00750F8C"/>
    <w:rsid w:val="007577D3"/>
    <w:rsid w:val="0076416D"/>
    <w:rsid w:val="00770848"/>
    <w:rsid w:val="00777407"/>
    <w:rsid w:val="00777DD1"/>
    <w:rsid w:val="00793064"/>
    <w:rsid w:val="007A1297"/>
    <w:rsid w:val="007E3BB3"/>
    <w:rsid w:val="007F2703"/>
    <w:rsid w:val="007F46FC"/>
    <w:rsid w:val="00811411"/>
    <w:rsid w:val="00844082"/>
    <w:rsid w:val="00872DC3"/>
    <w:rsid w:val="008738F0"/>
    <w:rsid w:val="00891E37"/>
    <w:rsid w:val="008B0C95"/>
    <w:rsid w:val="008E1D12"/>
    <w:rsid w:val="008E1EEC"/>
    <w:rsid w:val="008F4908"/>
    <w:rsid w:val="00907E6A"/>
    <w:rsid w:val="0093424D"/>
    <w:rsid w:val="009460B2"/>
    <w:rsid w:val="00947704"/>
    <w:rsid w:val="00951BBE"/>
    <w:rsid w:val="00970794"/>
    <w:rsid w:val="00971DB9"/>
    <w:rsid w:val="00973F1A"/>
    <w:rsid w:val="0098089B"/>
    <w:rsid w:val="00980CD9"/>
    <w:rsid w:val="009813C3"/>
    <w:rsid w:val="009A6A2A"/>
    <w:rsid w:val="009B06F7"/>
    <w:rsid w:val="009C0900"/>
    <w:rsid w:val="009E33D7"/>
    <w:rsid w:val="00A0663F"/>
    <w:rsid w:val="00A23362"/>
    <w:rsid w:val="00A24E81"/>
    <w:rsid w:val="00A50BC8"/>
    <w:rsid w:val="00AA1D8D"/>
    <w:rsid w:val="00AA6BCF"/>
    <w:rsid w:val="00AE32CA"/>
    <w:rsid w:val="00B12E44"/>
    <w:rsid w:val="00B4597E"/>
    <w:rsid w:val="00B47730"/>
    <w:rsid w:val="00B506A8"/>
    <w:rsid w:val="00B61013"/>
    <w:rsid w:val="00B650F0"/>
    <w:rsid w:val="00B924B6"/>
    <w:rsid w:val="00BA45BC"/>
    <w:rsid w:val="00BB05FF"/>
    <w:rsid w:val="00BB2116"/>
    <w:rsid w:val="00BB7C2E"/>
    <w:rsid w:val="00BD6696"/>
    <w:rsid w:val="00BE0BA1"/>
    <w:rsid w:val="00C4101F"/>
    <w:rsid w:val="00C5765A"/>
    <w:rsid w:val="00C67E8E"/>
    <w:rsid w:val="00C72EF2"/>
    <w:rsid w:val="00C92902"/>
    <w:rsid w:val="00CA396F"/>
    <w:rsid w:val="00CB0664"/>
    <w:rsid w:val="00CD478C"/>
    <w:rsid w:val="00CE5B07"/>
    <w:rsid w:val="00CF0841"/>
    <w:rsid w:val="00D236FD"/>
    <w:rsid w:val="00D4218E"/>
    <w:rsid w:val="00D44120"/>
    <w:rsid w:val="00D539E7"/>
    <w:rsid w:val="00D53E09"/>
    <w:rsid w:val="00D71CCF"/>
    <w:rsid w:val="00D729B8"/>
    <w:rsid w:val="00D86B63"/>
    <w:rsid w:val="00D930AD"/>
    <w:rsid w:val="00D964C2"/>
    <w:rsid w:val="00DC50A2"/>
    <w:rsid w:val="00DE0297"/>
    <w:rsid w:val="00DE370F"/>
    <w:rsid w:val="00E10500"/>
    <w:rsid w:val="00E23730"/>
    <w:rsid w:val="00E24714"/>
    <w:rsid w:val="00E32BE3"/>
    <w:rsid w:val="00E351B3"/>
    <w:rsid w:val="00E6191E"/>
    <w:rsid w:val="00E62039"/>
    <w:rsid w:val="00E6552F"/>
    <w:rsid w:val="00E71D0F"/>
    <w:rsid w:val="00EA095D"/>
    <w:rsid w:val="00F044B5"/>
    <w:rsid w:val="00F35E65"/>
    <w:rsid w:val="00F36B86"/>
    <w:rsid w:val="00F43DC7"/>
    <w:rsid w:val="00F44F01"/>
    <w:rsid w:val="00F4720E"/>
    <w:rsid w:val="00F678A5"/>
    <w:rsid w:val="00FA136B"/>
    <w:rsid w:val="00FA512C"/>
    <w:rsid w:val="00FB1CB7"/>
    <w:rsid w:val="00FB4775"/>
    <w:rsid w:val="00FB6BBD"/>
    <w:rsid w:val="00FC2896"/>
    <w:rsid w:val="00FC693F"/>
    <w:rsid w:val="00FD0775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166</cp:revision>
  <dcterms:created xsi:type="dcterms:W3CDTF">2026-08-18T16:23:00Z</dcterms:created>
  <dcterms:modified xsi:type="dcterms:W3CDTF">2026-09-21T18:28:00Z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